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C4C6" w14:textId="77777777" w:rsidR="00674861" w:rsidRPr="0052419B" w:rsidRDefault="000E66B6">
      <w:pPr>
        <w:spacing w:after="100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115</w:t>
      </w: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年度花蓮縣青年創業發展補助計畫</w:t>
      </w:r>
    </w:p>
    <w:p w14:paraId="712DCD87" w14:textId="2FC86113" w:rsidR="00674861" w:rsidRPr="0052419B" w:rsidRDefault="000E66B6" w:rsidP="0052419B">
      <w:pPr>
        <w:spacing w:after="260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申請及執行表單冊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90"/>
        <w:gridCol w:w="1500"/>
        <w:gridCol w:w="3090"/>
      </w:tblGrid>
      <w:tr w:rsidR="00674861" w:rsidRPr="0052419B" w14:paraId="2C060B25" w14:textId="77777777">
        <w:trPr>
          <w:cantSplit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32B6A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適用組別</w:t>
            </w:r>
            <w:proofErr w:type="spellEnd"/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95A28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新創設立組／創業發展組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87B1B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補助上限</w:t>
            </w:r>
            <w:proofErr w:type="spellEnd"/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B9693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每案</w:t>
            </w: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100</w:t>
            </w: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萬元</w:t>
            </w:r>
          </w:p>
        </w:tc>
      </w:tr>
      <w:tr w:rsidR="0052419B" w:rsidRPr="0052419B" w14:paraId="383E083B" w14:textId="77777777" w:rsidTr="00816502">
        <w:trPr>
          <w:cantSplit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E64BB3" w14:textId="77777777" w:rsidR="0052419B" w:rsidRPr="0052419B" w:rsidRDefault="0052419B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補助比例</w:t>
            </w:r>
            <w:proofErr w:type="spellEnd"/>
          </w:p>
        </w:tc>
        <w:tc>
          <w:tcPr>
            <w:tcW w:w="768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9C6E3E" w14:textId="3BEDE3EB" w:rsidR="0052419B" w:rsidRPr="0052419B" w:rsidRDefault="0052419B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補助最高70%；自籌至少30%</w:t>
            </w:r>
          </w:p>
        </w:tc>
      </w:tr>
      <w:tr w:rsidR="00674861" w:rsidRPr="0052419B" w14:paraId="1A62F098" w14:textId="77777777">
        <w:trPr>
          <w:cantSplit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EA12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執行期間</w:t>
            </w:r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08B68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核定起七個月內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4F015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期中查核</w:t>
            </w:r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F3CF4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至第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個月</w:t>
            </w:r>
          </w:p>
        </w:tc>
      </w:tr>
      <w:tr w:rsidR="00674861" w:rsidRPr="0052419B" w14:paraId="59A999C6" w14:textId="77777777">
        <w:trPr>
          <w:cantSplit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B4B3F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必要配合</w:t>
            </w:r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9B04E" w14:textId="4F81C4F3" w:rsidR="00674861" w:rsidRPr="0052419B" w:rsidRDefault="00EC388B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E66B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4"/>
                <w:szCs w:val="24"/>
                <w:shd w:val="clear" w:color="auto" w:fill="FFFFFF" w:themeFill="background1"/>
                <w:lang w:eastAsia="zh-TW"/>
              </w:rPr>
              <w:t>3</w:t>
            </w:r>
            <w:r w:rsidR="000E66B6" w:rsidRPr="0052419B">
              <w:rPr>
                <w:rFonts w:ascii="標楷體" w:eastAsia="標楷體" w:hAnsi="標楷體" w:cs="標楷體"/>
                <w:sz w:val="24"/>
                <w:szCs w:val="24"/>
              </w:rPr>
              <w:t>場培力、</w:t>
            </w:r>
            <w:r w:rsidR="000E66B6"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="000E66B6" w:rsidRPr="0052419B">
              <w:rPr>
                <w:rFonts w:ascii="標楷體" w:eastAsia="標楷體" w:hAnsi="標楷體" w:cs="標楷體"/>
                <w:sz w:val="24"/>
                <w:szCs w:val="24"/>
              </w:rPr>
              <w:t>次輔導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9D471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成果要求</w:t>
            </w:r>
          </w:p>
        </w:tc>
        <w:tc>
          <w:tcPr>
            <w:tcW w:w="30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BC7A3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場訪視、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場成果發表</w:t>
            </w:r>
          </w:p>
        </w:tc>
      </w:tr>
    </w:tbl>
    <w:p w14:paraId="5A7D1C31" w14:textId="77777777" w:rsidR="00674861" w:rsidRPr="0052419B" w:rsidRDefault="00674861">
      <w:pPr>
        <w:spacing w:after="100"/>
        <w:rPr>
          <w:rFonts w:ascii="標楷體" w:eastAsia="標楷體" w:hAnsi="標楷體" w:cs="標楷體"/>
          <w:sz w:val="24"/>
          <w:szCs w:val="24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4861" w:rsidRPr="0052419B" w14:paraId="41BEAAB0" w14:textId="77777777">
        <w:trPr>
          <w:cantSplit/>
        </w:trPr>
        <w:tc>
          <w:tcPr>
            <w:tcW w:w="9180" w:type="dxa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AF7240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使用提醒：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本表單冊應與申請須知、申請文件、核定計畫、核定函及契約一併使用。表格欄位可依實際內容增列，但不得刪除應填事項或變更核定規則。</w:t>
            </w:r>
          </w:p>
        </w:tc>
      </w:tr>
    </w:tbl>
    <w:p w14:paraId="4AA6E692" w14:textId="77777777" w:rsidR="00674861" w:rsidRPr="0052419B" w:rsidRDefault="000E66B6">
      <w:pPr>
        <w:spacing w:before="480" w:after="0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申請諮詢</w:t>
      </w:r>
      <w:proofErr w:type="gramStart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｜</w:t>
      </w:r>
      <w:proofErr w:type="gramEnd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花蓮縣政府青年發展中心專案辦公室</w:t>
      </w:r>
      <w:proofErr w:type="gramStart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｜</w:t>
      </w:r>
      <w:proofErr w:type="gramEnd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03-8221316</w:t>
      </w:r>
      <w:proofErr w:type="gramStart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｜</w:t>
      </w:r>
      <w:proofErr w:type="gramEnd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花蓮縣花蓮市海岸路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17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號</w:t>
      </w:r>
    </w:p>
    <w:p w14:paraId="7FE8578F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表單總覽　使用說明與表單清單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5280"/>
        <w:gridCol w:w="2700"/>
      </w:tblGrid>
      <w:tr w:rsidR="00674861" w:rsidRPr="0052419B" w14:paraId="73CBF540" w14:textId="77777777">
        <w:trPr>
          <w:cantSplit/>
        </w:trPr>
        <w:tc>
          <w:tcPr>
            <w:tcW w:w="9180" w:type="dxa"/>
            <w:gridSpan w:val="3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741811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填寫方式：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請以電腦繕打為原則；可依內容增列頁數。申請文件應依表單編號排序，並由申請人、事業負責人或團隊成員於指定欄位簽章。</w:t>
            </w:r>
          </w:p>
        </w:tc>
      </w:tr>
      <w:tr w:rsidR="00674861" w:rsidRPr="0052419B" w14:paraId="335276E2" w14:textId="77777777">
        <w:trPr>
          <w:tblHeader/>
        </w:trPr>
        <w:tc>
          <w:tcPr>
            <w:tcW w:w="1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8C977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編號</w:t>
            </w:r>
            <w:proofErr w:type="spellEnd"/>
          </w:p>
        </w:tc>
        <w:tc>
          <w:tcPr>
            <w:tcW w:w="52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9C0DA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表單名稱</w:t>
            </w:r>
          </w:p>
        </w:tc>
        <w:tc>
          <w:tcPr>
            <w:tcW w:w="2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C4433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使用階段</w:t>
            </w:r>
          </w:p>
        </w:tc>
      </w:tr>
      <w:tr w:rsidR="00674861" w:rsidRPr="0052419B" w14:paraId="65E6D648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A78C0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A-01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B4A14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申請文件檢核表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9C9AA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54C4D58B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B776A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A-02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50A19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4EAE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176EC21C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411AB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A-03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AB22A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青年創業計畫書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5CDBF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3AE0C36E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1974E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A-04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A7903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經費概算表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55AD2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19ED1643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B61C0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A-05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5DA31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里程碑暨補助權重表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476B5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2C1EA5D1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7BCA4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A-06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0BD9A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團隊名冊暨參與同意書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A925D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  <w:proofErr w:type="spellEnd"/>
          </w:p>
        </w:tc>
      </w:tr>
      <w:tr w:rsidR="00674861" w:rsidRPr="0052419B" w14:paraId="0E5D72B6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CC198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A-07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FCC26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其他政府補助揭露表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C0D7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57ECF9CA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0679D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A-08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7D497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利害關係及關係人交易揭露表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78D0C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  <w:proofErr w:type="spellEnd"/>
          </w:p>
        </w:tc>
      </w:tr>
      <w:tr w:rsidR="00674861" w:rsidRPr="0052419B" w14:paraId="2661DF0A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37A26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A-09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5D67F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申請切結書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692FF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</w:p>
        </w:tc>
      </w:tr>
      <w:tr w:rsidR="00674861" w:rsidRPr="0052419B" w14:paraId="5A4F978C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B640F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A-10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E76F1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個人資料告知暨同意書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9DAF0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  <w:proofErr w:type="spellEnd"/>
          </w:p>
        </w:tc>
      </w:tr>
      <w:tr w:rsidR="00674861" w:rsidRPr="0052419B" w14:paraId="4076338E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75BC1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A-11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BC825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新創設立組設立切結書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E1E76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核定後適用</w:t>
            </w:r>
            <w:proofErr w:type="spellEnd"/>
          </w:p>
        </w:tc>
      </w:tr>
      <w:tr w:rsidR="00674861" w:rsidRPr="0052419B" w14:paraId="5C6A488D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A494B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A-12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A314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提案簡報建議架構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717A36" w14:textId="68EF4F92" w:rsidR="00674861" w:rsidRPr="008F041E" w:rsidRDefault="008F041E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  <w:proofErr w:type="spellStart"/>
            <w:r w:rsidRPr="000E66B6">
              <w:rPr>
                <w:rFonts w:ascii="標楷體" w:eastAsia="標楷體" w:hAnsi="標楷體" w:cs="標楷體"/>
                <w:sz w:val="24"/>
                <w:szCs w:val="24"/>
              </w:rPr>
              <w:t>申請時</w:t>
            </w:r>
            <w:proofErr w:type="spellEnd"/>
          </w:p>
        </w:tc>
      </w:tr>
      <w:tr w:rsidR="00674861" w:rsidRPr="0052419B" w14:paraId="3815892E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6E286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B-01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10054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計畫變更申請表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A842C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執行期間</w:t>
            </w:r>
          </w:p>
        </w:tc>
      </w:tr>
      <w:tr w:rsidR="00674861" w:rsidRPr="0052419B" w14:paraId="158A362B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3C83D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B-02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9B096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期中進度報告暨查核表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C3972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至第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個月</w:t>
            </w:r>
          </w:p>
        </w:tc>
      </w:tr>
      <w:tr w:rsidR="00674861" w:rsidRPr="0052419B" w14:paraId="4443EE68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4CCD4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B-03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6C562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限期改善計畫表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3271C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接獲通知後</w:t>
            </w:r>
          </w:p>
        </w:tc>
      </w:tr>
      <w:tr w:rsidR="00674861" w:rsidRPr="0052419B" w14:paraId="691148E2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1DE31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B-04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9D1AD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第一期款請領檢核表及領據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1B296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核定／設立後</w:t>
            </w:r>
            <w:proofErr w:type="spellEnd"/>
          </w:p>
        </w:tc>
      </w:tr>
      <w:tr w:rsidR="00674861" w:rsidRPr="0052419B" w14:paraId="2F9844A3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2603E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B-05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70B42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第二期款請領檢核表及領據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BBD99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期程結束後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日內</w:t>
            </w:r>
          </w:p>
        </w:tc>
      </w:tr>
      <w:tr w:rsidR="00674861" w:rsidRPr="0052419B" w14:paraId="7F10E601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8DEA9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B-06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6CB63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經費支出明細及收支結算表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97011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核銷結案</w:t>
            </w:r>
            <w:proofErr w:type="spellEnd"/>
          </w:p>
        </w:tc>
      </w:tr>
      <w:tr w:rsidR="00674861" w:rsidRPr="0052419B" w14:paraId="69E73088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54BCB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B-07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D9424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主動終止及補助款結算申請表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CF75C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必要時</w:t>
            </w:r>
            <w:proofErr w:type="spellEnd"/>
          </w:p>
        </w:tc>
      </w:tr>
      <w:tr w:rsidR="00674861" w:rsidRPr="0052419B" w14:paraId="39C85CEB" w14:textId="77777777">
        <w:trPr>
          <w:cantSplit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3DC34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C-01</w:t>
            </w:r>
          </w:p>
        </w:tc>
        <w:tc>
          <w:tcPr>
            <w:tcW w:w="5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7A180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結案成果報告書格式</w:t>
            </w:r>
          </w:p>
        </w:tc>
        <w:tc>
          <w:tcPr>
            <w:tcW w:w="2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F94B3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結案時</w:t>
            </w:r>
          </w:p>
        </w:tc>
      </w:tr>
    </w:tbl>
    <w:p w14:paraId="56A18394" w14:textId="77777777" w:rsidR="00674861" w:rsidRPr="0052419B" w:rsidRDefault="000E66B6">
      <w:pPr>
        <w:spacing w:before="120" w:after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文件命名建議：組別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_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計畫名稱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_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申請人或事業名稱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_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表單編號。</w:t>
      </w:r>
    </w:p>
    <w:p w14:paraId="0D41A74D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A-01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申請文件檢核表</w:t>
      </w:r>
    </w:p>
    <w:p w14:paraId="2ABBE2FB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請依申請組別勾選並按表列順序排列文件；本中心審查欄由承辦人填寫。</w:t>
      </w:r>
    </w:p>
    <w:tbl>
      <w:tblPr>
        <w:tblW w:w="1034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750"/>
        <w:gridCol w:w="3230"/>
        <w:gridCol w:w="1090"/>
        <w:gridCol w:w="260"/>
        <w:gridCol w:w="1441"/>
        <w:gridCol w:w="1134"/>
        <w:gridCol w:w="993"/>
        <w:gridCol w:w="850"/>
      </w:tblGrid>
      <w:tr w:rsidR="00674861" w:rsidRPr="0052419B" w14:paraId="7807874C" w14:textId="77777777" w:rsidTr="0052419B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FF7EE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案件編號</w:t>
            </w:r>
            <w:proofErr w:type="spellEnd"/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3C42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（本中心填寫）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8BF0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</w:p>
        </w:tc>
        <w:tc>
          <w:tcPr>
            <w:tcW w:w="4418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45EFA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CFE698E" w14:textId="77777777" w:rsidTr="0052419B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DE603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1D6C7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D6758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4418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66CE1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9C7AD8C" w14:textId="77777777" w:rsidTr="0052419B">
        <w:trPr>
          <w:tblHeader/>
        </w:trPr>
        <w:tc>
          <w:tcPr>
            <w:tcW w:w="600" w:type="dxa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72454C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5070" w:type="dxa"/>
            <w:gridSpan w:val="3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7D67C7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文件名稱</w:t>
            </w:r>
            <w:proofErr w:type="spellEnd"/>
          </w:p>
        </w:tc>
        <w:tc>
          <w:tcPr>
            <w:tcW w:w="1701" w:type="dxa"/>
            <w:gridSpan w:val="2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A70BC7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適用</w:t>
            </w:r>
            <w:proofErr w:type="spellEnd"/>
          </w:p>
        </w:tc>
        <w:tc>
          <w:tcPr>
            <w:tcW w:w="1134" w:type="dxa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1FAEAA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</w:p>
        </w:tc>
        <w:tc>
          <w:tcPr>
            <w:tcW w:w="993" w:type="dxa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2092F8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</w:t>
            </w:r>
            <w:proofErr w:type="spellEnd"/>
          </w:p>
        </w:tc>
        <w:tc>
          <w:tcPr>
            <w:tcW w:w="850" w:type="dxa"/>
            <w:shd w:val="clear" w:color="auto" w:fill="EAF2F8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57161F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備註</w:t>
            </w:r>
            <w:proofErr w:type="spellEnd"/>
          </w:p>
        </w:tc>
      </w:tr>
      <w:tr w:rsidR="00674861" w:rsidRPr="0052419B" w14:paraId="54759644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C59C0E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A495C9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A-02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B71F96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E7AAC0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325814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0DE1FC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0C92A77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E12966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2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A20D63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青年創業計畫書（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8C7E6C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7ED73D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B81587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C2ACB6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B8979D1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06F1C7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3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1A3667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經費概算表（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A-04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49F5C8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0AD1A1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BCE613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774165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222A91B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41336F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4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02FAA9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里程碑暨補助權重表（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；權重合計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FB06A6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DEEBB7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A99EFE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E9696C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C61F29C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6BE4AB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5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D4573D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提案簡報（建議架構見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A-12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C7A211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454B10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018E19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5933B9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45FA8DB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4A533F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6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0C6AC9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申請人身分證明及戶籍資料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0D9243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54ED3E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C2520A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762CD0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51DC5C3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4DDBF5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7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A012D2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申請日前三年內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小時以上創業課程證明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A2E7A9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4213CD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A2792A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B31808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42C7ECF5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238C58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8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6FF618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團隊名冊暨參與同意書（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A-06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E4C5CF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296638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E7584B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D723E2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3DBCFD11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ADA5E1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9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657EE6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其他政府補助揭露表（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A-07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6617D5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5118A8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CFC51C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6DA3F5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9995FE6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64556C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10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D2010A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利害關係及關係人交易揭露表（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A-08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22C8FA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28F7BD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58ECB3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216A3D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012286E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C00FC4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11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CDA339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申請切結書（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A-09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9F8EF0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DF5F57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FD5E87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C43CCBB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4FFB952D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3A5DF9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12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D7FD00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個人資料告知暨同意書（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A-10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B5CF93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共同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8D13D8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E32EEC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2FF876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C2891D7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196AFE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13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CE6C82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預定營運地址及租賃意向或合法使用證明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C99192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新創設立組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8658BE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AB4B94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234BC4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550021E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B6FC3F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14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9BDB2E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市場訪談、測試、原型、合作意向、報價單等可行性佐證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D85D98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新創設立組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42F803E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FBAEE1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14BD5A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80D32CF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96E174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15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F8111E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公司或商業登記、稅籍登記及股權／出資資料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598D3C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創業發展組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302A6E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7CAE68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0DFAC2BB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22E564A3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D6315D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16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D4A203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最近一期營業稅申報或免稅證明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FC1C30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創業發展組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2763CB7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3A8191F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17C95C4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B355B55" w14:textId="77777777" w:rsidTr="0052419B">
        <w:trPr>
          <w:cantSplit/>
        </w:trPr>
        <w:tc>
          <w:tcPr>
            <w:tcW w:w="60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552831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17</w:t>
            </w:r>
          </w:p>
        </w:tc>
        <w:tc>
          <w:tcPr>
            <w:tcW w:w="5070" w:type="dxa"/>
            <w:gridSpan w:val="3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97B632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營運照片、產品或服務成果、營收／客戶及轉型升級佐證</w:t>
            </w:r>
          </w:p>
        </w:tc>
        <w:tc>
          <w:tcPr>
            <w:tcW w:w="1701" w:type="dxa"/>
            <w:gridSpan w:val="2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6D9743D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創業發展組</w:t>
            </w:r>
            <w:proofErr w:type="spellEnd"/>
          </w:p>
        </w:tc>
        <w:tc>
          <w:tcPr>
            <w:tcW w:w="1134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5F12F1F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993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4DA510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50" w:type="dxa"/>
            <w:tcMar>
              <w:top w:w="45" w:type="dxa"/>
              <w:left w:w="85" w:type="dxa"/>
              <w:bottom w:w="45" w:type="dxa"/>
              <w:right w:w="85" w:type="dxa"/>
            </w:tcMar>
            <w:vAlign w:val="center"/>
          </w:tcPr>
          <w:p w14:paraId="766426E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48FDCFFA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</w:rPr>
      </w:pPr>
    </w:p>
    <w:tbl>
      <w:tblPr>
        <w:tblW w:w="1034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500"/>
        <w:gridCol w:w="4348"/>
      </w:tblGrid>
      <w:tr w:rsidR="00674861" w:rsidRPr="0052419B" w14:paraId="18DDBEF4" w14:textId="77777777" w:rsidTr="0052419B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B665CF" w14:textId="64A18A07" w:rsidR="00E93756" w:rsidRDefault="000E66B6" w:rsidP="00E93756">
            <w:pPr>
              <w:keepNext/>
              <w:spacing w:after="0" w:line="269" w:lineRule="auto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 w:hint="eastAsia"/>
                <w:b/>
                <w:color w:val="17365D"/>
                <w:sz w:val="24"/>
                <w:szCs w:val="24"/>
                <w:lang w:eastAsia="zh-TW"/>
              </w:rPr>
              <w:t>申</w:t>
            </w: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請人</w:t>
            </w:r>
            <w:proofErr w:type="spellEnd"/>
            <w:r w:rsidR="00E93756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/</w:t>
            </w:r>
          </w:p>
          <w:p w14:paraId="4C208CA6" w14:textId="2EB6A3CB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C0AC8D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A85472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43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BC6E3C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7F35CF3E" w14:textId="77777777" w:rsidTr="0052419B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F3513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80464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15300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43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E0E17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4E5C6EE4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A-02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申請書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030"/>
        <w:gridCol w:w="1600"/>
        <w:gridCol w:w="2990"/>
      </w:tblGrid>
      <w:tr w:rsidR="00E93756" w:rsidRPr="0052419B" w14:paraId="0B460A19" w14:textId="77777777" w:rsidTr="001B7ABE">
        <w:trPr>
          <w:cantSplit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16F3EC" w14:textId="77777777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案件編號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9286B1" w14:textId="1CCCF5CF" w:rsidR="00E93756" w:rsidRPr="0052419B" w:rsidRDefault="00E93756" w:rsidP="00E93756">
            <w:pPr>
              <w:spacing w:after="0" w:line="269" w:lineRule="auto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（</w:t>
            </w: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本中心填寫</w:t>
            </w:r>
            <w:proofErr w:type="spellEnd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）</w:t>
            </w:r>
          </w:p>
        </w:tc>
      </w:tr>
      <w:tr w:rsidR="00E93756" w:rsidRPr="0052419B" w14:paraId="4AD6DC6F" w14:textId="77777777" w:rsidTr="001B7ABE">
        <w:trPr>
          <w:cantSplit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AEA477" w14:textId="70F7DC8E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8677D" w14:textId="6FD53715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新創設立組　□ 創業發展組</w:t>
            </w:r>
          </w:p>
        </w:tc>
      </w:tr>
      <w:tr w:rsidR="00E93756" w:rsidRPr="0052419B" w14:paraId="115D3273" w14:textId="77777777" w:rsidTr="001B7ABE">
        <w:trPr>
          <w:cantSplit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7D329F" w14:textId="79CFD01B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0BF25A" w14:textId="77777777" w:rsidR="00E93756" w:rsidRPr="0052419B" w:rsidRDefault="00E93756" w:rsidP="00E93756">
            <w:pPr>
              <w:spacing w:after="0" w:line="269" w:lineRule="auto"/>
              <w:jc w:val="right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674861" w:rsidRPr="0052419B" w14:paraId="16CC7DFA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25639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申請人姓名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69E77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E119F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身分證字號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AD135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FE923BE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09934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出生日期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649C4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民國　　年　　月　　日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CC4F8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申請截止日年齡</w:t>
            </w:r>
            <w:proofErr w:type="spellEnd"/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47C15" w14:textId="097A1ECA" w:rsidR="00674861" w:rsidRPr="0052419B" w:rsidRDefault="000E66B6" w:rsidP="00E93756">
            <w:pPr>
              <w:spacing w:after="0" w:line="269" w:lineRule="auto"/>
              <w:jc w:val="righ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</w:t>
            </w:r>
            <w:r w:rsidR="00E93756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       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歲</w:t>
            </w:r>
          </w:p>
        </w:tc>
      </w:tr>
      <w:tr w:rsidR="00E93756" w:rsidRPr="0052419B" w14:paraId="68253827" w14:textId="77777777" w:rsidTr="00AC2CE1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0D2270" w14:textId="77777777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戶籍地址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0D76C" w14:textId="288D517C" w:rsidR="00E93756" w:rsidRPr="0052419B" w:rsidRDefault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E93756" w:rsidRPr="0052419B" w14:paraId="776DA9C9" w14:textId="77777777" w:rsidTr="004B69DB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65CAF1" w14:textId="235CDF2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通訊地址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68E6DD" w14:textId="3B5E2EE8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同戶籍</w:t>
            </w:r>
            <w:proofErr w:type="spellEnd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另填</w:t>
            </w:r>
            <w:proofErr w:type="spellEnd"/>
          </w:p>
        </w:tc>
      </w:tr>
      <w:tr w:rsidR="00E93756" w:rsidRPr="0052419B" w14:paraId="146204AD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E81BFD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86A15C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E9285A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BDEE0B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E93756" w:rsidRPr="0052419B" w14:paraId="192173AD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5A0AD0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最高學歷／專長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5D7641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8E40ED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目前職業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5DAF79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E93756" w:rsidRPr="0052419B" w14:paraId="405E1B79" w14:textId="77777777" w:rsidTr="00A279CE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5F6899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創業課程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DB2B6E" w14:textId="4B4F7BE6" w:rsidR="00E93756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課程名稱／單位／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日期</w:t>
            </w:r>
            <w:r w:rsidRPr="0052419B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時數</w:t>
            </w:r>
          </w:p>
          <w:p w14:paraId="3D682EC6" w14:textId="77777777" w:rsidR="00E93756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3AC0F5E3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53D6BD2" w14:textId="069C576B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總時數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時</w:t>
            </w:r>
          </w:p>
        </w:tc>
      </w:tr>
      <w:tr w:rsidR="00E93756" w:rsidRPr="0052419B" w14:paraId="2AA024BF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50D608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事業名稱</w:t>
            </w:r>
            <w:proofErr w:type="spellEnd"/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2FF262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  <w:lang w:eastAsia="zh-TW"/>
              </w:rPr>
              <w:t>新創組填預定名稱；發展組填登記名稱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726EA4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統一編號</w:t>
            </w:r>
            <w:proofErr w:type="spellEnd"/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0B8FFF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新創組免填</w:t>
            </w:r>
          </w:p>
        </w:tc>
      </w:tr>
      <w:tr w:rsidR="00E93756" w:rsidRPr="0052419B" w14:paraId="3E54CF7C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AE7792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設立日期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2E011E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發展組填寫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EDB702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資本額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92C322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　　　　　元</w:t>
            </w:r>
          </w:p>
        </w:tc>
      </w:tr>
      <w:tr w:rsidR="00E93756" w:rsidRPr="0052419B" w14:paraId="6C64B988" w14:textId="77777777" w:rsidTr="00837B18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5A42D" w14:textId="5807841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營運地址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1A84C8" w14:textId="277269E0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花蓮縣（預定或實際地址）</w:t>
            </w:r>
          </w:p>
        </w:tc>
      </w:tr>
      <w:tr w:rsidR="00E93756" w:rsidRPr="0052419B" w14:paraId="47762795" w14:textId="77777777" w:rsidTr="003852FE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8A39C" w14:textId="404E0F6F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營業項目</w:t>
            </w:r>
            <w:proofErr w:type="spellEnd"/>
          </w:p>
        </w:tc>
        <w:tc>
          <w:tcPr>
            <w:tcW w:w="762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E5F1B3" w14:textId="10379E05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E93756" w:rsidRPr="0052419B" w14:paraId="09BACA5C" w14:textId="77777777" w:rsidTr="00E93756">
        <w:trPr>
          <w:cantSplit/>
          <w:trHeight w:val="560"/>
        </w:trPr>
        <w:tc>
          <w:tcPr>
            <w:tcW w:w="156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D96AE1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計畫經費</w:t>
            </w:r>
          </w:p>
        </w:tc>
        <w:tc>
          <w:tcPr>
            <w:tcW w:w="30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E5F4DC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總經費　　　　　元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F5B77" w14:textId="77777777" w:rsidR="00E93756" w:rsidRPr="0052419B" w:rsidRDefault="00E93756" w:rsidP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申請／自籌</w:t>
            </w:r>
          </w:p>
        </w:tc>
        <w:tc>
          <w:tcPr>
            <w:tcW w:w="2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18ADE6" w14:textId="07473AC7" w:rsidR="00E93756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　　　　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元</w:t>
            </w:r>
          </w:p>
          <w:p w14:paraId="329498E8" w14:textId="2F60408E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自籌　　　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元</w:t>
            </w:r>
          </w:p>
        </w:tc>
      </w:tr>
      <w:tr w:rsidR="00E93756" w:rsidRPr="0052419B" w14:paraId="248D9D62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F1E93C" w14:textId="77777777" w:rsidR="00E93756" w:rsidRPr="0052419B" w:rsidRDefault="00E93756" w:rsidP="00E9375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申請摘要（200字內）</w:t>
            </w:r>
          </w:p>
        </w:tc>
      </w:tr>
      <w:tr w:rsidR="00E93756" w:rsidRPr="0052419B" w14:paraId="68BF8212" w14:textId="77777777">
        <w:trPr>
          <w:cantSplit/>
          <w:trHeight w:val="116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DB725F" w14:textId="77777777" w:rsidR="00E93756" w:rsidRPr="0052419B" w:rsidRDefault="00E93756" w:rsidP="00E9375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請說明欲解決的市場問題、主要產品或服務、目標客群、七個月內預計達成的核心成果。</w:t>
            </w:r>
          </w:p>
        </w:tc>
      </w:tr>
    </w:tbl>
    <w:p w14:paraId="15EDEB65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4861" w:rsidRPr="0052419B" w14:paraId="4C3A4205" w14:textId="77777777">
        <w:trPr>
          <w:cantSplit/>
        </w:trPr>
        <w:tc>
          <w:tcPr>
            <w:tcW w:w="91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6C4905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申請人及團隊簡介</w:t>
            </w:r>
            <w:proofErr w:type="spellEnd"/>
          </w:p>
        </w:tc>
      </w:tr>
      <w:tr w:rsidR="00674861" w:rsidRPr="0052419B" w14:paraId="1143E32D" w14:textId="77777777">
        <w:trPr>
          <w:cantSplit/>
          <w:trHeight w:val="960"/>
        </w:trPr>
        <w:tc>
          <w:tcPr>
            <w:tcW w:w="91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03A7A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請摘要說明創業經驗、核心專長、分工及投入程度；詳細資料另見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A-03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及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A-06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。</w:t>
            </w:r>
          </w:p>
        </w:tc>
      </w:tr>
    </w:tbl>
    <w:p w14:paraId="746EF4A9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FACE3E4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3840CD42" w14:textId="77777777" w:rsidTr="00BA1726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41C772" w14:textId="77777777" w:rsidR="00E93756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06AF7C45" w14:textId="52A68B7B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F1FC3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B23443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8BBF91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65B2A2F9" w14:textId="77777777" w:rsidTr="00BA1726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0F1D9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EE0D2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7C7ED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1A015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11231D07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A-03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青年創業計畫書</w:t>
      </w:r>
      <w:proofErr w:type="spellEnd"/>
    </w:p>
    <w:p w14:paraId="0B1D3E9B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計畫內容應對應審查構面；可依實際需要增列圖表、照片與附件。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230"/>
        <w:gridCol w:w="1350"/>
        <w:gridCol w:w="3250"/>
      </w:tblGrid>
      <w:tr w:rsidR="00E93756" w:rsidRPr="0052419B" w14:paraId="1C84BA6C" w14:textId="77777777" w:rsidTr="00416A44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F78876" w14:textId="77777777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案件編號</w:t>
            </w:r>
            <w:proofErr w:type="spellEnd"/>
          </w:p>
        </w:tc>
        <w:tc>
          <w:tcPr>
            <w:tcW w:w="78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6EBE3A" w14:textId="0AE20255" w:rsidR="00E93756" w:rsidRPr="0052419B" w:rsidRDefault="00E93756" w:rsidP="00E93756">
            <w:pPr>
              <w:spacing w:after="0" w:line="269" w:lineRule="auto"/>
              <w:jc w:val="righ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（</w:t>
            </w: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本中心填寫</w:t>
            </w:r>
            <w:proofErr w:type="spellEnd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）</w:t>
            </w:r>
          </w:p>
        </w:tc>
      </w:tr>
      <w:tr w:rsidR="00E93756" w:rsidRPr="0052419B" w14:paraId="29A585CD" w14:textId="77777777" w:rsidTr="00F03D4B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A6D6DA" w14:textId="4192DA3D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585AF1" w14:textId="77777777" w:rsidR="00E93756" w:rsidRPr="0052419B" w:rsidRDefault="00E9375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674861" w:rsidRPr="0052419B" w14:paraId="79CCDA3F" w14:textId="77777777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F084B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AD8B96" w14:textId="77777777" w:rsidR="00E93756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6821601C" w14:textId="22EC9F72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71125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DABE8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A08EF13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DD977A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一、計畫摘要</w:t>
            </w:r>
          </w:p>
        </w:tc>
      </w:tr>
      <w:tr w:rsidR="00674861" w:rsidRPr="0052419B" w14:paraId="4CABD39F" w14:textId="77777777">
        <w:trPr>
          <w:cantSplit/>
          <w:trHeight w:val="168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C877E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請以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500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字內說明創業構想、產品或服務、目標市場、競爭優勢、申請補助用途及預期成果。</w:t>
            </w:r>
          </w:p>
        </w:tc>
      </w:tr>
      <w:tr w:rsidR="00674861" w:rsidRPr="0052419B" w14:paraId="515D4DA0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0852CC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二、市場問題、需求與目標客群</w:t>
            </w:r>
          </w:p>
        </w:tc>
      </w:tr>
      <w:tr w:rsidR="00674861" w:rsidRPr="0052419B" w14:paraId="2710051E" w14:textId="77777777">
        <w:trPr>
          <w:cantSplit/>
          <w:trHeight w:val="172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7D41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請具體描述</w:t>
            </w:r>
            <w:proofErr w:type="gramStart"/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客群痛點</w:t>
            </w:r>
            <w:proofErr w:type="gramEnd"/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、需求規模、使用情境及問題證據；可引用訪談、訂單、測試或市場資料。</w:t>
            </w:r>
          </w:p>
        </w:tc>
      </w:tr>
      <w:tr w:rsidR="00674861" w:rsidRPr="0052419B" w14:paraId="60A9F167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8BF7B0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三、產品／服務內容與創新差異</w:t>
            </w:r>
          </w:p>
        </w:tc>
      </w:tr>
      <w:tr w:rsidR="00674861" w:rsidRPr="0052419B" w14:paraId="56150B0A" w14:textId="77777777">
        <w:trPr>
          <w:cantSplit/>
          <w:trHeight w:val="172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9EEDC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請說明解決方案、功能或服務流程、目前成熟度、與既有方案的差異、智慧財產或技術門檻。</w:t>
            </w:r>
          </w:p>
        </w:tc>
      </w:tr>
      <w:tr w:rsidR="00674861" w:rsidRPr="0052419B" w14:paraId="56BDF272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AB5A8E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四、市場驗證與既有成果</w:t>
            </w:r>
          </w:p>
        </w:tc>
      </w:tr>
      <w:tr w:rsidR="00674861" w:rsidRPr="0052419B" w14:paraId="4D512C5C" w14:textId="77777777">
        <w:trPr>
          <w:cantSplit/>
          <w:trHeight w:val="180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0AE71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新創設立組請說明訪談、原型、測試、合作意向或首次交易規劃；創業發展組請提出既有營收、客戶、通路及轉型前基準。</w:t>
            </w:r>
          </w:p>
        </w:tc>
      </w:tr>
      <w:tr w:rsidR="00674861" w:rsidRPr="0052419B" w14:paraId="30CD2EAA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64819D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五、商業模式與營運策略</w:t>
            </w:r>
          </w:p>
        </w:tc>
      </w:tr>
      <w:tr w:rsidR="00674861" w:rsidRPr="0052419B" w14:paraId="45F289F2" w14:textId="77777777">
        <w:trPr>
          <w:cantSplit/>
          <w:trHeight w:val="180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84064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請說明價值主張、定價、收入來源、成本結構、銷售通路、客戶取得及夥伴關係。</w:t>
            </w:r>
          </w:p>
        </w:tc>
      </w:tr>
      <w:tr w:rsidR="00674861" w:rsidRPr="0052419B" w14:paraId="49F7AF5F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3E2AAA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六、行銷與成長策略</w:t>
            </w:r>
            <w:proofErr w:type="spellEnd"/>
          </w:p>
        </w:tc>
      </w:tr>
      <w:tr w:rsidR="00674861" w:rsidRPr="0052419B" w14:paraId="7B732142" w14:textId="77777777">
        <w:trPr>
          <w:cantSplit/>
          <w:trHeight w:val="172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0FB3D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請說明品牌定位、推廣工具、通路布局、轉換目標及七個月內可驗證的客戶或營收成長方法。</w:t>
            </w:r>
          </w:p>
        </w:tc>
      </w:tr>
      <w:tr w:rsidR="00674861" w:rsidRPr="0052419B" w14:paraId="00796EB5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B3B6D1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七、團隊與治理</w:t>
            </w:r>
            <w:proofErr w:type="spellEnd"/>
          </w:p>
        </w:tc>
      </w:tr>
      <w:tr w:rsidR="00674861" w:rsidRPr="0052419B" w14:paraId="7B5B17DC" w14:textId="77777777">
        <w:trPr>
          <w:cantSplit/>
          <w:trHeight w:val="156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98D61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請說明團隊專長、角色分工、決策方式、外部顧問或合作夥伴，以及主要人員投入時間。</w:t>
            </w:r>
          </w:p>
        </w:tc>
      </w:tr>
      <w:tr w:rsidR="00674861" w:rsidRPr="0052419B" w14:paraId="1C13116C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FDF0FF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八、花蓮在地連結與效益</w:t>
            </w:r>
          </w:p>
        </w:tc>
      </w:tr>
      <w:tr w:rsidR="00674861" w:rsidRPr="0052419B" w14:paraId="0FD67B54" w14:textId="77777777">
        <w:trPr>
          <w:cantSplit/>
          <w:trHeight w:val="172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902B3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請具體說明在地採購、產業鏈結、就業、地方需求、文化／環境</w:t>
            </w:r>
            <w:proofErr w:type="gramStart"/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永續及結案</w:t>
            </w:r>
            <w:proofErr w:type="gramEnd"/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後持續營運效益。</w:t>
            </w:r>
          </w:p>
        </w:tc>
      </w:tr>
      <w:tr w:rsidR="00674861" w:rsidRPr="0052419B" w14:paraId="672C76AB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1E72F1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九、七個月執行策略</w:t>
            </w:r>
            <w:proofErr w:type="spellEnd"/>
          </w:p>
        </w:tc>
      </w:tr>
      <w:tr w:rsidR="00674861" w:rsidRPr="0052419B" w14:paraId="0F503136" w14:textId="77777777">
        <w:trPr>
          <w:cantSplit/>
          <w:trHeight w:val="168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D1665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請依月份說明主要工作、負責人、產出及相互依存關係；另須填寫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A-05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里程碑暨補助權重表。</w:t>
            </w:r>
          </w:p>
        </w:tc>
      </w:tr>
      <w:tr w:rsidR="00674861" w:rsidRPr="0052419B" w14:paraId="67029F61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FA4A56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十、財務規劃與自籌能力</w:t>
            </w:r>
          </w:p>
        </w:tc>
      </w:tr>
      <w:tr w:rsidR="00674861" w:rsidRPr="0052419B" w14:paraId="791A9CEC" w14:textId="77777777">
        <w:trPr>
          <w:cantSplit/>
          <w:trHeight w:val="164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A939C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請說明補助款與自籌款來源、現金流、收入預估、成本合理性及結案後一年營運規劃；另填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A-04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。</w:t>
            </w:r>
          </w:p>
        </w:tc>
      </w:tr>
      <w:tr w:rsidR="00674861" w:rsidRPr="0052419B" w14:paraId="3E7BB312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1CFF51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十一、法規、風險與因應</w:t>
            </w:r>
          </w:p>
        </w:tc>
      </w:tr>
      <w:tr w:rsidR="00674861" w:rsidRPr="0052419B" w14:paraId="2FFD68D2" w14:textId="77777777">
        <w:trPr>
          <w:cantSplit/>
          <w:trHeight w:val="164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91A1E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請盤點登記、稅務、場地、產品安全、食品／消防／建管、智慧財產、人力及供應鏈風險與因應方案。</w:t>
            </w:r>
          </w:p>
        </w:tc>
      </w:tr>
      <w:tr w:rsidR="00674861" w:rsidRPr="0052419B" w14:paraId="2DFCDD7A" w14:textId="77777777">
        <w:trPr>
          <w:cantSplit/>
        </w:trPr>
        <w:tc>
          <w:tcPr>
            <w:tcW w:w="918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F0ABD4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十二、組別特別說明</w:t>
            </w:r>
            <w:proofErr w:type="spellEnd"/>
          </w:p>
        </w:tc>
      </w:tr>
      <w:tr w:rsidR="00674861" w:rsidRPr="0052419B" w14:paraId="3EEABA8E" w14:textId="77777777">
        <w:trPr>
          <w:cantSplit/>
          <w:trHeight w:val="1680"/>
        </w:trPr>
        <w:tc>
          <w:tcPr>
            <w:tcW w:w="918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C955B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新創設立組：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60</w:t>
            </w: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日內設立、稅籍登記、首次營運與市場驗證路徑。創業發展組：既有營運基礎、升級項目、基準值與成長目標。</w:t>
            </w:r>
          </w:p>
        </w:tc>
      </w:tr>
    </w:tbl>
    <w:p w14:paraId="4E03A856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D5DC168" w14:textId="77777777" w:rsidR="00674861" w:rsidRPr="0052419B" w:rsidRDefault="000E66B6">
      <w:pPr>
        <w:keepNext/>
        <w:spacing w:before="16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十三、七個月績效指標與附件索引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200"/>
        <w:gridCol w:w="1800"/>
        <w:gridCol w:w="2480"/>
        <w:gridCol w:w="2100"/>
      </w:tblGrid>
      <w:tr w:rsidR="00674861" w:rsidRPr="0052419B" w14:paraId="31AD671A" w14:textId="77777777">
        <w:trPr>
          <w:tblHeader/>
        </w:trPr>
        <w:tc>
          <w:tcPr>
            <w:tcW w:w="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D1AEA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2586C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績效指標</w:t>
            </w:r>
          </w:p>
        </w:tc>
        <w:tc>
          <w:tcPr>
            <w:tcW w:w="18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B102F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基準值</w:t>
            </w:r>
          </w:p>
        </w:tc>
        <w:tc>
          <w:tcPr>
            <w:tcW w:w="24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CAD8A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七個月目標值</w:t>
            </w:r>
          </w:p>
        </w:tc>
        <w:tc>
          <w:tcPr>
            <w:tcW w:w="2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E6573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佐證方式</w:t>
            </w:r>
          </w:p>
        </w:tc>
      </w:tr>
      <w:tr w:rsidR="00674861" w:rsidRPr="0052419B" w14:paraId="2DBD4EA8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5913C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59AAF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18DF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B11A3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6D09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40B6F6D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F4B3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74473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DC7CC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AB542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C92E8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322CB81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BE75C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B90A3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C9BF4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BC558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29AEC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06725F20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E5EB1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78489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85991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4F68E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77C2A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0174309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B810C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68D7C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2A780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4ABDA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5B13E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9E5300B" w14:textId="77777777">
        <w:trPr>
          <w:cantSplit/>
          <w:trHeight w:val="540"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7379F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1C21A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43BA5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51728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2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A4733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2752FF88" w14:textId="77777777" w:rsidR="00E93756" w:rsidRDefault="00E93756">
      <w:pPr>
        <w:spacing w:before="140" w:after="8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991E880" w14:textId="77777777" w:rsidR="00E93756" w:rsidRDefault="00E93756">
      <w:pPr>
        <w:spacing w:after="20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br w:type="page"/>
      </w:r>
    </w:p>
    <w:p w14:paraId="5870E3D8" w14:textId="3621CBBD" w:rsidR="00674861" w:rsidRPr="0052419B" w:rsidRDefault="000E66B6">
      <w:pPr>
        <w:spacing w:before="140" w:after="8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lastRenderedPageBreak/>
        <w:t>附件索引：請依序列出市場佐證、報價、照片、意向書、財務或其他補充資料。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200"/>
        <w:gridCol w:w="5080"/>
      </w:tblGrid>
      <w:tr w:rsidR="00674861" w:rsidRPr="0052419B" w14:paraId="16437B3E" w14:textId="77777777">
        <w:tc>
          <w:tcPr>
            <w:tcW w:w="9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E1CB1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編號</w:t>
            </w:r>
            <w:proofErr w:type="spellEnd"/>
          </w:p>
        </w:tc>
        <w:tc>
          <w:tcPr>
            <w:tcW w:w="3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39AB6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附件名稱</w:t>
            </w:r>
          </w:p>
        </w:tc>
        <w:tc>
          <w:tcPr>
            <w:tcW w:w="50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70FA6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內容摘要／頁碼</w:t>
            </w:r>
          </w:p>
        </w:tc>
      </w:tr>
      <w:tr w:rsidR="00674861" w:rsidRPr="0052419B" w14:paraId="312ACD44" w14:textId="77777777">
        <w:trPr>
          <w:cantSplit/>
        </w:trPr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DBBEF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3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3A8BA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5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0BA7A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E0A7BF3" w14:textId="77777777">
        <w:trPr>
          <w:cantSplit/>
        </w:trPr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11744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A5D78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5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4B125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060B1288" w14:textId="77777777">
        <w:trPr>
          <w:cantSplit/>
        </w:trPr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4217E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9BF83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5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8E6D7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29C6A4A" w14:textId="77777777">
        <w:trPr>
          <w:cantSplit/>
        </w:trPr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D28EC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BC119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50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FB37E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25A67CC4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A-04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經費概算表</w:t>
      </w:r>
    </w:p>
    <w:p w14:paraId="7F0D238C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補助款不得超過總經費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70%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，自籌款至少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30%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；每案補助最高新臺幣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100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萬元。</w:t>
      </w:r>
    </w:p>
    <w:tbl>
      <w:tblPr>
        <w:tblW w:w="9923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830"/>
        <w:gridCol w:w="570"/>
        <w:gridCol w:w="2500"/>
        <w:gridCol w:w="160"/>
        <w:gridCol w:w="1350"/>
        <w:gridCol w:w="24"/>
        <w:gridCol w:w="1323"/>
        <w:gridCol w:w="1323"/>
        <w:gridCol w:w="1323"/>
      </w:tblGrid>
      <w:tr w:rsidR="00E93756" w:rsidRPr="0052419B" w14:paraId="3BD56D4E" w14:textId="77777777" w:rsidTr="002F03F4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B257BD" w14:textId="7457A01B" w:rsidR="00E93756" w:rsidRPr="0052419B" w:rsidRDefault="00E9375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573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ECDC8B" w14:textId="77777777" w:rsidR="00E93756" w:rsidRPr="0052419B" w:rsidRDefault="00E9375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674861" w:rsidRPr="0052419B" w14:paraId="12DA8967" w14:textId="77777777" w:rsidTr="002F03F4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5408A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ED34CF" w14:textId="77777777" w:rsidR="00E93756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5EDC8E96" w14:textId="6B598FC4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56F8D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993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96377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CC525D6" w14:textId="77777777" w:rsidTr="002F03F4">
        <w:trPr>
          <w:tblHeader/>
        </w:trPr>
        <w:tc>
          <w:tcPr>
            <w:tcW w:w="52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D5FEA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4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97E68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經費類別</w:t>
            </w:r>
          </w:p>
        </w:tc>
        <w:tc>
          <w:tcPr>
            <w:tcW w:w="2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746F6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項目、規格及用途</w:t>
            </w:r>
          </w:p>
        </w:tc>
        <w:tc>
          <w:tcPr>
            <w:tcW w:w="1534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E3E8B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單價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×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數量</w:t>
            </w:r>
          </w:p>
        </w:tc>
        <w:tc>
          <w:tcPr>
            <w:tcW w:w="132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38F4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總價</w:t>
            </w:r>
          </w:p>
        </w:tc>
        <w:tc>
          <w:tcPr>
            <w:tcW w:w="132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7D0FC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申請補助</w:t>
            </w:r>
          </w:p>
        </w:tc>
        <w:tc>
          <w:tcPr>
            <w:tcW w:w="132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D335D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自籌款</w:t>
            </w:r>
          </w:p>
        </w:tc>
      </w:tr>
      <w:tr w:rsidR="00674861" w:rsidRPr="0052419B" w14:paraId="1DCDBC54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496D7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854B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D6504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D1F02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F6215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AE4E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DC058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04FFFC42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EAEA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3EB86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34ED6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848C2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01278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55655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1CAC0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28E5B6E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7D2B8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FC5CD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82B34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25228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A99C0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D3D1B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207DF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EA2C5A0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5662D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1B218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149A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D4365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35359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56C6F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1BC00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E38442E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84795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30064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6E900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97AD6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E48BA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F79B0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7C28D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9A89DE7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9C84C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9DDD9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4BD9D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F0754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D007E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CCCE7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1A5E8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2C91AA43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BEB0B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8E117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0791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723B0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50377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6BBC1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1BE0F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1EB229B2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3D99F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48797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6890E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B395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22C4F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EC4C0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2E20E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69A324B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F6665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C0AE7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F1A7B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BB7F2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08ED8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8E2EE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A98D2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FB800D0" w14:textId="77777777" w:rsidTr="002F03F4">
        <w:trPr>
          <w:cantSplit/>
          <w:trHeight w:val="560"/>
        </w:trPr>
        <w:tc>
          <w:tcPr>
            <w:tcW w:w="5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88489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</w:p>
        </w:tc>
        <w:tc>
          <w:tcPr>
            <w:tcW w:w="14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552DB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請選類別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C8425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34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A6C50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E2407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D0E12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5AD55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55BC5185" w14:textId="77777777" w:rsidTr="002F03F4">
        <w:trPr>
          <w:cantSplit/>
        </w:trPr>
        <w:tc>
          <w:tcPr>
            <w:tcW w:w="5954" w:type="dxa"/>
            <w:gridSpan w:val="7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0415F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合計</w:t>
            </w:r>
          </w:p>
        </w:tc>
        <w:tc>
          <w:tcPr>
            <w:tcW w:w="1323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CB558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A</w:t>
            </w:r>
          </w:p>
        </w:tc>
        <w:tc>
          <w:tcPr>
            <w:tcW w:w="1323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9C3F9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B</w:t>
            </w:r>
          </w:p>
        </w:tc>
        <w:tc>
          <w:tcPr>
            <w:tcW w:w="1323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016E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C</w:t>
            </w:r>
          </w:p>
        </w:tc>
      </w:tr>
    </w:tbl>
    <w:p w14:paraId="349049D6" w14:textId="64D7C9B2" w:rsidR="00674861" w:rsidRPr="0052419B" w:rsidRDefault="000E66B6">
      <w:pPr>
        <w:spacing w:before="8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經費類別請填：產品／服務開發、品牌與市場推廣、專業服務、智慧財產與認證、營業場所租金、空間改善</w:t>
      </w:r>
      <w:r w:rsidR="002F03F4">
        <w:rPr>
          <w:rFonts w:ascii="標楷體" w:eastAsia="標楷體" w:hAnsi="標楷體" w:cs="標楷體" w:hint="eastAsia"/>
          <w:color w:val="5F6B7A"/>
          <w:sz w:val="24"/>
          <w:szCs w:val="24"/>
          <w:lang w:eastAsia="zh-TW"/>
        </w:rPr>
        <w:t>、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營業用設備。</w:t>
      </w:r>
    </w:p>
    <w:p w14:paraId="1E6D6D83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A-04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（續）　經費比例檢核及簽章</w:t>
      </w:r>
    </w:p>
    <w:p w14:paraId="670EFB1A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請依前頁經費合計檢核補助、自籌及各科目上限。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50"/>
        <w:gridCol w:w="2200"/>
        <w:gridCol w:w="80"/>
        <w:gridCol w:w="1350"/>
        <w:gridCol w:w="870"/>
        <w:gridCol w:w="2380"/>
      </w:tblGrid>
      <w:tr w:rsidR="002F03F4" w:rsidRPr="0052419B" w14:paraId="05240A4D" w14:textId="77777777" w:rsidTr="00430FF9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BD0691" w14:textId="65841ACE" w:rsidR="002F03F4" w:rsidRPr="0052419B" w:rsidRDefault="002F03F4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3403D" w14:textId="77777777" w:rsidR="002F03F4" w:rsidRPr="0052419B" w:rsidRDefault="002F03F4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674861" w:rsidRPr="0052419B" w14:paraId="73BB91E0" w14:textId="77777777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A5B2C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1B0CA" w14:textId="77777777" w:rsidR="002F03F4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2FC87C6C" w14:textId="18F4BF0A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5A05F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A2A5B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9D55CCC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D8340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總經費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5037D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＝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B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＋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C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7A605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補助比例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CD9B8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B÷A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＝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70%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</w:tr>
      <w:tr w:rsidR="00674861" w:rsidRPr="0052419B" w14:paraId="43390651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55B92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自籌比例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ACEC1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C÷A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＝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≥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EA80A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補助上限</w:t>
            </w:r>
            <w:proofErr w:type="spellEnd"/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5767E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B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1,000,000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元</w:t>
            </w:r>
          </w:p>
        </w:tc>
      </w:tr>
      <w:tr w:rsidR="00674861" w:rsidRPr="0052419B" w14:paraId="6566DDE5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B43A9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品牌與市場推廣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39E6D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30%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5A84E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專業服務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AA4D5F" w14:textId="1B698D2D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="00BA1726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0%</w:t>
            </w:r>
          </w:p>
        </w:tc>
      </w:tr>
      <w:tr w:rsidR="00674861" w:rsidRPr="0052419B" w14:paraId="0E92C514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5B96B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營業場所租金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B20CB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最長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個月且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20%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9E128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空間改善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39CDA3" w14:textId="21CBEC9C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="002F03F4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0%</w:t>
            </w:r>
          </w:p>
        </w:tc>
      </w:tr>
      <w:tr w:rsidR="00674861" w:rsidRPr="0052419B" w14:paraId="2A898CB3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9F421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空間改善＋設備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B7648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合計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補助款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60%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98E97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報價附件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119D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已附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免附說明</w:t>
            </w:r>
          </w:p>
        </w:tc>
      </w:tr>
      <w:tr w:rsidR="00674861" w:rsidRPr="0052419B" w14:paraId="5E280FE1" w14:textId="77777777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E773F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計算確認</w:t>
            </w:r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58826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比例及上限均符合</w:t>
            </w:r>
          </w:p>
        </w:tc>
        <w:tc>
          <w:tcPr>
            <w:tcW w:w="23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8F81C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重複補助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042C28" w14:textId="77777777" w:rsidR="00BA1726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無　</w:t>
            </w:r>
          </w:p>
          <w:p w14:paraId="3971CF3C" w14:textId="38CB72E9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已於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A-07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揭露</w:t>
            </w:r>
          </w:p>
        </w:tc>
      </w:tr>
      <w:tr w:rsidR="00BA1726" w:rsidRPr="0052419B" w14:paraId="59FDCD5B" w14:textId="77777777" w:rsidTr="009C284E">
        <w:trPr>
          <w:cantSplit/>
        </w:trPr>
        <w:tc>
          <w:tcPr>
            <w:tcW w:w="2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F617D6" w14:textId="77777777" w:rsidR="00BA1726" w:rsidRPr="0052419B" w:rsidRDefault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自籌款來源</w:t>
            </w:r>
            <w:proofErr w:type="spellEnd"/>
          </w:p>
        </w:tc>
        <w:tc>
          <w:tcPr>
            <w:tcW w:w="68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E881A5" w14:textId="77777777" w:rsidR="00BA1726" w:rsidRPr="0052419B" w:rsidRDefault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自有資金／營收／借款／其他：</w:t>
            </w:r>
          </w:p>
          <w:p w14:paraId="5927769A" w14:textId="17C292CD" w:rsidR="00BA1726" w:rsidRPr="0052419B" w:rsidRDefault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674861" w:rsidRPr="0052419B" w14:paraId="614AA264" w14:textId="77777777">
        <w:trPr>
          <w:cantSplit/>
        </w:trPr>
        <w:tc>
          <w:tcPr>
            <w:tcW w:w="9180" w:type="dxa"/>
            <w:gridSpan w:val="7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C0CF9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空間改善：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不得作為唯一或主要補助內容，且應以花蓮縣內實際營業場所之固定設施為限。</w:t>
            </w:r>
          </w:p>
        </w:tc>
      </w:tr>
    </w:tbl>
    <w:p w14:paraId="0744D2F0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592C4F4B" w14:textId="77777777" w:rsidTr="002F03F4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8555F0" w14:textId="77777777" w:rsidR="002F03F4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765CF748" w14:textId="58F7D3CD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78AE7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E8A299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2A9E3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39B15D3F" w14:textId="77777777" w:rsidTr="002F03F4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EAC45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7A29A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9B9C9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D23E6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64531393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A-05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里程碑暨補助權重表</w:t>
      </w:r>
      <w:proofErr w:type="spellEnd"/>
    </w:p>
    <w:p w14:paraId="6222D880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里程碑補助權重合計必須為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100%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；本表為期中查核、結案及終止結算之依據。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50"/>
        <w:gridCol w:w="600"/>
        <w:gridCol w:w="980"/>
        <w:gridCol w:w="1650"/>
        <w:gridCol w:w="900"/>
        <w:gridCol w:w="450"/>
        <w:gridCol w:w="1350"/>
        <w:gridCol w:w="900"/>
        <w:gridCol w:w="1000"/>
      </w:tblGrid>
      <w:tr w:rsidR="00BA1726" w:rsidRPr="0052419B" w14:paraId="1C32F9CE" w14:textId="77777777" w:rsidTr="004F08D5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283A94" w14:textId="0128F68D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4CB7C5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</w:pPr>
          </w:p>
        </w:tc>
      </w:tr>
      <w:tr w:rsidR="00BA1726" w:rsidRPr="0052419B" w14:paraId="28701272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507839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CF783F" w14:textId="77777777" w:rsidR="00BA1726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新創設立組　</w:t>
            </w:r>
          </w:p>
          <w:p w14:paraId="5D20FF8B" w14:textId="082E5DC1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F8535B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A2BE6C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BA1726" w:rsidRPr="0052419B" w14:paraId="4CF83217" w14:textId="77777777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8077C1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14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F06DF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</w:p>
        </w:tc>
        <w:tc>
          <w:tcPr>
            <w:tcW w:w="9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377840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完成月份</w:t>
            </w:r>
          </w:p>
        </w:tc>
        <w:tc>
          <w:tcPr>
            <w:tcW w:w="25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0A99A7" w14:textId="77777777" w:rsidR="00BA1726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可驗收成果／</w:t>
            </w:r>
          </w:p>
          <w:p w14:paraId="180CDD8F" w14:textId="3344FF80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量化標準</w:t>
            </w:r>
          </w:p>
        </w:tc>
        <w:tc>
          <w:tcPr>
            <w:tcW w:w="18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9C742A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佐證方式</w:t>
            </w:r>
            <w:proofErr w:type="spellEnd"/>
          </w:p>
        </w:tc>
        <w:tc>
          <w:tcPr>
            <w:tcW w:w="9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215875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期中前應完成</w:t>
            </w:r>
          </w:p>
        </w:tc>
        <w:tc>
          <w:tcPr>
            <w:tcW w:w="10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B3B123" w14:textId="77777777" w:rsidR="00BA1726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</w:t>
            </w:r>
            <w:proofErr w:type="spellEnd"/>
          </w:p>
          <w:p w14:paraId="134B5B3F" w14:textId="26B598CD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權重</w:t>
            </w:r>
            <w:proofErr w:type="spellEnd"/>
          </w:p>
        </w:tc>
      </w:tr>
      <w:tr w:rsidR="00BA1726" w:rsidRPr="0052419B" w14:paraId="41A3476D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A66AA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5681C0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BC90F8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125B5A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475CB2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BD9B3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9B9B5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657B0582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F7ECE0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4723C4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4009A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07EB16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D28E58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ABC0A0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09A13A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5D463491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8F4B75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4E8B51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4364A9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79971D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A71DB6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2B916D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76F949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536905DC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5B90B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CBA7D9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F33B33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32E7AD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EE8AA7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49E1FD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6F7F0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3BD4B05F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2AC59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6AD3F6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524122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999B1A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E027EA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67EBF7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D41FCC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176841A2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7F0F7D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822C97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F57232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2AE419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7D5757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8C90A6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962DCF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52582C9E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AA98C1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4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B2E0BB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643DC1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25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A1C417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ECA249" w14:textId="77777777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1AB525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是　□ 否</w:t>
            </w:r>
          </w:p>
        </w:tc>
        <w:tc>
          <w:tcPr>
            <w:tcW w:w="1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A41221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%</w:t>
            </w:r>
          </w:p>
        </w:tc>
      </w:tr>
      <w:tr w:rsidR="00BA1726" w:rsidRPr="0052419B" w14:paraId="0CBC3939" w14:textId="77777777">
        <w:trPr>
          <w:cantSplit/>
        </w:trPr>
        <w:tc>
          <w:tcPr>
            <w:tcW w:w="8180" w:type="dxa"/>
            <w:gridSpan w:val="9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B47ED2" w14:textId="77777777" w:rsidR="00BA1726" w:rsidRPr="0052419B" w:rsidRDefault="00BA1726" w:rsidP="00BA1726">
            <w:pPr>
              <w:spacing w:after="0" w:line="269" w:lineRule="auto"/>
              <w:jc w:val="righ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補助權重合計</w:t>
            </w:r>
          </w:p>
        </w:tc>
        <w:tc>
          <w:tcPr>
            <w:tcW w:w="1000" w:type="dxa"/>
            <w:shd w:val="clear" w:color="auto" w:fill="F2F4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71F476" w14:textId="77777777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100%</w:t>
            </w:r>
          </w:p>
        </w:tc>
      </w:tr>
      <w:tr w:rsidR="00BA1726" w:rsidRPr="0052419B" w14:paraId="16951B79" w14:textId="77777777">
        <w:trPr>
          <w:cantSplit/>
        </w:trPr>
        <w:tc>
          <w:tcPr>
            <w:tcW w:w="9180" w:type="dxa"/>
            <w:gridSpan w:val="10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EBF7FB" w14:textId="77777777" w:rsidR="00BA1726" w:rsidRPr="0052419B" w:rsidRDefault="00BA1726" w:rsidP="00BA172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認列原則：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部分成果須可獨立使用或驗收，始得按實際完成比例認列；進度達成率依截至查核日已完成權重除以應完成權重計算。</w:t>
            </w:r>
          </w:p>
        </w:tc>
      </w:tr>
    </w:tbl>
    <w:p w14:paraId="714BA8C7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150B261B" w14:textId="77777777" w:rsidTr="00BA1726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E10EA0" w14:textId="77777777" w:rsidR="00BA1726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7E96C07E" w14:textId="586272F5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6398AE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E5559B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11E1AB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446DB0F3" w14:textId="77777777" w:rsidTr="00BA1726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C18A2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D40A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0500C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BDD8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3F2A2342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A-06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團隊名冊暨參與同意書</w:t>
      </w:r>
    </w:p>
    <w:p w14:paraId="4E9771AB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請列出實際參與計畫之核心成員；重要人員於核定後變更，應事前申請並經本中心同意。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50"/>
        <w:gridCol w:w="450"/>
        <w:gridCol w:w="1150"/>
        <w:gridCol w:w="1630"/>
        <w:gridCol w:w="70"/>
        <w:gridCol w:w="1280"/>
        <w:gridCol w:w="620"/>
        <w:gridCol w:w="1350"/>
        <w:gridCol w:w="1280"/>
      </w:tblGrid>
      <w:tr w:rsidR="00BA1726" w:rsidRPr="0052419B" w14:paraId="6FA3A7E2" w14:textId="77777777" w:rsidTr="00EF476D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F08D08" w14:textId="5F7DAC78" w:rsidR="00BA1726" w:rsidRPr="0052419B" w:rsidRDefault="00BA1726" w:rsidP="00BA172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376ED5" w14:textId="4EBD1D54" w:rsidR="00BA1726" w:rsidRPr="0052419B" w:rsidRDefault="00BA1726" w:rsidP="00BA172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64B47ADE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6C866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EB4915" w14:textId="77777777" w:rsidR="00BA1726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026C2C0E" w14:textId="481AF9BB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E2CF7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3D821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CFED6A3" w14:textId="77777777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DA955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1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A07D7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姓名</w:t>
            </w:r>
          </w:p>
        </w:tc>
        <w:tc>
          <w:tcPr>
            <w:tcW w:w="11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F9AA5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職稱／角色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09F98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專長及經歷</w:t>
            </w:r>
          </w:p>
        </w:tc>
        <w:tc>
          <w:tcPr>
            <w:tcW w:w="19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B72D1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本案工作內容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491B1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電話／電子郵件</w:t>
            </w:r>
          </w:p>
        </w:tc>
        <w:tc>
          <w:tcPr>
            <w:tcW w:w="12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A18F2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本人簽名</w:t>
            </w:r>
          </w:p>
        </w:tc>
      </w:tr>
      <w:tr w:rsidR="00674861" w:rsidRPr="0052419B" w14:paraId="43C17C2E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7D1FE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3CCD8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A5CF9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19D75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678F6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F652D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D4E0D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2F616F05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C5CAC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00F48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B0EC5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6728E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936A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D3885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22C80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193A3CC4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ECD3A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7FA5E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C3D4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98772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201E9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4321D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76D0E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4BC5325D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39D9E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68932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2607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9C780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B5452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2A2A2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9FFD4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0BF5502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29E6E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B68C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3FA41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86BB4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CA8FB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F951C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C30C6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D946B59" w14:textId="77777777">
        <w:trPr>
          <w:cantSplit/>
          <w:trHeight w:val="8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2D112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F806C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297CB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A2C36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2E824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9E65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16890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491B32B3" w14:textId="77777777">
        <w:trPr>
          <w:cantSplit/>
        </w:trPr>
        <w:tc>
          <w:tcPr>
            <w:tcW w:w="9180" w:type="dxa"/>
            <w:gridSpan w:val="10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714F0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參與同意：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本人確認上列資料正確，了解並同意參與本計畫；同意主辦單位於本計畫申請、審查、執行、查核、撥款、結案及追蹤所需範圍內蒐集、處理及利用本人資料；並願配合提供執行及成果佐證。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各成員應於名冊簽名，並另簽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A-10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</w:tc>
      </w:tr>
    </w:tbl>
    <w:p w14:paraId="3374CC14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7DB045FF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C7D555" w14:textId="77777777" w:rsidR="00786CF0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22C5E6F2" w14:textId="083ACC9A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3996ED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5FC0BD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71E6CF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0A04CF1B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7A4DA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030AC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C0D31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6F546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7589E552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A-07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其他政府補助揭露表</w:t>
      </w:r>
      <w:proofErr w:type="spellEnd"/>
    </w:p>
    <w:p w14:paraId="462F6291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同一計畫內容或同一支出項目不得重複獲取政府補助；已申請、審查中或已獲補助者均應揭露。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50"/>
        <w:gridCol w:w="650"/>
        <w:gridCol w:w="1700"/>
        <w:gridCol w:w="880"/>
        <w:gridCol w:w="420"/>
        <w:gridCol w:w="930"/>
        <w:gridCol w:w="170"/>
        <w:gridCol w:w="1300"/>
        <w:gridCol w:w="1780"/>
      </w:tblGrid>
      <w:tr w:rsidR="00786CF0" w:rsidRPr="0052419B" w14:paraId="20AEFE06" w14:textId="77777777" w:rsidTr="0036084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E51E2F" w14:textId="621320B3" w:rsidR="00786CF0" w:rsidRPr="0052419B" w:rsidRDefault="00786CF0" w:rsidP="00786CF0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CDF7FA" w14:textId="2BC66E79" w:rsidR="00786CF0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776AB561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53FB9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27A507" w14:textId="77777777" w:rsidR="00786CF0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54E83177" w14:textId="7688D386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BE791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37956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BE130A3" w14:textId="77777777">
        <w:trPr>
          <w:cantSplit/>
        </w:trPr>
        <w:tc>
          <w:tcPr>
            <w:tcW w:w="9180" w:type="dxa"/>
            <w:gridSpan w:val="10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A9B1B9" w14:textId="77777777" w:rsidR="00786CF0" w:rsidRDefault="000E66B6">
            <w:pPr>
              <w:spacing w:before="20" w:after="20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申請情形：</w:t>
            </w:r>
          </w:p>
          <w:p w14:paraId="4A7C827C" w14:textId="56768A6F" w:rsidR="00786CF0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本案內容及經費未向其他政府機關（構）申請或獲取補助。　</w:t>
            </w:r>
          </w:p>
          <w:p w14:paraId="53BD2FD7" w14:textId="08DF6531" w:rsidR="00674861" w:rsidRPr="0052419B" w:rsidRDefault="000E66B6" w:rsidP="00786CF0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曾申請、審查中或已獲補助，詳如下表。</w:t>
            </w:r>
          </w:p>
        </w:tc>
      </w:tr>
      <w:tr w:rsidR="00674861" w:rsidRPr="0052419B" w14:paraId="6C8D3914" w14:textId="77777777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13956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5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57BFD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機關（構）</w:t>
            </w:r>
          </w:p>
        </w:tc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66E3F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</w:p>
        </w:tc>
        <w:tc>
          <w:tcPr>
            <w:tcW w:w="1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30B04" w14:textId="77777777" w:rsidR="00786CF0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4A4413D5" w14:textId="3537519F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核定金額</w:t>
            </w:r>
            <w:proofErr w:type="spellEnd"/>
          </w:p>
        </w:tc>
        <w:tc>
          <w:tcPr>
            <w:tcW w:w="11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9A67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期間／狀態</w:t>
            </w:r>
          </w:p>
        </w:tc>
        <w:tc>
          <w:tcPr>
            <w:tcW w:w="13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335BF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涉及項目</w:t>
            </w:r>
          </w:p>
        </w:tc>
        <w:tc>
          <w:tcPr>
            <w:tcW w:w="17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483C1E" w14:textId="77777777" w:rsidR="00786CF0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未重複補助</w:t>
            </w:r>
            <w:proofErr w:type="spellEnd"/>
          </w:p>
          <w:p w14:paraId="165C4344" w14:textId="5A11ADDF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說明</w:t>
            </w:r>
            <w:proofErr w:type="spellEnd"/>
          </w:p>
        </w:tc>
      </w:tr>
      <w:tr w:rsidR="00674861" w:rsidRPr="0052419B" w14:paraId="475D5A3A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D3A90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7653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C24D9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26722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F6A1D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AB236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7ADC2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0DCB7D4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B3F8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A123C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E6DEF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056B4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F039D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E79A7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1C906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4171472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515E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A55F1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3D9C9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AE3A2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F8F0E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3FDEB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4FB67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DDF8539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783BD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9DA76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2C595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6C0B2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F60D3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65498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C1838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50F5DE0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06918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08EBB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487E6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2575C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25318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E9219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BB78A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3A5D116" w14:textId="77777777">
        <w:trPr>
          <w:cantSplit/>
          <w:trHeight w:val="68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914CB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38E98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63290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2A7EC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4DCAA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64D51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4EC9F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61E7697" w14:textId="77777777">
        <w:trPr>
          <w:cantSplit/>
        </w:trPr>
        <w:tc>
          <w:tcPr>
            <w:tcW w:w="9180" w:type="dxa"/>
            <w:gridSpan w:val="10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52E4C0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切結事項：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本人保證已完整揭露；後續如另向政府機關（構）申請或獲取補助，將主動通知本中心，並就經費及成果明確區隔。若有重複補助或隱匿情形，同意依規定不予認列、撤銷或廢止補助並繳回款項。</w:t>
            </w:r>
          </w:p>
        </w:tc>
      </w:tr>
    </w:tbl>
    <w:p w14:paraId="29B8345B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2F6AE80B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D81888" w14:textId="77777777" w:rsidR="00786CF0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1ABD5510" w14:textId="750A7284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74FDA8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3414BC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0C5021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212F70C3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54B0C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DD63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E10B9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85D45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34059EF0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A-08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利害關係及關係人交易揭露表</w:t>
      </w:r>
    </w:p>
    <w:p w14:paraId="56AF3C92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本表用於辨識公職人員利益衝突及關係人交易風險；如依法應揭露者，仍應另附法定格式。</w:t>
      </w:r>
    </w:p>
    <w:p w14:paraId="0380D82B" w14:textId="77777777" w:rsidR="00674861" w:rsidRDefault="000E66B6">
      <w:pPr>
        <w:keepNext/>
        <w:spacing w:before="160" w:after="10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關係人交易或特殊採購揭露</w:t>
      </w:r>
    </w:p>
    <w:tbl>
      <w:tblPr>
        <w:tblStyle w:val="TableNormal"/>
        <w:tblW w:w="9894" w:type="dxa"/>
        <w:tblInd w:w="1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2044"/>
        <w:gridCol w:w="1468"/>
        <w:gridCol w:w="4436"/>
      </w:tblGrid>
      <w:tr w:rsidR="009F53D1" w:rsidRPr="00BE07D9" w14:paraId="5ACCFD6B" w14:textId="77777777" w:rsidTr="009F53D1">
        <w:trPr>
          <w:trHeight w:val="497"/>
        </w:trPr>
        <w:tc>
          <w:tcPr>
            <w:tcW w:w="9894" w:type="dxa"/>
            <w:gridSpan w:val="4"/>
            <w:tcBorders>
              <w:top w:val="nil"/>
              <w:left w:val="nil"/>
              <w:right w:val="nil"/>
            </w:tcBorders>
          </w:tcPr>
          <w:p w14:paraId="0D6E4801" w14:textId="77777777" w:rsidR="009F53D1" w:rsidRPr="00BE07D9" w:rsidRDefault="009F53D1" w:rsidP="002E2293">
            <w:pPr>
              <w:pStyle w:val="TableParagraph"/>
              <w:spacing w:line="367" w:lineRule="exact"/>
              <w:ind w:left="122"/>
              <w:rPr>
                <w:rFonts w:ascii="標楷體" w:eastAsia="標楷體" w:hAnsi="標楷體"/>
                <w:b/>
                <w:sz w:val="28"/>
              </w:rPr>
            </w:pPr>
            <w:r w:rsidRPr="00BE07D9">
              <w:rPr>
                <w:rFonts w:ascii="標楷體" w:eastAsia="標楷體" w:hAnsi="標楷體"/>
                <w:b/>
                <w:spacing w:val="-2"/>
                <w:sz w:val="28"/>
              </w:rPr>
              <w:t>公司名稱：</w:t>
            </w:r>
          </w:p>
        </w:tc>
      </w:tr>
      <w:tr w:rsidR="009F53D1" w:rsidRPr="00BE07D9" w14:paraId="06419D22" w14:textId="77777777" w:rsidTr="009F53D1">
        <w:trPr>
          <w:trHeight w:val="714"/>
        </w:trPr>
        <w:tc>
          <w:tcPr>
            <w:tcW w:w="1946" w:type="dxa"/>
            <w:tcBorders>
              <w:bottom w:val="single" w:sz="6" w:space="0" w:color="000000"/>
              <w:right w:val="single" w:sz="6" w:space="0" w:color="000000"/>
            </w:tcBorders>
          </w:tcPr>
          <w:p w14:paraId="0522CE69" w14:textId="77777777" w:rsidR="009F53D1" w:rsidRPr="00BE07D9" w:rsidRDefault="009F53D1" w:rsidP="002E2293">
            <w:pPr>
              <w:pStyle w:val="TableParagraph"/>
              <w:spacing w:before="191"/>
              <w:ind w:left="9"/>
              <w:jc w:val="center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5"/>
                <w:sz w:val="24"/>
              </w:rPr>
              <w:t>姓名</w:t>
            </w:r>
          </w:p>
        </w:tc>
        <w:tc>
          <w:tcPr>
            <w:tcW w:w="20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55223" w14:textId="77777777" w:rsidR="009F53D1" w:rsidRPr="00BE07D9" w:rsidRDefault="009F53D1" w:rsidP="002E2293">
            <w:pPr>
              <w:pStyle w:val="TableParagraph"/>
              <w:spacing w:before="215"/>
              <w:ind w:left="351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3"/>
                <w:sz w:val="24"/>
              </w:rPr>
              <w:t>任職單位</w:t>
            </w:r>
          </w:p>
        </w:tc>
        <w:tc>
          <w:tcPr>
            <w:tcW w:w="1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C0D7" w14:textId="77777777" w:rsidR="009F53D1" w:rsidRPr="00BE07D9" w:rsidRDefault="009F53D1" w:rsidP="002E2293">
            <w:pPr>
              <w:pStyle w:val="TableParagraph"/>
              <w:spacing w:before="215"/>
              <w:ind w:left="348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5"/>
                <w:sz w:val="24"/>
              </w:rPr>
              <w:t>職稱</w:t>
            </w:r>
          </w:p>
        </w:tc>
        <w:tc>
          <w:tcPr>
            <w:tcW w:w="4434" w:type="dxa"/>
            <w:tcBorders>
              <w:left w:val="single" w:sz="6" w:space="0" w:color="000000"/>
              <w:bottom w:val="single" w:sz="6" w:space="0" w:color="000000"/>
            </w:tcBorders>
          </w:tcPr>
          <w:p w14:paraId="04BEAD75" w14:textId="77777777" w:rsidR="009F53D1" w:rsidRPr="00BE07D9" w:rsidRDefault="009F53D1" w:rsidP="002E2293">
            <w:pPr>
              <w:pStyle w:val="TableParagraph"/>
              <w:spacing w:before="35"/>
              <w:ind w:left="1" w:right="27"/>
              <w:jc w:val="center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1"/>
                <w:sz w:val="24"/>
              </w:rPr>
              <w:t>具體應迴避理由及事證(請務必</w:t>
            </w:r>
          </w:p>
          <w:p w14:paraId="22112192" w14:textId="77777777" w:rsidR="009F53D1" w:rsidRPr="00BE07D9" w:rsidRDefault="009F53D1" w:rsidP="002E2293">
            <w:pPr>
              <w:pStyle w:val="TableParagraph"/>
              <w:spacing w:before="53" w:line="304" w:lineRule="exact"/>
              <w:ind w:right="27"/>
              <w:jc w:val="center"/>
              <w:rPr>
                <w:rFonts w:ascii="標楷體" w:eastAsia="標楷體" w:hAnsi="標楷體"/>
                <w:sz w:val="24"/>
              </w:rPr>
            </w:pPr>
            <w:r w:rsidRPr="00BE07D9">
              <w:rPr>
                <w:rFonts w:ascii="標楷體" w:eastAsia="標楷體" w:hAnsi="標楷體"/>
                <w:spacing w:val="-4"/>
                <w:sz w:val="24"/>
              </w:rPr>
              <w:t>填寫)</w:t>
            </w:r>
          </w:p>
        </w:tc>
      </w:tr>
      <w:tr w:rsidR="009F53D1" w:rsidRPr="00BE07D9" w14:paraId="108F1EB6" w14:textId="77777777" w:rsidTr="009F53D1">
        <w:trPr>
          <w:trHeight w:val="977"/>
        </w:trPr>
        <w:tc>
          <w:tcPr>
            <w:tcW w:w="1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5D295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C5E92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4C29B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A9DA8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9F53D1" w:rsidRPr="00BE07D9" w14:paraId="2FC2E13F" w14:textId="77777777" w:rsidTr="009F53D1">
        <w:trPr>
          <w:trHeight w:val="980"/>
        </w:trPr>
        <w:tc>
          <w:tcPr>
            <w:tcW w:w="1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9D627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96C2F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34FE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95E019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9F53D1" w:rsidRPr="00BE07D9" w14:paraId="01D7210F" w14:textId="77777777" w:rsidTr="009F53D1">
        <w:trPr>
          <w:trHeight w:val="977"/>
        </w:trPr>
        <w:tc>
          <w:tcPr>
            <w:tcW w:w="1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7F045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984B8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57823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9EA2C5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9F53D1" w:rsidRPr="00BE07D9" w14:paraId="61128620" w14:textId="77777777" w:rsidTr="009F53D1">
        <w:trPr>
          <w:trHeight w:val="979"/>
        </w:trPr>
        <w:tc>
          <w:tcPr>
            <w:tcW w:w="19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BE67C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5F912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0DFBD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6411FA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9F53D1" w:rsidRPr="00BE07D9" w14:paraId="16C6CEC3" w14:textId="77777777" w:rsidTr="009F53D1">
        <w:trPr>
          <w:trHeight w:val="977"/>
        </w:trPr>
        <w:tc>
          <w:tcPr>
            <w:tcW w:w="1946" w:type="dxa"/>
            <w:tcBorders>
              <w:top w:val="single" w:sz="6" w:space="0" w:color="000000"/>
              <w:right w:val="single" w:sz="6" w:space="0" w:color="000000"/>
            </w:tcBorders>
          </w:tcPr>
          <w:p w14:paraId="1EB05F74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4AB935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B01ED1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4434" w:type="dxa"/>
            <w:tcBorders>
              <w:top w:val="single" w:sz="6" w:space="0" w:color="000000"/>
              <w:left w:val="single" w:sz="6" w:space="0" w:color="000000"/>
            </w:tcBorders>
          </w:tcPr>
          <w:p w14:paraId="1F9AF572" w14:textId="77777777" w:rsidR="009F53D1" w:rsidRPr="00BE07D9" w:rsidRDefault="009F53D1" w:rsidP="002E2293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</w:tbl>
    <w:p w14:paraId="045B3BE1" w14:textId="77777777" w:rsidR="009F53D1" w:rsidRPr="00BE07D9" w:rsidRDefault="009F53D1" w:rsidP="009F53D1">
      <w:pPr>
        <w:pStyle w:val="af"/>
        <w:spacing w:before="8"/>
        <w:ind w:left="45"/>
        <w:rPr>
          <w:rFonts w:ascii="標楷體" w:eastAsia="標楷體" w:hAnsi="標楷體"/>
          <w:lang w:eastAsia="zh-TW"/>
        </w:rPr>
      </w:pPr>
      <w:proofErr w:type="gramStart"/>
      <w:r w:rsidRPr="00BE07D9">
        <w:rPr>
          <w:rFonts w:ascii="標楷體" w:eastAsia="標楷體" w:hAnsi="標楷體"/>
          <w:spacing w:val="-2"/>
          <w:lang w:eastAsia="zh-TW"/>
        </w:rPr>
        <w:t>註</w:t>
      </w:r>
      <w:proofErr w:type="gramEnd"/>
      <w:r w:rsidRPr="00BE07D9">
        <w:rPr>
          <w:rFonts w:ascii="標楷體" w:eastAsia="標楷體" w:hAnsi="標楷體"/>
          <w:spacing w:val="-2"/>
          <w:lang w:eastAsia="zh-TW"/>
        </w:rPr>
        <w:t>：1.</w:t>
      </w:r>
      <w:r w:rsidRPr="00BE07D9">
        <w:rPr>
          <w:rFonts w:ascii="標楷體" w:eastAsia="標楷體" w:hAnsi="標楷體"/>
          <w:spacing w:val="-9"/>
          <w:lang w:eastAsia="zh-TW"/>
        </w:rPr>
        <w:t>若無建議迴避之人員，請於表格內填「無」。</w:t>
      </w:r>
    </w:p>
    <w:p w14:paraId="3B14D259" w14:textId="77777777" w:rsidR="009F53D1" w:rsidRPr="00BE07D9" w:rsidRDefault="009F53D1" w:rsidP="009F53D1">
      <w:pPr>
        <w:pStyle w:val="ae"/>
        <w:widowControl w:val="0"/>
        <w:numPr>
          <w:ilvl w:val="0"/>
          <w:numId w:val="13"/>
        </w:numPr>
        <w:tabs>
          <w:tab w:val="left" w:pos="588"/>
        </w:tabs>
        <w:autoSpaceDE w:val="0"/>
        <w:autoSpaceDN w:val="0"/>
        <w:spacing w:before="3" w:after="0" w:line="240" w:lineRule="auto"/>
        <w:ind w:left="588" w:hanging="150"/>
        <w:contextualSpacing w:val="0"/>
        <w:rPr>
          <w:rFonts w:ascii="標楷體" w:eastAsia="標楷體" w:hAnsi="標楷體"/>
          <w:sz w:val="20"/>
          <w:lang w:eastAsia="zh-TW"/>
        </w:rPr>
      </w:pPr>
      <w:r w:rsidRPr="00BE07D9">
        <w:rPr>
          <w:rFonts w:ascii="標楷體" w:eastAsia="標楷體" w:hAnsi="標楷體"/>
          <w:spacing w:val="-3"/>
          <w:sz w:val="20"/>
          <w:lang w:eastAsia="zh-TW"/>
        </w:rPr>
        <w:t>須加蓋公司印鑑及負責人章。</w:t>
      </w:r>
    </w:p>
    <w:p w14:paraId="28D66F3C" w14:textId="77777777" w:rsidR="009F53D1" w:rsidRPr="00BE07D9" w:rsidRDefault="009F53D1" w:rsidP="009F53D1">
      <w:pPr>
        <w:pStyle w:val="ae"/>
        <w:widowControl w:val="0"/>
        <w:numPr>
          <w:ilvl w:val="0"/>
          <w:numId w:val="13"/>
        </w:numPr>
        <w:tabs>
          <w:tab w:val="left" w:pos="588"/>
        </w:tabs>
        <w:autoSpaceDE w:val="0"/>
        <w:autoSpaceDN w:val="0"/>
        <w:spacing w:before="3" w:after="0" w:line="240" w:lineRule="auto"/>
        <w:ind w:left="588" w:hanging="150"/>
        <w:contextualSpacing w:val="0"/>
        <w:rPr>
          <w:rFonts w:ascii="標楷體" w:eastAsia="標楷體" w:hAnsi="標楷體"/>
          <w:sz w:val="20"/>
          <w:lang w:eastAsia="zh-TW"/>
        </w:rPr>
      </w:pPr>
      <w:r w:rsidRPr="00BE07D9">
        <w:rPr>
          <w:rFonts w:ascii="標楷體" w:eastAsia="標楷體" w:hAnsi="標楷體"/>
          <w:spacing w:val="-3"/>
          <w:sz w:val="20"/>
          <w:lang w:eastAsia="zh-TW"/>
        </w:rPr>
        <w:t>建議迴避之人員，請務必具體說明迴避理由及事證，否則不予以採納。</w:t>
      </w:r>
    </w:p>
    <w:p w14:paraId="5D189162" w14:textId="77777777" w:rsidR="009F53D1" w:rsidRPr="00BE07D9" w:rsidRDefault="009F53D1" w:rsidP="009F53D1">
      <w:pPr>
        <w:pStyle w:val="af"/>
        <w:spacing w:before="83"/>
        <w:rPr>
          <w:rFonts w:ascii="標楷體" w:eastAsia="標楷體" w:hAnsi="標楷體"/>
          <w:lang w:eastAsia="zh-TW"/>
        </w:rPr>
      </w:pPr>
    </w:p>
    <w:p w14:paraId="128E40DC" w14:textId="5C1519DF" w:rsidR="009F53D1" w:rsidRPr="00BE07D9" w:rsidRDefault="009F53D1" w:rsidP="009F53D1">
      <w:pPr>
        <w:ind w:left="16"/>
        <w:rPr>
          <w:rFonts w:ascii="標楷體" w:eastAsia="標楷體" w:hAnsi="標楷體"/>
          <w:sz w:val="28"/>
          <w:lang w:eastAsia="zh-TW"/>
        </w:rPr>
      </w:pPr>
      <w:r w:rsidRPr="00BE07D9">
        <w:rPr>
          <w:rFonts w:ascii="標楷體" w:eastAsia="標楷體" w:hAnsi="標楷體"/>
          <w:noProof/>
          <w:sz w:val="28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722A8C90" wp14:editId="7E5032EE">
                <wp:simplePos x="0" y="0"/>
                <wp:positionH relativeFrom="page">
                  <wp:posOffset>1947545</wp:posOffset>
                </wp:positionH>
                <wp:positionV relativeFrom="paragraph">
                  <wp:posOffset>6350</wp:posOffset>
                </wp:positionV>
                <wp:extent cx="3110865" cy="1714500"/>
                <wp:effectExtent l="0" t="0" r="0" b="19050"/>
                <wp:wrapSquare wrapText="bothSides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0865" cy="1714500"/>
                          <a:chOff x="6350" y="6350"/>
                          <a:chExt cx="3111587" cy="1714500"/>
                        </a:xfrm>
                      </wpg:grpSpPr>
                      <wps:wsp>
                        <wps:cNvPr id="7" name="Textbox 3"/>
                        <wps:cNvSpPr txBox="1"/>
                        <wps:spPr>
                          <a:xfrm>
                            <a:off x="2179710" y="518508"/>
                            <a:ext cx="938227" cy="330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6E5818" w14:textId="262C1657" w:rsidR="009F53D1" w:rsidRDefault="009F53D1" w:rsidP="009F53D1"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pacing w:val="-6"/>
                                  <w:sz w:val="28"/>
                                  <w:lang w:eastAsia="zh-TW"/>
                                </w:rPr>
                                <w:t>(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4"/>
                        <wps:cNvSpPr/>
                        <wps:spPr>
                          <a:xfrm>
                            <a:off x="6350" y="6350"/>
                            <a:ext cx="19431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1714500">
                                <a:moveTo>
                                  <a:pt x="1943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4499"/>
                                </a:lnTo>
                                <a:lnTo>
                                  <a:pt x="1943100" y="1714499"/>
                                </a:lnTo>
                                <a:lnTo>
                                  <a:pt x="194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5"/>
                        <wps:cNvSpPr/>
                        <wps:spPr>
                          <a:xfrm>
                            <a:off x="6350" y="6350"/>
                            <a:ext cx="1943100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1714500">
                                <a:moveTo>
                                  <a:pt x="0" y="1714499"/>
                                </a:moveTo>
                                <a:lnTo>
                                  <a:pt x="1943100" y="1714499"/>
                                </a:lnTo>
                                <a:lnTo>
                                  <a:pt x="1943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44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2A8C90" id="Group 2" o:spid="_x0000_s1026" style="position:absolute;left:0;text-align:left;margin-left:153.35pt;margin-top:.5pt;width:244.95pt;height:135pt;z-index:251661312;mso-wrap-distance-left:0;mso-wrap-distance-right:0;mso-position-horizontal-relative:page;mso-width-relative:margin;mso-height-relative:margin" coordorigin="63,63" coordsize="31115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21797;top:5185;width:9382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06E5818" w14:textId="262C1657" w:rsidR="009F53D1" w:rsidRDefault="009F53D1" w:rsidP="009F53D1"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rFonts w:hint="eastAsia"/>
                            <w:spacing w:val="-6"/>
                            <w:sz w:val="28"/>
                            <w:lang w:eastAsia="zh-TW"/>
                          </w:rPr>
                          <w:t>(</w:t>
                        </w:r>
                        <w:r>
                          <w:rPr>
                            <w:spacing w:val="-6"/>
                            <w:sz w:val="28"/>
                          </w:rPr>
                          <w:t>印</w:t>
                        </w:r>
                        <w:r>
                          <w:rPr>
                            <w:spacing w:val="-6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Graphic 4" o:spid="_x0000_s1028" style="position:absolute;left:63;top:63;width:19431;height:17145;visibility:visible;mso-wrap-style:square;v-text-anchor:top" coordsize="19431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" path="m1943100,l,,,1714499r1943100,l1943100,xe" stroked="f">
                  <v:path arrowok="t"/>
                </v:shape>
                <v:shape id="Graphic 5" o:spid="_x0000_s1029" style="position:absolute;left:63;top:63;width:19431;height:17145;visibility:visible;mso-wrap-style:square;v-text-anchor:top" coordsize="1943100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" path="m,1714499r1943100,l1943100,,,,,1714499xe" filled="f" strokeweight="1pt">
                  <v:stroke dashstyle="3 1"/>
                  <v:path arrowok="t"/>
                </v:shape>
                <w10:wrap type="square" anchorx="page"/>
              </v:group>
            </w:pict>
          </mc:Fallback>
        </mc:AlternateContent>
      </w:r>
      <w:r w:rsidRPr="00BE07D9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9E361D" wp14:editId="308E71D4">
                <wp:simplePos x="0" y="0"/>
                <wp:positionH relativeFrom="page">
                  <wp:posOffset>3667378</wp:posOffset>
                </wp:positionH>
                <wp:positionV relativeFrom="paragraph">
                  <wp:posOffset>498697</wp:posOffset>
                </wp:positionV>
                <wp:extent cx="268605" cy="178435"/>
                <wp:effectExtent l="0" t="0" r="0" b="0"/>
                <wp:wrapNone/>
                <wp:docPr id="5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0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067975" w14:textId="77777777" w:rsidR="009F53D1" w:rsidRDefault="009F53D1" w:rsidP="009F53D1">
                            <w:pPr>
                              <w:spacing w:line="28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(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E361D" id="Textbox 1" o:spid="_x0000_s1030" type="#_x0000_t202" style="position:absolute;left:0;text-align:left;margin-left:288.75pt;margin-top:39.25pt;width:21.15pt;height:14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" filled="f" stroked="f">
                <v:textbox inset="0,0,0,0">
                  <w:txbxContent>
                    <w:p w14:paraId="41067975" w14:textId="77777777" w:rsidR="009F53D1" w:rsidRDefault="009F53D1" w:rsidP="009F53D1">
                      <w:pPr>
                        <w:spacing w:line="281" w:lineRule="exact"/>
                        <w:rPr>
                          <w:sz w:val="28"/>
                        </w:rPr>
                      </w:pPr>
                      <w:r>
                        <w:rPr>
                          <w:spacing w:val="-5"/>
                          <w:sz w:val="28"/>
                        </w:rPr>
                        <w:t>(</w:t>
                      </w:r>
                      <w:r>
                        <w:rPr>
                          <w:spacing w:val="-5"/>
                          <w:sz w:val="28"/>
                        </w:rPr>
                        <w:t>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07D9">
        <w:rPr>
          <w:rFonts w:ascii="標楷體" w:eastAsia="標楷體" w:hAnsi="標楷體"/>
          <w:spacing w:val="-4"/>
          <w:sz w:val="28"/>
          <w:lang w:eastAsia="zh-TW"/>
        </w:rPr>
        <w:t>公司印鑑：</w:t>
      </w:r>
    </w:p>
    <w:p w14:paraId="765AECBE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19393767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430F1FFE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364B283E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7C53AB9C" w14:textId="77777777" w:rsidR="009F53D1" w:rsidRPr="00BE07D9" w:rsidRDefault="009F53D1" w:rsidP="009F53D1">
      <w:pPr>
        <w:pStyle w:val="af"/>
        <w:rPr>
          <w:rFonts w:ascii="標楷體" w:eastAsia="標楷體" w:hAnsi="標楷體"/>
          <w:sz w:val="28"/>
          <w:lang w:eastAsia="zh-TW"/>
        </w:rPr>
      </w:pPr>
    </w:p>
    <w:p w14:paraId="6E241F63" w14:textId="2667920D" w:rsidR="009F53D1" w:rsidRPr="00BE07D9" w:rsidRDefault="009F53D1" w:rsidP="009F53D1">
      <w:pPr>
        <w:pStyle w:val="af"/>
        <w:spacing w:before="50"/>
        <w:rPr>
          <w:rFonts w:ascii="標楷體" w:eastAsia="標楷體" w:hAnsi="標楷體"/>
          <w:sz w:val="28"/>
          <w:lang w:eastAsia="zh-TW"/>
        </w:rPr>
      </w:pPr>
      <w:r w:rsidRPr="00BE07D9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766E0FB" wp14:editId="015F93B5">
                <wp:simplePos x="0" y="0"/>
                <wp:positionH relativeFrom="page">
                  <wp:posOffset>2810617</wp:posOffset>
                </wp:positionH>
                <wp:positionV relativeFrom="paragraph">
                  <wp:posOffset>261620</wp:posOffset>
                </wp:positionV>
                <wp:extent cx="882650" cy="800100"/>
                <wp:effectExtent l="0" t="0" r="0" b="0"/>
                <wp:wrapNone/>
                <wp:docPr id="10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2650" cy="800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2650" h="800100">
                              <a:moveTo>
                                <a:pt x="0" y="800099"/>
                              </a:moveTo>
                              <a:lnTo>
                                <a:pt x="882650" y="800099"/>
                              </a:lnTo>
                              <a:lnTo>
                                <a:pt x="882650" y="0"/>
                              </a:lnTo>
                              <a:lnTo>
                                <a:pt x="0" y="0"/>
                              </a:lnTo>
                              <a:lnTo>
                                <a:pt x="0" y="800099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ABAE1" id="Graphic 6" o:spid="_x0000_s1026" style="position:absolute;margin-left:221.3pt;margin-top:20.6pt;width:69.5pt;height:6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265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" path="m,800099r882650,l882650,,,,,800099xe" filled="f" strokeweight="1pt">
                <v:stroke dashstyle="3 1"/>
                <v:path arrowok="t"/>
                <w10:wrap anchorx="page"/>
              </v:shape>
            </w:pict>
          </mc:Fallback>
        </mc:AlternateContent>
      </w:r>
    </w:p>
    <w:p w14:paraId="3F7F9DDD" w14:textId="2DDD8460" w:rsidR="00674861" w:rsidRPr="009F53D1" w:rsidRDefault="009F53D1" w:rsidP="009F53D1">
      <w:pPr>
        <w:tabs>
          <w:tab w:val="left" w:pos="4778"/>
        </w:tabs>
        <w:ind w:left="16"/>
        <w:rPr>
          <w:rFonts w:ascii="標楷體" w:eastAsia="標楷體" w:hAnsi="標楷體"/>
          <w:sz w:val="28"/>
          <w:lang w:eastAsia="zh-TW"/>
        </w:rPr>
      </w:pPr>
      <w:r w:rsidRPr="00BE07D9">
        <w:rPr>
          <w:rFonts w:ascii="標楷體" w:eastAsia="標楷體" w:hAnsi="標楷體"/>
          <w:sz w:val="28"/>
          <w:lang w:eastAsia="zh-TW"/>
        </w:rPr>
        <w:t>負</w:t>
      </w:r>
      <w:r w:rsidRPr="00BE07D9">
        <w:rPr>
          <w:rFonts w:ascii="標楷體" w:eastAsia="標楷體" w:hAnsi="標楷體"/>
          <w:spacing w:val="-1"/>
          <w:sz w:val="28"/>
          <w:lang w:eastAsia="zh-TW"/>
        </w:rPr>
        <w:t xml:space="preserve"> </w:t>
      </w:r>
      <w:r w:rsidRPr="00BE07D9">
        <w:rPr>
          <w:rFonts w:ascii="標楷體" w:eastAsia="標楷體" w:hAnsi="標楷體"/>
          <w:sz w:val="28"/>
          <w:lang w:eastAsia="zh-TW"/>
        </w:rPr>
        <w:t>責</w:t>
      </w:r>
      <w:r w:rsidRPr="00BE07D9">
        <w:rPr>
          <w:rFonts w:ascii="標楷體" w:eastAsia="標楷體" w:hAnsi="標楷體"/>
          <w:spacing w:val="-2"/>
          <w:sz w:val="28"/>
          <w:lang w:eastAsia="zh-TW"/>
        </w:rPr>
        <w:t xml:space="preserve"> </w:t>
      </w:r>
      <w:r w:rsidRPr="00BE07D9">
        <w:rPr>
          <w:rFonts w:ascii="標楷體" w:eastAsia="標楷體" w:hAnsi="標楷體"/>
          <w:sz w:val="28"/>
          <w:lang w:eastAsia="zh-TW"/>
        </w:rPr>
        <w:t>人</w:t>
      </w:r>
      <w:r w:rsidRPr="00BE07D9">
        <w:rPr>
          <w:rFonts w:ascii="標楷體" w:eastAsia="標楷體" w:hAnsi="標楷體"/>
          <w:spacing w:val="-10"/>
          <w:sz w:val="28"/>
          <w:lang w:eastAsia="zh-TW"/>
        </w:rPr>
        <w:t>：</w:t>
      </w:r>
      <w:r w:rsidRPr="00BE07D9">
        <w:rPr>
          <w:rFonts w:ascii="標楷體" w:eastAsia="標楷體" w:hAnsi="標楷體"/>
          <w:sz w:val="28"/>
          <w:lang w:eastAsia="zh-TW"/>
        </w:rPr>
        <w:tab/>
      </w:r>
      <w:r>
        <w:rPr>
          <w:rFonts w:ascii="標楷體" w:eastAsia="標楷體" w:hAnsi="標楷體" w:hint="eastAsia"/>
          <w:sz w:val="28"/>
          <w:lang w:eastAsia="zh-TW"/>
        </w:rPr>
        <w:t xml:space="preserve">  </w:t>
      </w:r>
      <w:r w:rsidRPr="00BE07D9">
        <w:rPr>
          <w:rFonts w:ascii="標楷體" w:eastAsia="標楷體" w:hAnsi="標楷體"/>
          <w:spacing w:val="-2"/>
          <w:sz w:val="28"/>
          <w:lang w:eastAsia="zh-TW"/>
        </w:rPr>
        <w:t>(用印</w:t>
      </w:r>
      <w:r w:rsidRPr="00BE07D9">
        <w:rPr>
          <w:rFonts w:ascii="標楷體" w:eastAsia="標楷體" w:hAnsi="標楷體"/>
          <w:spacing w:val="-10"/>
          <w:sz w:val="28"/>
          <w:lang w:eastAsia="zh-TW"/>
        </w:rPr>
        <w:t>)</w:t>
      </w:r>
    </w:p>
    <w:p w14:paraId="7C9F41D7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A-09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申請切結書</w:t>
      </w:r>
    </w:p>
    <w:p w14:paraId="04ADD636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申請人應逐項確認；如有不實，願負法律責任並依規定返還已領補助款。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230"/>
        <w:gridCol w:w="1350"/>
        <w:gridCol w:w="3250"/>
      </w:tblGrid>
      <w:tr w:rsidR="00786CF0" w:rsidRPr="0052419B" w14:paraId="510E6D63" w14:textId="77777777" w:rsidTr="00F95A6D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FF87E6" w14:textId="7CABEB9D" w:rsidR="00786CF0" w:rsidRPr="0052419B" w:rsidRDefault="00786CF0" w:rsidP="00786CF0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48A5D2" w14:textId="0A2326BF" w:rsidR="00786CF0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6A369528" w14:textId="77777777">
        <w:trPr>
          <w:cantSplit/>
        </w:trPr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8751C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EA39D" w14:textId="77777777" w:rsidR="00786CF0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2F59C8FD" w14:textId="0192157A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06F7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422FF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4B05007D" w14:textId="4B631DAE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本人符合申請截止日年滿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18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歲且未滿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46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歲、設籍花蓮縣，以及申請日前三年內完成</w:t>
      </w:r>
      <w:r w:rsidR="00786CF0" w:rsidRPr="00786CF0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 w:rsidRPr="00786CF0">
        <w:rPr>
          <w:rFonts w:ascii="標楷體" w:eastAsia="標楷體" w:hAnsi="標楷體" w:cs="標楷體" w:hint="eastAsia"/>
          <w:sz w:val="24"/>
          <w:szCs w:val="24"/>
          <w:lang w:eastAsia="zh-TW"/>
        </w:rPr>
        <w:t>0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小時以上創業課程之共同資格。</w:t>
      </w:r>
    </w:p>
    <w:p w14:paraId="19F096E6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本人僅擇一組提出一案；本人、同一事業或實質相同團隊未重複申請，且未曾獲本計畫補助。</w:t>
      </w:r>
    </w:p>
    <w:p w14:paraId="3DD9C714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申請新創設立組者，於申請截止日尚未以擬申請事業完成公司、商業或稅籍登記，且本人現非其他營利事業代表人或負責人。</w:t>
      </w:r>
    </w:p>
    <w:p w14:paraId="66B715B7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申請創業發展組者，事業之公司或商業及稅籍登記均在花蓮縣且未滿五年；本人為代表人或負責人，並符合出資及資本額規定。</w:t>
      </w:r>
    </w:p>
    <w:p w14:paraId="18C90A50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申請資料、附件、經費、成果及各項說明均真實完整，無冒名、借名、抄襲或侵害他人權利。</w:t>
      </w:r>
    </w:p>
    <w:p w14:paraId="739D6A10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本人及事業無申請須知所列重大欠稅、欠繳保險費、重大違反勞動法令、停歇業、破產未復權或禁止補助行業等不受理情形。</w:t>
      </w:r>
    </w:p>
    <w:p w14:paraId="78FAE131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本案未以相同計畫內容或同一支出項目重複獲取其他政府補助；如有其他申請或獲補助情形，已於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A-07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完整揭露。</w:t>
      </w:r>
    </w:p>
    <w:p w14:paraId="4B9E1EE5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補助款及自籌款僅用於核定計畫，並依核定比例、會計科目、期間、採購、憑證及財產管理規定辦理。</w:t>
      </w:r>
    </w:p>
    <w:p w14:paraId="0C14080B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本人同意配合資料補正、簡報、簽約、培力、輔導、訪視、成果發表、進度查核、經費核銷、財產查驗及後續追蹤。</w:t>
      </w:r>
    </w:p>
    <w:p w14:paraId="77854118" w14:textId="1C1E51B0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本人將於七個月內完成計畫，並完成至少</w:t>
      </w:r>
      <w:r w:rsidR="00786CF0" w:rsidRPr="00786CF0">
        <w:rPr>
          <w:rFonts w:ascii="標楷體" w:eastAsia="標楷體" w:hAnsi="標楷體" w:cs="標楷體"/>
          <w:sz w:val="24"/>
          <w:szCs w:val="24"/>
          <w:lang w:eastAsia="zh-TW"/>
        </w:rPr>
        <w:t>3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場培力工作坊、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3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次專業輔導、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場實地訪視及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場成果發表會。</w:t>
      </w:r>
    </w:p>
    <w:p w14:paraId="4E1F3146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核定後如需變更內容、期程、工作項目、經費科目或重要人員，將事前提出書面申請，經同意後始執行。</w:t>
      </w:r>
    </w:p>
    <w:p w14:paraId="1DB23880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受補助事業於執行期間及結案後一年持續於花蓮縣實際營運；補助設備於同期間不任意出售、轉讓、出租、設定負擔或移作他用。</w:t>
      </w:r>
    </w:p>
    <w:p w14:paraId="592E59D2" w14:textId="77777777" w:rsidR="00674861" w:rsidRPr="00786CF0" w:rsidRDefault="000E66B6" w:rsidP="00786CF0">
      <w:pPr>
        <w:pStyle w:val="a"/>
        <w:numPr>
          <w:ilvl w:val="0"/>
          <w:numId w:val="10"/>
        </w:numPr>
        <w:spacing w:after="70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786CF0">
        <w:rPr>
          <w:rFonts w:ascii="標楷體" w:eastAsia="標楷體" w:hAnsi="標楷體" w:cs="標楷體"/>
          <w:sz w:val="24"/>
          <w:szCs w:val="24"/>
          <w:lang w:eastAsia="zh-TW"/>
        </w:rPr>
        <w:t>如有資格不符、資料不實、重複補助、憑證違規、挪用款項、拒絕查核或其他違規，願接受停止撥款、撤銷或廢止補助及追繳。</w:t>
      </w:r>
    </w:p>
    <w:p w14:paraId="35AAC5A0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33CE5D94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1EB9AE" w14:textId="77777777" w:rsidR="00786CF0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736C4CAF" w14:textId="2948778A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C6D34E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A52963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316A78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28CBD919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E8C46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C3111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72596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DC559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2F544EC1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A-10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個人資料告知暨同意書</w:t>
      </w:r>
      <w:proofErr w:type="spellEnd"/>
    </w:p>
    <w:p w14:paraId="1A1B6193" w14:textId="56E4FB91" w:rsidR="00EA7E24" w:rsidRPr="002D2695" w:rsidRDefault="000E66B6" w:rsidP="00EA7E24">
      <w:pPr>
        <w:pStyle w:val="1"/>
        <w:rPr>
          <w:rFonts w:ascii="標楷體" w:eastAsia="標楷體" w:hAnsi="標楷體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申請人及名冊所列團隊</w:t>
      </w:r>
      <w:proofErr w:type="gramStart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成員均應閱讀</w:t>
      </w:r>
      <w:proofErr w:type="gramEnd"/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並簽署；可依成員人數複印本表。</w:t>
      </w:r>
    </w:p>
    <w:p w14:paraId="277B03DE" w14:textId="77777777" w:rsidR="00EA7E24" w:rsidRPr="002D2695" w:rsidRDefault="00EA7E24" w:rsidP="00EA7E24">
      <w:pPr>
        <w:pStyle w:val="21"/>
        <w:rPr>
          <w:rFonts w:ascii="標楷體" w:eastAsia="標楷體" w:hAnsi="標楷體"/>
          <w:lang w:eastAsia="zh-TW"/>
        </w:rPr>
      </w:pPr>
      <w:r w:rsidRPr="002D2695">
        <w:rPr>
          <w:rFonts w:ascii="標楷體" w:eastAsia="標楷體" w:hAnsi="標楷體"/>
          <w:spacing w:val="-5"/>
          <w:lang w:eastAsia="zh-TW"/>
        </w:rPr>
        <w:t>蒐集個人資料告知事項</w:t>
      </w:r>
    </w:p>
    <w:p w14:paraId="35502FB8" w14:textId="77777777" w:rsidR="00EA7E24" w:rsidRPr="002D2695" w:rsidRDefault="00EA7E24" w:rsidP="00EA7E24">
      <w:pPr>
        <w:pStyle w:val="af"/>
        <w:spacing w:line="317" w:lineRule="exact"/>
        <w:ind w:left="140"/>
        <w:rPr>
          <w:rFonts w:ascii="標楷體" w:eastAsia="標楷體" w:hAnsi="標楷體"/>
          <w:lang w:eastAsia="zh-TW"/>
        </w:rPr>
      </w:pPr>
      <w:r w:rsidRPr="002D2695">
        <w:rPr>
          <w:rFonts w:ascii="標楷體" w:eastAsia="標楷體" w:hAnsi="標楷體"/>
          <w:spacing w:val="-3"/>
          <w:lang w:eastAsia="zh-TW"/>
        </w:rPr>
        <w:t>花蓮縣政府為遵守個人資料保護法規定，在您提供個人</w:t>
      </w:r>
      <w:proofErr w:type="gramStart"/>
      <w:r w:rsidRPr="002D2695">
        <w:rPr>
          <w:rFonts w:ascii="標楷體" w:eastAsia="標楷體" w:hAnsi="標楷體"/>
          <w:spacing w:val="-3"/>
          <w:lang w:eastAsia="zh-TW"/>
        </w:rPr>
        <w:t>資料予本府</w:t>
      </w:r>
      <w:proofErr w:type="gramEnd"/>
      <w:r w:rsidRPr="002D2695">
        <w:rPr>
          <w:rFonts w:ascii="標楷體" w:eastAsia="標楷體" w:hAnsi="標楷體"/>
          <w:spacing w:val="-3"/>
          <w:lang w:eastAsia="zh-TW"/>
        </w:rPr>
        <w:t>前，依法告</w:t>
      </w:r>
    </w:p>
    <w:p w14:paraId="6043780A" w14:textId="77777777" w:rsidR="00EA7E24" w:rsidRPr="002D2695" w:rsidRDefault="00EA7E24" w:rsidP="00EA7E24">
      <w:pPr>
        <w:pStyle w:val="af"/>
        <w:spacing w:before="1"/>
        <w:ind w:left="140"/>
        <w:rPr>
          <w:rFonts w:ascii="標楷體" w:eastAsia="標楷體" w:hAnsi="標楷體"/>
        </w:rPr>
      </w:pPr>
      <w:proofErr w:type="spellStart"/>
      <w:r w:rsidRPr="002D2695">
        <w:rPr>
          <w:rFonts w:ascii="標楷體" w:eastAsia="標楷體" w:hAnsi="標楷體"/>
          <w:spacing w:val="-4"/>
        </w:rPr>
        <w:t>知下列事項</w:t>
      </w:r>
      <w:proofErr w:type="spellEnd"/>
      <w:r w:rsidRPr="002D2695">
        <w:rPr>
          <w:rFonts w:ascii="標楷體" w:eastAsia="標楷體" w:hAnsi="標楷體"/>
          <w:spacing w:val="-4"/>
        </w:rPr>
        <w:t>：</w:t>
      </w:r>
    </w:p>
    <w:p w14:paraId="1760FB71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花蓮縣政府(以下簡稱本府)因協助產業創新活動補助等目的而獲取您下列個人資料類別：姓名、出生年月日、國民身分證統一編號、性別、職業、教育、連絡方式(包括但不限於電話號碼、E-MAIL、居住或工作地址)等，或其他得以直接或間接識別您個人之資料。</w:t>
      </w:r>
    </w:p>
    <w:p w14:paraId="7E9ACF6D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本府將依個人資料保護法及相關法令之規定下，依本府隱私權保護政策，蒐集、處理及利用您的個人資料。</w:t>
      </w:r>
    </w:p>
    <w:p w14:paraId="14147D57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本府將於蒐集目的之存續期間合理利用您的個人資料。</w:t>
      </w:r>
    </w:p>
    <w:p w14:paraId="71192614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除蒐集之目的涉及國際業務或活動外，本府僅於中華民國領域內利用您的個人資料。</w:t>
      </w:r>
    </w:p>
    <w:p w14:paraId="6CD6C54C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本府將於原蒐集之特定目的、本次以外之產業之推廣、宣導及輔導、以及其他公務機關請求行政協助之目的範圍內，合理利用您的個人資料。</w:t>
      </w:r>
    </w:p>
    <w:p w14:paraId="065BF484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您可依個人資料保護法第 3 條規定，就您的個人資料向本府行使之下列權利：</w:t>
      </w:r>
    </w:p>
    <w:p w14:paraId="10C021D4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查詢或請求閱覽。</w:t>
      </w:r>
    </w:p>
    <w:p w14:paraId="35DE8C7F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請求製給複製本。</w:t>
      </w:r>
    </w:p>
    <w:p w14:paraId="35C0ACBE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請求補充或更正。</w:t>
      </w:r>
    </w:p>
    <w:p w14:paraId="3BAFCF3D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請求停止蒐集、處理及利用。</w:t>
      </w:r>
    </w:p>
    <w:p w14:paraId="62AE254F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請求刪除。</w:t>
      </w:r>
    </w:p>
    <w:p w14:paraId="4DDA32D9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您因行使上述權利而導致對您的權益產生減損時，本府不負相關賠償責任。另依個人資料保護法第 14 條規定，</w:t>
      </w:r>
      <w:proofErr w:type="gramStart"/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本府得酌</w:t>
      </w:r>
      <w:proofErr w:type="gramEnd"/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收行政作業費用。</w:t>
      </w:r>
    </w:p>
    <w:p w14:paraId="46DD7EEE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若您未提供正確之個人資料，本府將無法為您提供特定目的之相關業務。</w:t>
      </w:r>
    </w:p>
    <w:p w14:paraId="3A5B50F8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本府因業務</w:t>
      </w:r>
      <w:proofErr w:type="gramEnd"/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需要而委託其他機關處理您的個人資料時，本府將會善盡監督之責。</w:t>
      </w:r>
    </w:p>
    <w:p w14:paraId="5C3E1222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您瞭解此一同意書符合個人資料保護法及相關法規之要求，且同意本府留存此同意書，供日後取出查驗。</w:t>
      </w:r>
    </w:p>
    <w:p w14:paraId="544A8C99" w14:textId="77777777" w:rsidR="00EA7E24" w:rsidRPr="002D2695" w:rsidRDefault="00EA7E24" w:rsidP="00EA7E24">
      <w:pPr>
        <w:pStyle w:val="21"/>
        <w:spacing w:before="217"/>
        <w:rPr>
          <w:rFonts w:ascii="標楷體" w:eastAsia="標楷體" w:hAnsi="標楷體"/>
        </w:rPr>
      </w:pPr>
      <w:proofErr w:type="spellStart"/>
      <w:r w:rsidRPr="002D2695">
        <w:rPr>
          <w:rFonts w:ascii="標楷體" w:eastAsia="標楷體" w:hAnsi="標楷體"/>
          <w:spacing w:val="-5"/>
        </w:rPr>
        <w:t>個人資料之同意提供</w:t>
      </w:r>
      <w:proofErr w:type="spellEnd"/>
    </w:p>
    <w:p w14:paraId="4B00B926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1"/>
        </w:tabs>
        <w:autoSpaceDE w:val="0"/>
        <w:autoSpaceDN w:val="0"/>
        <w:spacing w:after="0" w:line="317" w:lineRule="exact"/>
        <w:ind w:left="701" w:hanging="561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本人已充分知悉貴處上述告知事項。</w:t>
      </w:r>
    </w:p>
    <w:p w14:paraId="75CBD266" w14:textId="77777777" w:rsidR="00EA7E24" w:rsidRPr="00EA7E24" w:rsidRDefault="00EA7E24" w:rsidP="00EA7E24">
      <w:pPr>
        <w:pStyle w:val="ae"/>
        <w:widowControl w:val="0"/>
        <w:numPr>
          <w:ilvl w:val="0"/>
          <w:numId w:val="11"/>
        </w:numPr>
        <w:tabs>
          <w:tab w:val="left" w:pos="700"/>
        </w:tabs>
        <w:autoSpaceDE w:val="0"/>
        <w:autoSpaceDN w:val="0"/>
        <w:spacing w:before="1" w:after="0" w:line="240" w:lineRule="auto"/>
        <w:ind w:left="700" w:right="261" w:hanging="560"/>
        <w:contextualSpacing w:val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EA7E24">
        <w:rPr>
          <w:rFonts w:ascii="標楷體" w:eastAsia="標楷體" w:hAnsi="標楷體" w:cs="標楷體"/>
          <w:sz w:val="24"/>
          <w:szCs w:val="24"/>
          <w:lang w:eastAsia="zh-TW"/>
        </w:rPr>
        <w:t>本人同意貴處蒐集、處理、利用本人之個人資料，以及其他公務機關請求行政協助目的之提供。</w:t>
      </w:r>
    </w:p>
    <w:p w14:paraId="1EFECA8F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05DE9D6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B2E74C4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DB5F823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DE75232" w14:textId="77777777" w:rsidR="001629F5" w:rsidRDefault="001629F5">
      <w:pPr>
        <w:spacing w:after="1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505DFE35" w14:textId="68FD064B" w:rsidR="00674861" w:rsidRPr="00EA7E24" w:rsidRDefault="001629F5" w:rsidP="001629F5">
      <w:pPr>
        <w:spacing w:after="140"/>
        <w:jc w:val="distribute"/>
        <w:rPr>
          <w:rFonts w:ascii="標楷體" w:eastAsia="標楷體" w:hAnsi="標楷體" w:cs="標楷體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中華民國　　年　　月　　日</w:t>
      </w:r>
      <w:r w:rsidRPr="002D269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DBD492" wp14:editId="6760824F">
                <wp:simplePos x="0" y="0"/>
                <wp:positionH relativeFrom="page">
                  <wp:posOffset>3043384</wp:posOffset>
                </wp:positionH>
                <wp:positionV relativeFrom="page">
                  <wp:posOffset>8343265</wp:posOffset>
                </wp:positionV>
                <wp:extent cx="3632200" cy="222885"/>
                <wp:effectExtent l="0" t="0" r="0" b="0"/>
                <wp:wrapSquare wrapText="bothSides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220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D06F27" w14:textId="77777777" w:rsidR="001629F5" w:rsidRDefault="001629F5" w:rsidP="001629F5">
                            <w:pPr>
                              <w:pStyle w:val="af"/>
                              <w:tabs>
                                <w:tab w:val="left" w:pos="5137"/>
                              </w:tabs>
                              <w:spacing w:line="349" w:lineRule="exact"/>
                              <w:ind w:left="20"/>
                            </w:pPr>
                            <w:r w:rsidRPr="001629F5">
                              <w:rPr>
                                <w:rFonts w:ascii="標楷體" w:eastAsia="標楷體" w:hAnsi="標楷體" w:cs="標楷體"/>
                                <w:b/>
                                <w:color w:val="17365D"/>
                                <w:sz w:val="24"/>
                                <w:szCs w:val="24"/>
                                <w:lang w:eastAsia="zh-TW"/>
                              </w:rPr>
                              <w:t>立同意書人:</w:t>
                            </w:r>
                            <w:r w:rsidRPr="001629F5">
                              <w:rPr>
                                <w:rFonts w:ascii="標楷體" w:eastAsia="標楷體" w:hAnsi="標楷體" w:cs="標楷體"/>
                                <w:b/>
                                <w:color w:val="17365D"/>
                                <w:sz w:val="24"/>
                                <w:szCs w:val="24"/>
                                <w:lang w:eastAsia="zh-TW"/>
                              </w:rPr>
                              <w:tab/>
                              <w:t>簽章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BD492" id="_x0000_s1031" type="#_x0000_t202" style="position:absolute;left:0;text-align:left;margin-left:239.65pt;margin-top:656.95pt;width:286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" filled="f" stroked="f">
                <v:textbox inset="0,0,0,0">
                  <w:txbxContent>
                    <w:p w14:paraId="1FD06F27" w14:textId="77777777" w:rsidR="001629F5" w:rsidRDefault="001629F5" w:rsidP="001629F5">
                      <w:pPr>
                        <w:pStyle w:val="af"/>
                        <w:tabs>
                          <w:tab w:val="left" w:pos="5137"/>
                        </w:tabs>
                        <w:spacing w:line="349" w:lineRule="exact"/>
                        <w:ind w:left="20"/>
                      </w:pPr>
                      <w:proofErr w:type="spellStart"/>
                      <w:r w:rsidRPr="001629F5">
                        <w:rPr>
                          <w:rFonts w:ascii="標楷體" w:eastAsia="標楷體" w:hAnsi="標楷體" w:cs="標楷體"/>
                          <w:b/>
                          <w:color w:val="17365D"/>
                          <w:sz w:val="24"/>
                          <w:szCs w:val="24"/>
                          <w:lang w:eastAsia="zh-TW"/>
                        </w:rPr>
                        <w:t>立同意書人</w:t>
                      </w:r>
                      <w:proofErr w:type="spellEnd"/>
                      <w:r w:rsidRPr="001629F5">
                        <w:rPr>
                          <w:rFonts w:ascii="標楷體" w:eastAsia="標楷體" w:hAnsi="標楷體" w:cs="標楷體"/>
                          <w:b/>
                          <w:color w:val="17365D"/>
                          <w:sz w:val="24"/>
                          <w:szCs w:val="24"/>
                          <w:lang w:eastAsia="zh-TW"/>
                        </w:rPr>
                        <w:t>:</w:t>
                      </w:r>
                      <w:r w:rsidRPr="001629F5">
                        <w:rPr>
                          <w:rFonts w:ascii="標楷體" w:eastAsia="標楷體" w:hAnsi="標楷體" w:cs="標楷體"/>
                          <w:b/>
                          <w:color w:val="17365D"/>
                          <w:sz w:val="24"/>
                          <w:szCs w:val="24"/>
                          <w:lang w:eastAsia="zh-TW"/>
                        </w:rPr>
                        <w:tab/>
                      </w:r>
                      <w:proofErr w:type="spellStart"/>
                      <w:r w:rsidRPr="001629F5">
                        <w:rPr>
                          <w:rFonts w:ascii="標楷體" w:eastAsia="標楷體" w:hAnsi="標楷體" w:cs="標楷體"/>
                          <w:b/>
                          <w:color w:val="17365D"/>
                          <w:sz w:val="24"/>
                          <w:szCs w:val="24"/>
                          <w:lang w:eastAsia="zh-TW"/>
                        </w:rPr>
                        <w:t>簽章</w:t>
                      </w:r>
                      <w:proofErr w:type="spellEnd"/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562ECA1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A-11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新創設立組設立切結書</w:t>
      </w:r>
    </w:p>
    <w:p w14:paraId="1F1CC085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僅新創設立組使用；獲核定後，於完成花蓮縣公司或商業及稅籍登記時提出。</w:t>
      </w:r>
    </w:p>
    <w:tbl>
      <w:tblPr>
        <w:tblW w:w="9639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1559"/>
        <w:gridCol w:w="3402"/>
      </w:tblGrid>
      <w:tr w:rsidR="00786CF0" w:rsidRPr="0052419B" w14:paraId="7841FC0B" w14:textId="77777777" w:rsidTr="00786CF0">
        <w:trPr>
          <w:cantSplit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12749A" w14:textId="5DD53DAD" w:rsidR="00786CF0" w:rsidRPr="0052419B" w:rsidRDefault="00786CF0" w:rsidP="00786CF0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36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35F75" w14:textId="2AC25652" w:rsidR="00786CF0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12311712" w14:textId="77777777" w:rsidTr="00786CF0">
        <w:trPr>
          <w:cantSplit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6F2B9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1F4B18" w14:textId="77777777" w:rsidR="00786CF0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41E8ABA8" w14:textId="7C765171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70818A" w14:textId="77777777" w:rsidR="00786CF0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160E1769" w14:textId="56C9F95E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A4E6A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189FA2B6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4EB9D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核定通知送達日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3B948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BE578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原完成期限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42FEE7" w14:textId="77777777" w:rsidR="00786CF0" w:rsidRDefault="000E66B6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送達次日起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日：</w:t>
            </w:r>
          </w:p>
          <w:p w14:paraId="68301B99" w14:textId="1C964788" w:rsidR="00674861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667C63A5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31E9B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設立型態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DF39B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公司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商業</w:t>
            </w:r>
            <w:proofErr w:type="spellEnd"/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B6ECF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統一編號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AD896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12E58625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07921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事業名稱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7D9FA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B7F6E7" w14:textId="77777777" w:rsidR="00786CF0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設立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0C62B532" w14:textId="04E80943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登記日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CDE56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13F01EED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57ECF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登記地址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2BA4E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花蓮縣　　　　　　　　　</w:t>
            </w:r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627A4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稅籍登記日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F9C46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217D0B8D" w14:textId="77777777" w:rsidTr="00786CF0">
        <w:trPr>
          <w:cantSplit/>
          <w:trHeight w:val="600"/>
        </w:trPr>
        <w:tc>
          <w:tcPr>
            <w:tcW w:w="127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9223A" w14:textId="77777777" w:rsidR="00786CF0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</w:p>
          <w:p w14:paraId="7DDF2177" w14:textId="395F39CC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身分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3138DC" w14:textId="77777777" w:rsidR="00786CF0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公司代表人　</w:t>
            </w:r>
          </w:p>
          <w:p w14:paraId="7413DB59" w14:textId="00263E50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商業負責人</w:t>
            </w:r>
          </w:p>
        </w:tc>
        <w:tc>
          <w:tcPr>
            <w:tcW w:w="155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FCDACF" w14:textId="77777777" w:rsidR="00786CF0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公司出資</w:t>
            </w:r>
            <w:proofErr w:type="spellEnd"/>
          </w:p>
          <w:p w14:paraId="38D2CEC2" w14:textId="4BE2B9C0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比例</w:t>
            </w:r>
            <w:proofErr w:type="spellEnd"/>
          </w:p>
        </w:tc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52B1D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（商業免填）</w:t>
            </w:r>
          </w:p>
        </w:tc>
      </w:tr>
    </w:tbl>
    <w:p w14:paraId="5530EB86" w14:textId="77777777" w:rsidR="00674861" w:rsidRPr="0052419B" w:rsidRDefault="000E66B6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本人已於核定通知送達次日起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60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日內完成花蓮縣公司或商業及稅籍登記；如有正當理由，將於期限屆滿前申請展延一次，最長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30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日。</w:t>
      </w:r>
    </w:p>
    <w:p w14:paraId="50C86293" w14:textId="77777777" w:rsidR="00674861" w:rsidRPr="0052419B" w:rsidRDefault="000E66B6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本人為該公司代表人或商業負責人；採公司型態者，本人以自然人名義之出資額原則不低於公司資本額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20%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。</w:t>
      </w:r>
    </w:p>
    <w:p w14:paraId="327A74A6" w14:textId="77777777" w:rsidR="00674861" w:rsidRPr="0052419B" w:rsidRDefault="000E66B6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本人同意於完成登記及與本中心簽約後始辦理支出；登記、簽約前發生之費用不列入補助核銷。</w:t>
      </w:r>
    </w:p>
    <w:p w14:paraId="1ED9D694" w14:textId="77777777" w:rsidR="00674861" w:rsidRPr="0052419B" w:rsidRDefault="000E66B6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本人將於執行期間及結案後一年持續於花蓮縣實際營運；如有停歇業、遷址或負責人、出資重大變更，將事前通知並依法辦理。</w:t>
      </w:r>
    </w:p>
    <w:p w14:paraId="2609B02D" w14:textId="77777777" w:rsidR="00674861" w:rsidRPr="0052419B" w:rsidRDefault="000E66B6" w:rsidP="00786CF0">
      <w:pPr>
        <w:pStyle w:val="a"/>
        <w:jc w:val="both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如未依限完成設立或所填資料不實，同意取消補助資格、停止簽約或撥款，並返還應繳回款項。</w:t>
      </w:r>
    </w:p>
    <w:tbl>
      <w:tblPr>
        <w:tblW w:w="949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674861" w:rsidRPr="0052419B" w14:paraId="2D5ED5D8" w14:textId="77777777" w:rsidTr="00786CF0">
        <w:trPr>
          <w:cantSplit/>
        </w:trPr>
        <w:tc>
          <w:tcPr>
            <w:tcW w:w="9498" w:type="dxa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B881F7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附件：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公司或商業設立登記、稅籍登記、申請人為代表人或負責人之證明；公司型態者另附足資證明出資比例之文件。</w:t>
            </w:r>
          </w:p>
        </w:tc>
      </w:tr>
    </w:tbl>
    <w:p w14:paraId="2A3E95A3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498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500"/>
        <w:gridCol w:w="3498"/>
      </w:tblGrid>
      <w:tr w:rsidR="00674861" w:rsidRPr="0052419B" w14:paraId="590518E0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276291" w14:textId="77777777" w:rsidR="00786CF0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3DFF63B5" w14:textId="198C01A2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負責人簽章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A0FA43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AD9834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4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B5081D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2BB6A5C1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98292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6EDC6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0B7B6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49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8AA3B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19019889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A-12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提案簡報建議架構</w:t>
      </w:r>
    </w:p>
    <w:p w14:paraId="6D4574D1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下列為建議內容；簡報頁數、時間、檔案格式及繳交期限仍以本中心通知為準。</w:t>
      </w:r>
    </w:p>
    <w:tbl>
      <w:tblPr>
        <w:tblW w:w="9441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879"/>
        <w:gridCol w:w="5945"/>
      </w:tblGrid>
      <w:tr w:rsidR="00674861" w:rsidRPr="0052419B" w14:paraId="3A624DE2" w14:textId="77777777" w:rsidTr="009F53D1">
        <w:trPr>
          <w:trHeight w:val="950"/>
          <w:tblHeader/>
        </w:trPr>
        <w:tc>
          <w:tcPr>
            <w:tcW w:w="617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1BC0C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頁次</w:t>
            </w:r>
            <w:proofErr w:type="spellEnd"/>
          </w:p>
        </w:tc>
        <w:tc>
          <w:tcPr>
            <w:tcW w:w="287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BF0D5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主題</w:t>
            </w:r>
          </w:p>
        </w:tc>
        <w:tc>
          <w:tcPr>
            <w:tcW w:w="5944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6FE99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建議內容</w:t>
            </w:r>
          </w:p>
        </w:tc>
      </w:tr>
      <w:tr w:rsidR="00674861" w:rsidRPr="0052419B" w14:paraId="4880B42D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5297C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950AA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封面與一句話提案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C76BD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計畫名稱、組別、申請人／事業、核心價值主張。</w:t>
            </w:r>
          </w:p>
        </w:tc>
      </w:tr>
      <w:tr w:rsidR="00674861" w:rsidRPr="0052419B" w14:paraId="7A401A02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8D0E7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70EF8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需求與痛點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2EBE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目標客群、在地需求、問題規模及現況佐證。</w:t>
            </w:r>
          </w:p>
        </w:tc>
      </w:tr>
      <w:tr w:rsidR="00674861" w:rsidRPr="0052419B" w14:paraId="248AE879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32C7E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2C72B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產品或服務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38AE7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解決方案、特色、目前完成程度及展示方式。</w:t>
            </w:r>
          </w:p>
        </w:tc>
      </w:tr>
      <w:tr w:rsidR="00674861" w:rsidRPr="0052419B" w14:paraId="6E7325B7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05357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E1B37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市場與競爭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AF62E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客群輪廓、市場驗證、替代方案、差異化。</w:t>
            </w:r>
          </w:p>
        </w:tc>
      </w:tr>
      <w:tr w:rsidR="00674861" w:rsidRPr="0052419B" w14:paraId="441AB9FB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AD4D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44239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商業模式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15DF0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收入來源、定價、通路、成本與合作夥伴。</w:t>
            </w:r>
          </w:p>
        </w:tc>
      </w:tr>
      <w:tr w:rsidR="00674861" w:rsidRPr="0052419B" w14:paraId="48C868FD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5DBE3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57B46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執行計畫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B18F0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七個月工作項目、時程、分工及風險管理。</w:t>
            </w:r>
          </w:p>
        </w:tc>
      </w:tr>
      <w:tr w:rsidR="00674861" w:rsidRPr="0052419B" w14:paraId="12964837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70984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8E20D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里程碑與績效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8E1A5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可驗收成果、量化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KPI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及補助權重合計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。</w:t>
            </w:r>
          </w:p>
        </w:tc>
      </w:tr>
      <w:tr w:rsidR="00674861" w:rsidRPr="0052419B" w14:paraId="5C85B250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5D251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63FB2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經費與自籌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A607C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申請補助、自籌來源、主要用途及必要性。</w:t>
            </w:r>
          </w:p>
        </w:tc>
      </w:tr>
      <w:tr w:rsidR="00674861" w:rsidRPr="0052419B" w14:paraId="786C1215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16906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AEF4D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團隊能力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F2EC9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核心成員、專長、實績及缺口補強。</w:t>
            </w:r>
          </w:p>
        </w:tc>
      </w:tr>
      <w:tr w:rsidR="00674861" w:rsidRPr="0052419B" w14:paraId="334F9688" w14:textId="77777777" w:rsidTr="009F53D1">
        <w:trPr>
          <w:cantSplit/>
          <w:trHeight w:val="769"/>
        </w:trPr>
        <w:tc>
          <w:tcPr>
            <w:tcW w:w="61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EA1B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8FE87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花蓮效益與永續</w:t>
            </w:r>
          </w:p>
        </w:tc>
        <w:tc>
          <w:tcPr>
            <w:tcW w:w="594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4F88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在地連結、就業、營運持續性及核定後一年規劃。</w:t>
            </w:r>
          </w:p>
        </w:tc>
      </w:tr>
      <w:tr w:rsidR="00674861" w:rsidRPr="0052419B" w14:paraId="5992DE27" w14:textId="77777777" w:rsidTr="009F53D1">
        <w:trPr>
          <w:cantSplit/>
          <w:trHeight w:val="1514"/>
        </w:trPr>
        <w:tc>
          <w:tcPr>
            <w:tcW w:w="9441" w:type="dxa"/>
            <w:gridSpan w:val="3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EB56D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簡報提醒：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請用可驗證資料支持主張，明確說明「七個月內要完成什麼、如何驗收、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萬元以內如何使用」，並準備回答市場需求、現金流、自籌款、法規及執行風險。</w:t>
            </w:r>
          </w:p>
        </w:tc>
      </w:tr>
    </w:tbl>
    <w:p w14:paraId="726169E9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B-01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計畫變更申請表</w:t>
      </w:r>
    </w:p>
    <w:p w14:paraId="1E29177E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計畫內容、期程、工作項目、經費科目或重要人員如需變更，應於執行前提出並經書面同意。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360"/>
        <w:gridCol w:w="3020"/>
        <w:gridCol w:w="10"/>
        <w:gridCol w:w="1200"/>
        <w:gridCol w:w="447"/>
        <w:gridCol w:w="2943"/>
      </w:tblGrid>
      <w:tr w:rsidR="00786CF0" w:rsidRPr="0052419B" w14:paraId="2EE07CE0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76FC64" w14:textId="0054D6FA" w:rsidR="00786CF0" w:rsidRPr="0052419B" w:rsidRDefault="00786CF0" w:rsidP="00786CF0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62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3CADB3" w14:textId="556A5D3F" w:rsidR="00786CF0" w:rsidRPr="0052419B" w:rsidRDefault="00786CF0" w:rsidP="00786CF0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7EC4D883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2376D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0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5D6AB8" w14:textId="77777777" w:rsidR="00786CF0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6C92EB4C" w14:textId="6C882E19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657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214834" w14:textId="77777777" w:rsidR="00026F0C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5B59B0AD" w14:textId="74F5DCB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</w:t>
            </w:r>
            <w:proofErr w:type="spellEnd"/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DBD69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CFAF16F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B3227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</w:p>
        </w:tc>
        <w:tc>
          <w:tcPr>
            <w:tcW w:w="303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3EC37D" w14:textId="4FEEB48E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新臺幣　　　　　</w:t>
            </w:r>
            <w:r w:rsidR="00786CF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元</w:t>
            </w:r>
          </w:p>
        </w:tc>
        <w:tc>
          <w:tcPr>
            <w:tcW w:w="16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DE877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核定總經費</w:t>
            </w:r>
            <w:proofErr w:type="spellEnd"/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FF15F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3BD101BE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0D127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執行期間</w:t>
            </w:r>
            <w:proofErr w:type="spellEnd"/>
          </w:p>
        </w:tc>
        <w:tc>
          <w:tcPr>
            <w:tcW w:w="303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1CD39B" w14:textId="77777777" w:rsidR="00786CF0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日至</w:t>
            </w:r>
            <w:proofErr w:type="spellEnd"/>
          </w:p>
          <w:p w14:paraId="5A89D1E4" w14:textId="7B491E50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</w:t>
            </w:r>
          </w:p>
        </w:tc>
        <w:tc>
          <w:tcPr>
            <w:tcW w:w="16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460B4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申請日期</w:t>
            </w:r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2C1290" w14:textId="0F224A8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年　月　日</w:t>
            </w:r>
          </w:p>
        </w:tc>
      </w:tr>
      <w:tr w:rsidR="00674861" w:rsidRPr="0052419B" w14:paraId="78B1C922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3CB14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變更類型</w:t>
            </w:r>
            <w:proofErr w:type="spellEnd"/>
          </w:p>
        </w:tc>
        <w:tc>
          <w:tcPr>
            <w:tcW w:w="303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6A2081" w14:textId="4D2779EC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內容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期程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人員</w:t>
            </w:r>
          </w:p>
        </w:tc>
        <w:tc>
          <w:tcPr>
            <w:tcW w:w="16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6DA65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經費變更</w:t>
            </w:r>
            <w:proofErr w:type="spellEnd"/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2F9683" w14:textId="77777777" w:rsidR="00786CF0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無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科目流用　</w:t>
            </w:r>
          </w:p>
          <w:p w14:paraId="1A9246C6" w14:textId="3191DF48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金額調整</w:t>
            </w:r>
          </w:p>
        </w:tc>
      </w:tr>
      <w:tr w:rsidR="00674861" w:rsidRPr="0052419B" w14:paraId="1606E8D3" w14:textId="77777777" w:rsidTr="00786CF0">
        <w:trPr>
          <w:cantSplit/>
        </w:trPr>
        <w:tc>
          <w:tcPr>
            <w:tcW w:w="156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7E07D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是否已執行</w:t>
            </w:r>
            <w:proofErr w:type="spellEnd"/>
          </w:p>
        </w:tc>
        <w:tc>
          <w:tcPr>
            <w:tcW w:w="303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1BB55F" w14:textId="77777777" w:rsidR="00786CF0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尚未執行　</w:t>
            </w:r>
          </w:p>
          <w:p w14:paraId="18FF07D7" w14:textId="72D3BD8D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部分已執行</w:t>
            </w:r>
          </w:p>
        </w:tc>
        <w:tc>
          <w:tcPr>
            <w:tcW w:w="16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960894" w14:textId="77777777" w:rsidR="00786CF0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是否影響</w:t>
            </w:r>
            <w:proofErr w:type="spellEnd"/>
          </w:p>
          <w:p w14:paraId="0ADC82F3" w14:textId="282ACA0C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  <w:proofErr w:type="spellEnd"/>
          </w:p>
        </w:tc>
        <w:tc>
          <w:tcPr>
            <w:tcW w:w="294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6EE24" w14:textId="77777777" w:rsidR="00786CF0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否　</w:t>
            </w:r>
          </w:p>
          <w:p w14:paraId="48984E76" w14:textId="70ADF2C2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是；應一併修正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A-05</w:t>
            </w:r>
          </w:p>
        </w:tc>
      </w:tr>
      <w:tr w:rsidR="00674861" w:rsidRPr="0052419B" w14:paraId="4F3856F1" w14:textId="77777777">
        <w:trPr>
          <w:tblHeader/>
        </w:trPr>
        <w:tc>
          <w:tcPr>
            <w:tcW w:w="1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1EA5F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339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D1E13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原核定內容</w:t>
            </w:r>
          </w:p>
        </w:tc>
        <w:tc>
          <w:tcPr>
            <w:tcW w:w="1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BA488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339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7C864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申請變更內容</w:t>
            </w:r>
          </w:p>
        </w:tc>
      </w:tr>
      <w:tr w:rsidR="00674861" w:rsidRPr="0052419B" w14:paraId="356661E8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6C2CC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FE7DE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2FBAF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245F3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439CBC7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C6C45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672D3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3FBC7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2D7DA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F5EED59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4B6AE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51296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AE86E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79F2A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CF06ED9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C452C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A7DE1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006E6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99236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E1F9395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D976D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0E14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BE81E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B895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D54BF07" w14:textId="77777777">
        <w:trPr>
          <w:cantSplit/>
          <w:trHeight w:val="640"/>
        </w:trPr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6DACF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39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90966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E5F8C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3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84E51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799F4A1" w14:textId="77777777">
        <w:trPr>
          <w:cantSplit/>
        </w:trPr>
        <w:tc>
          <w:tcPr>
            <w:tcW w:w="9180" w:type="dxa"/>
            <w:gridSpan w:val="7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314111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lastRenderedPageBreak/>
              <w:t>變更理由及必要性</w:t>
            </w:r>
          </w:p>
        </w:tc>
      </w:tr>
      <w:tr w:rsidR="00674861" w:rsidRPr="0052419B" w14:paraId="61277401" w14:textId="77777777" w:rsidTr="009F53D1">
        <w:trPr>
          <w:cantSplit/>
          <w:trHeight w:val="4593"/>
        </w:trPr>
        <w:tc>
          <w:tcPr>
            <w:tcW w:w="9180" w:type="dxa"/>
            <w:gridSpan w:val="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4A9AF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請說明變更原因、不可預見性、替代方案，以及為何仍可達成計畫目的。</w:t>
            </w:r>
          </w:p>
        </w:tc>
      </w:tr>
      <w:tr w:rsidR="00674861" w:rsidRPr="0052419B" w14:paraId="7373EB8F" w14:textId="77777777">
        <w:trPr>
          <w:cantSplit/>
        </w:trPr>
        <w:tc>
          <w:tcPr>
            <w:tcW w:w="9180" w:type="dxa"/>
            <w:gridSpan w:val="7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28B9FC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對里程碑、績效、經費比例與期程之影響</w:t>
            </w:r>
          </w:p>
        </w:tc>
      </w:tr>
      <w:tr w:rsidR="00674861" w:rsidRPr="0052419B" w14:paraId="215FCF05" w14:textId="77777777" w:rsidTr="009F53D1">
        <w:trPr>
          <w:cantSplit/>
          <w:trHeight w:val="4641"/>
        </w:trPr>
        <w:tc>
          <w:tcPr>
            <w:tcW w:w="9180" w:type="dxa"/>
            <w:gridSpan w:val="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20C62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請量化說明；如有修正里程碑、經費或時程，應附修正版對照表。</w:t>
            </w:r>
          </w:p>
        </w:tc>
      </w:tr>
    </w:tbl>
    <w:p w14:paraId="7395B367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4861" w:rsidRPr="0052419B" w14:paraId="7D30DFB3" w14:textId="77777777">
        <w:trPr>
          <w:cantSplit/>
        </w:trPr>
        <w:tc>
          <w:tcPr>
            <w:tcW w:w="9180" w:type="dxa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106649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附件檢核：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變更前後對照表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修正計畫書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修正經費表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修正里程碑表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報價或證明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其他：　　　　　　　　　。</w:t>
            </w:r>
          </w:p>
        </w:tc>
      </w:tr>
    </w:tbl>
    <w:p w14:paraId="2082E265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57B6836A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340944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5467F8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256F02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20785D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150F63AD" w14:textId="77777777" w:rsidTr="00786CF0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DC6EA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8C9FE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E042F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756E2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0A6F9C59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B-02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期中進度報告暨查核表</w:t>
      </w:r>
    </w:p>
    <w:p w14:paraId="76CDB428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原則於執行第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3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至第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4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個月辦理；進度達成率＝截至查核日已完成之補助權重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÷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截至查核日應完成之補助權重。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919"/>
        <w:gridCol w:w="331"/>
        <w:gridCol w:w="150"/>
        <w:gridCol w:w="700"/>
        <w:gridCol w:w="850"/>
        <w:gridCol w:w="1250"/>
        <w:gridCol w:w="121"/>
        <w:gridCol w:w="1179"/>
        <w:gridCol w:w="238"/>
        <w:gridCol w:w="253"/>
        <w:gridCol w:w="1309"/>
        <w:gridCol w:w="1381"/>
      </w:tblGrid>
      <w:tr w:rsidR="00026F0C" w:rsidRPr="0052419B" w14:paraId="543989B3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855AB7" w14:textId="0099816D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762" w:type="dxa"/>
            <w:gridSpan w:val="1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F98393" w14:textId="2620F0C1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6814B39A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64761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402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076A8D" w14:textId="77777777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2F121C14" w14:textId="58C0F1C1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41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914707" w14:textId="77777777" w:rsidR="00026F0C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64CC040E" w14:textId="18749553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事業</w:t>
            </w:r>
            <w:proofErr w:type="spellEnd"/>
          </w:p>
        </w:tc>
        <w:tc>
          <w:tcPr>
            <w:tcW w:w="294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C4704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E68A6F2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3B0A4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核定執行期間</w:t>
            </w:r>
            <w:proofErr w:type="spellEnd"/>
          </w:p>
        </w:tc>
        <w:tc>
          <w:tcPr>
            <w:tcW w:w="3402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CA5D73" w14:textId="77777777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日至</w:t>
            </w:r>
            <w:proofErr w:type="spellEnd"/>
          </w:p>
          <w:p w14:paraId="5D06A694" w14:textId="73758DB5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</w:t>
            </w:r>
          </w:p>
        </w:tc>
        <w:tc>
          <w:tcPr>
            <w:tcW w:w="141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31529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本次報告期間</w:t>
            </w:r>
          </w:p>
        </w:tc>
        <w:tc>
          <w:tcPr>
            <w:tcW w:w="294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088D6A" w14:textId="77777777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日至</w:t>
            </w:r>
            <w:proofErr w:type="spellEnd"/>
          </w:p>
          <w:p w14:paraId="763AF227" w14:textId="2F0DF1F8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</w:t>
            </w:r>
          </w:p>
        </w:tc>
      </w:tr>
      <w:tr w:rsidR="00674861" w:rsidRPr="0052419B" w14:paraId="2317BA70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D9779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查核日期</w:t>
            </w:r>
          </w:p>
        </w:tc>
        <w:tc>
          <w:tcPr>
            <w:tcW w:w="3402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CDC85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  <w:tc>
          <w:tcPr>
            <w:tcW w:w="141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8BFF2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查核方式</w:t>
            </w:r>
            <w:proofErr w:type="spellEnd"/>
          </w:p>
        </w:tc>
        <w:tc>
          <w:tcPr>
            <w:tcW w:w="294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C79E7C" w14:textId="7425EF93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書面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實地</w:t>
            </w:r>
          </w:p>
        </w:tc>
      </w:tr>
      <w:tr w:rsidR="00674861" w:rsidRPr="0052419B" w14:paraId="5B0A7D2F" w14:textId="77777777" w:rsidTr="00026F0C">
        <w:trPr>
          <w:cantSplit/>
        </w:trPr>
        <w:tc>
          <w:tcPr>
            <w:tcW w:w="1418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0F8147" w14:textId="77777777" w:rsidR="00026F0C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</w:t>
            </w:r>
            <w:proofErr w:type="spellEnd"/>
          </w:p>
          <w:p w14:paraId="605827C9" w14:textId="74CF196E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補助額</w:t>
            </w:r>
            <w:proofErr w:type="spellEnd"/>
          </w:p>
        </w:tc>
        <w:tc>
          <w:tcPr>
            <w:tcW w:w="3402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FB46B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41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D4247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累計補助支出</w:t>
            </w:r>
            <w:proofErr w:type="spellEnd"/>
          </w:p>
        </w:tc>
        <w:tc>
          <w:tcPr>
            <w:tcW w:w="2943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8777C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53DE61F0" w14:textId="77777777" w:rsidTr="00026F0C">
        <w:trPr>
          <w:tblHeader/>
        </w:trPr>
        <w:tc>
          <w:tcPr>
            <w:tcW w:w="49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714BE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2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793F2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</w:p>
        </w:tc>
        <w:tc>
          <w:tcPr>
            <w:tcW w:w="8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9508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完成月份</w:t>
            </w:r>
          </w:p>
        </w:tc>
        <w:tc>
          <w:tcPr>
            <w:tcW w:w="8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141BB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補助權重</w:t>
            </w:r>
          </w:p>
        </w:tc>
        <w:tc>
          <w:tcPr>
            <w:tcW w:w="12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7759C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應達成果</w:t>
            </w:r>
          </w:p>
        </w:tc>
        <w:tc>
          <w:tcPr>
            <w:tcW w:w="13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BBE02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實際完成</w:t>
            </w:r>
          </w:p>
        </w:tc>
        <w:tc>
          <w:tcPr>
            <w:tcW w:w="18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93800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佐證文件</w:t>
            </w:r>
          </w:p>
        </w:tc>
        <w:tc>
          <w:tcPr>
            <w:tcW w:w="138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A26A8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查核認定</w:t>
            </w:r>
          </w:p>
        </w:tc>
      </w:tr>
      <w:tr w:rsidR="00674861" w:rsidRPr="0052419B" w14:paraId="498498C2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600F4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7D20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80C38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D94D2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72E0C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2566C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E4437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FC48E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1F8099D0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E52D1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FF59F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2B42C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ACC0C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6C63E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40F43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70D9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01720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2E6F053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99928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9760A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64643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65D25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2780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04193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46FC2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4493C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A38271C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9E534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ECB9D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A118D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428D0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2923B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4C7CC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5B887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F944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1A13D07C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41234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F441C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8C2BF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80415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572B1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1D5A6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216EE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A8F6E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D25B6A6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31E81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A2437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02855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C2506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92FAD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AE2D9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182D7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94CA6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2F00929A" w14:textId="77777777" w:rsidTr="00026F0C">
        <w:trPr>
          <w:cantSplit/>
          <w:trHeight w:val="760"/>
        </w:trPr>
        <w:tc>
          <w:tcPr>
            <w:tcW w:w="49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DCC0F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7</w:t>
            </w:r>
          </w:p>
        </w:tc>
        <w:tc>
          <w:tcPr>
            <w:tcW w:w="1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E49D1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6AC2C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第　月</w:t>
            </w:r>
          </w:p>
        </w:tc>
        <w:tc>
          <w:tcPr>
            <w:tcW w:w="8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BF6D8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2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DA33C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0141A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4117F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38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400B5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928C1BD" w14:textId="77777777" w:rsidTr="00026F0C">
        <w:trPr>
          <w:cantSplit/>
        </w:trPr>
        <w:tc>
          <w:tcPr>
            <w:tcW w:w="1899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04F10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截至查核日應完成權重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(A)</w:t>
            </w:r>
          </w:p>
        </w:tc>
        <w:tc>
          <w:tcPr>
            <w:tcW w:w="2921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9FF75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67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0448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已完成認列權重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(B)</w:t>
            </w:r>
          </w:p>
        </w:tc>
        <w:tc>
          <w:tcPr>
            <w:tcW w:w="26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1E84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78DAB6BC" w14:textId="77777777" w:rsidTr="00026F0C">
        <w:trPr>
          <w:cantSplit/>
        </w:trPr>
        <w:tc>
          <w:tcPr>
            <w:tcW w:w="1899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9D303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進度達成率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(B÷A)</w:t>
            </w:r>
          </w:p>
        </w:tc>
        <w:tc>
          <w:tcPr>
            <w:tcW w:w="2921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50D0C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67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655D4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經費執行率</w:t>
            </w:r>
          </w:p>
        </w:tc>
        <w:tc>
          <w:tcPr>
            <w:tcW w:w="26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B8F6A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41A5C32F" w14:textId="77777777" w:rsidTr="00026F0C">
        <w:trPr>
          <w:cantSplit/>
        </w:trPr>
        <w:tc>
          <w:tcPr>
            <w:tcW w:w="1899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13D3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受補助者自評</w:t>
            </w:r>
          </w:p>
        </w:tc>
        <w:tc>
          <w:tcPr>
            <w:tcW w:w="2921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42B7E7" w14:textId="77777777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正常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應改善　</w:t>
            </w:r>
          </w:p>
          <w:p w14:paraId="39B71937" w14:textId="15DF656D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狀況不佳</w:t>
            </w:r>
          </w:p>
        </w:tc>
        <w:tc>
          <w:tcPr>
            <w:tcW w:w="167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4F148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查核認定</w:t>
            </w:r>
            <w:proofErr w:type="spellEnd"/>
          </w:p>
        </w:tc>
        <w:tc>
          <w:tcPr>
            <w:tcW w:w="26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D3EFD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正常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應改善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狀況不佳</w:t>
            </w:r>
          </w:p>
        </w:tc>
      </w:tr>
      <w:tr w:rsidR="00674861" w:rsidRPr="0052419B" w14:paraId="1A6CCD8D" w14:textId="77777777" w:rsidTr="00026F0C">
        <w:trPr>
          <w:cantSplit/>
        </w:trPr>
        <w:tc>
          <w:tcPr>
            <w:tcW w:w="1899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3DAA0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門檻</w:t>
            </w:r>
            <w:proofErr w:type="spellEnd"/>
          </w:p>
        </w:tc>
        <w:tc>
          <w:tcPr>
            <w:tcW w:w="2921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AFD09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以上：正常</w:t>
            </w:r>
          </w:p>
        </w:tc>
        <w:tc>
          <w:tcPr>
            <w:tcW w:w="167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E1FDB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60%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以上未滿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80%</w:t>
            </w:r>
          </w:p>
        </w:tc>
        <w:tc>
          <w:tcPr>
            <w:tcW w:w="26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CFD6B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改善；未滿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：不佳</w:t>
            </w:r>
          </w:p>
        </w:tc>
      </w:tr>
    </w:tbl>
    <w:p w14:paraId="5B164DFF" w14:textId="77777777" w:rsidR="00674861" w:rsidRPr="0052419B" w:rsidRDefault="000E66B6">
      <w:pPr>
        <w:keepNext/>
        <w:spacing w:before="16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必要參與義務完成情形</w:t>
      </w:r>
    </w:p>
    <w:tbl>
      <w:tblPr>
        <w:tblW w:w="9385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920"/>
        <w:gridCol w:w="1329"/>
        <w:gridCol w:w="2556"/>
        <w:gridCol w:w="1513"/>
        <w:gridCol w:w="1534"/>
      </w:tblGrid>
      <w:tr w:rsidR="00674861" w:rsidRPr="0052419B" w14:paraId="71CBA526" w14:textId="77777777" w:rsidTr="009F53D1">
        <w:trPr>
          <w:trHeight w:val="987"/>
          <w:tblHeader/>
        </w:trPr>
        <w:tc>
          <w:tcPr>
            <w:tcW w:w="153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BB1D3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項目</w:t>
            </w:r>
            <w:proofErr w:type="spellEnd"/>
          </w:p>
        </w:tc>
        <w:tc>
          <w:tcPr>
            <w:tcW w:w="92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5B5CF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應完成</w:t>
            </w:r>
          </w:p>
        </w:tc>
        <w:tc>
          <w:tcPr>
            <w:tcW w:w="132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0AD8E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已完成</w:t>
            </w:r>
          </w:p>
        </w:tc>
        <w:tc>
          <w:tcPr>
            <w:tcW w:w="255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30374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日期／名稱</w:t>
            </w:r>
          </w:p>
        </w:tc>
        <w:tc>
          <w:tcPr>
            <w:tcW w:w="151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C6ADA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</w:t>
            </w:r>
          </w:p>
        </w:tc>
        <w:tc>
          <w:tcPr>
            <w:tcW w:w="153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00A52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</w:t>
            </w:r>
          </w:p>
        </w:tc>
      </w:tr>
      <w:tr w:rsidR="00674861" w:rsidRPr="0052419B" w14:paraId="3E74722E" w14:textId="77777777" w:rsidTr="009F53D1">
        <w:trPr>
          <w:cantSplit/>
          <w:trHeight w:val="987"/>
        </w:trPr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8B8B8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培力工作坊</w:t>
            </w:r>
          </w:p>
        </w:tc>
        <w:tc>
          <w:tcPr>
            <w:tcW w:w="9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759E08" w14:textId="35A5239E" w:rsidR="00674861" w:rsidRPr="0052419B" w:rsidRDefault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</w:t>
            </w:r>
          </w:p>
        </w:tc>
        <w:tc>
          <w:tcPr>
            <w:tcW w:w="1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3C4B6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25BEF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1B8AB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已附</w:t>
            </w:r>
          </w:p>
        </w:tc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A5031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待補</w:t>
            </w:r>
          </w:p>
        </w:tc>
      </w:tr>
      <w:tr w:rsidR="00674861" w:rsidRPr="0052419B" w14:paraId="21B8E77D" w14:textId="77777777" w:rsidTr="009F53D1">
        <w:trPr>
          <w:cantSplit/>
          <w:trHeight w:val="987"/>
        </w:trPr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4D2D0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專業輔導</w:t>
            </w:r>
          </w:p>
        </w:tc>
        <w:tc>
          <w:tcPr>
            <w:tcW w:w="9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C5F32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次</w:t>
            </w:r>
          </w:p>
        </w:tc>
        <w:tc>
          <w:tcPr>
            <w:tcW w:w="1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0D4E0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次</w:t>
            </w:r>
          </w:p>
        </w:tc>
        <w:tc>
          <w:tcPr>
            <w:tcW w:w="25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76FA9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787ED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已附</w:t>
            </w:r>
          </w:p>
        </w:tc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A623D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待補</w:t>
            </w:r>
          </w:p>
        </w:tc>
      </w:tr>
      <w:tr w:rsidR="00674861" w:rsidRPr="0052419B" w14:paraId="6E3D21D7" w14:textId="77777777" w:rsidTr="009F53D1">
        <w:trPr>
          <w:cantSplit/>
          <w:trHeight w:val="960"/>
        </w:trPr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9562B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實地訪視</w:t>
            </w:r>
          </w:p>
        </w:tc>
        <w:tc>
          <w:tcPr>
            <w:tcW w:w="9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F95BE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</w:t>
            </w:r>
          </w:p>
        </w:tc>
        <w:tc>
          <w:tcPr>
            <w:tcW w:w="1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46863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974D0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732B7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已附</w:t>
            </w:r>
          </w:p>
        </w:tc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56210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待補</w:t>
            </w:r>
          </w:p>
        </w:tc>
      </w:tr>
      <w:tr w:rsidR="00674861" w:rsidRPr="0052419B" w14:paraId="55043161" w14:textId="77777777" w:rsidTr="009F53D1">
        <w:trPr>
          <w:cantSplit/>
          <w:trHeight w:val="987"/>
        </w:trPr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48265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成果發表會</w:t>
            </w:r>
          </w:p>
        </w:tc>
        <w:tc>
          <w:tcPr>
            <w:tcW w:w="92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F3034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</w:t>
            </w:r>
          </w:p>
        </w:tc>
        <w:tc>
          <w:tcPr>
            <w:tcW w:w="13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D2E0A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00BFA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C46B5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已附</w:t>
            </w:r>
          </w:p>
        </w:tc>
        <w:tc>
          <w:tcPr>
            <w:tcW w:w="15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56B90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待補</w:t>
            </w:r>
          </w:p>
        </w:tc>
      </w:tr>
      <w:tr w:rsidR="00674861" w:rsidRPr="0052419B" w14:paraId="6F2E9E47" w14:textId="77777777" w:rsidTr="009F53D1">
        <w:trPr>
          <w:cantSplit/>
          <w:trHeight w:val="480"/>
        </w:trPr>
        <w:tc>
          <w:tcPr>
            <w:tcW w:w="9385" w:type="dxa"/>
            <w:gridSpan w:val="6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E74429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本期成果、問題與下一階段工作</w:t>
            </w:r>
          </w:p>
        </w:tc>
      </w:tr>
      <w:tr w:rsidR="00674861" w:rsidRPr="0052419B" w14:paraId="08A0C269" w14:textId="77777777" w:rsidTr="009F53D1">
        <w:trPr>
          <w:cantSplit/>
          <w:trHeight w:val="1569"/>
        </w:trPr>
        <w:tc>
          <w:tcPr>
            <w:tcW w:w="9385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7AEB4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請說明主要成果、落後原因、風險、所需協助，以及下期可驗收工作。</w:t>
            </w:r>
          </w:p>
        </w:tc>
      </w:tr>
    </w:tbl>
    <w:p w14:paraId="1A4EF1CA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6980"/>
      </w:tblGrid>
      <w:tr w:rsidR="00674861" w:rsidRPr="0052419B" w14:paraId="69C729CE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9E9C5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lastRenderedPageBreak/>
              <w:t>查核結論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6C43CC" w14:textId="77777777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80%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以上，執行正常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60%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以上未滿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80%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，應予改善　</w:t>
            </w:r>
          </w:p>
          <w:p w14:paraId="1CE073CC" w14:textId="1B542716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未滿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，執行狀況不佳</w:t>
            </w:r>
          </w:p>
        </w:tc>
      </w:tr>
      <w:tr w:rsidR="00674861" w:rsidRPr="0052419B" w14:paraId="56C9D99C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BB5B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其他不佳事由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B634C6" w14:textId="5DCBEAFF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主要里程碑逾期</w:t>
            </w:r>
            <w:r w:rsidR="00026F0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日以上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未依限提送資料／無故缺席／拒絕訪視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成果無法驗收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無法如期完成　</w:t>
            </w:r>
          </w:p>
          <w:p w14:paraId="28977E02" w14:textId="6F15B463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重大違反</w:t>
            </w:r>
          </w:p>
        </w:tc>
      </w:tr>
      <w:tr w:rsidR="00674861" w:rsidRPr="0052419B" w14:paraId="4E07DF22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AE091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後續處理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9EB162" w14:textId="5980D1A0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持續執行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提出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B-03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暫停後續撥款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辦理複查</w:t>
            </w:r>
          </w:p>
        </w:tc>
      </w:tr>
      <w:tr w:rsidR="00674861" w:rsidRPr="0052419B" w14:paraId="05940B55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07EFB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改善期限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8453E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通知送達次日起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個工作日內提改善計畫；指定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日至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日內完成改善及複查。</w:t>
            </w:r>
          </w:p>
        </w:tc>
      </w:tr>
      <w:tr w:rsidR="00674861" w:rsidRPr="0052419B" w14:paraId="62EEDB32" w14:textId="77777777">
        <w:trPr>
          <w:cantSplit/>
        </w:trPr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836EC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查核意見</w:t>
            </w:r>
            <w:proofErr w:type="spellEnd"/>
          </w:p>
        </w:tc>
        <w:tc>
          <w:tcPr>
            <w:tcW w:w="6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3CC8C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　　　　　　　　　　　　　　　　　　　　　　　　　　　　　　　　</w:t>
            </w:r>
          </w:p>
        </w:tc>
      </w:tr>
    </w:tbl>
    <w:p w14:paraId="005BFEC2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4F33D147" w14:textId="77777777" w:rsidTr="00026F0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491A09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78C900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C3E549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FE4A9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7489E56D" w14:textId="77777777" w:rsidTr="00026F0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F07F3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4E16F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D3A00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AE088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69338440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</w:rPr>
      </w:pPr>
      <w:r w:rsidRPr="0052419B">
        <w:rPr>
          <w:rFonts w:ascii="標楷體" w:eastAsia="標楷體" w:hAnsi="標楷體" w:cs="標楷體"/>
          <w:sz w:val="24"/>
          <w:szCs w:val="24"/>
        </w:rPr>
        <w:lastRenderedPageBreak/>
        <w:t>B-03</w:t>
      </w:r>
      <w:r w:rsidRPr="0052419B">
        <w:rPr>
          <w:rFonts w:ascii="標楷體" w:eastAsia="標楷體" w:hAnsi="標楷體" w:cs="標楷體"/>
          <w:sz w:val="24"/>
          <w:szCs w:val="24"/>
        </w:rPr>
        <w:t xml:space="preserve">　</w:t>
      </w:r>
      <w:proofErr w:type="spellStart"/>
      <w:r w:rsidRPr="0052419B">
        <w:rPr>
          <w:rFonts w:ascii="標楷體" w:eastAsia="標楷體" w:hAnsi="標楷體" w:cs="標楷體"/>
          <w:sz w:val="24"/>
          <w:szCs w:val="24"/>
        </w:rPr>
        <w:t>限期改善計畫表</w:t>
      </w:r>
      <w:proofErr w:type="spellEnd"/>
    </w:p>
    <w:p w14:paraId="78657C9D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應於改善通知送達次日起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個工作日內提出，並於本中心指定之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15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日至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30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日內完成改善及接受複查。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50"/>
        <w:gridCol w:w="350"/>
        <w:gridCol w:w="400"/>
        <w:gridCol w:w="1900"/>
        <w:gridCol w:w="580"/>
        <w:gridCol w:w="10"/>
        <w:gridCol w:w="410"/>
        <w:gridCol w:w="930"/>
        <w:gridCol w:w="70"/>
        <w:gridCol w:w="290"/>
        <w:gridCol w:w="1290"/>
        <w:gridCol w:w="1600"/>
      </w:tblGrid>
      <w:tr w:rsidR="00026F0C" w:rsidRPr="0052419B" w14:paraId="23877FEC" w14:textId="77777777" w:rsidTr="00123D0E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6A8C6B" w14:textId="3722DFF2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11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04157" w14:textId="7FE73C71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  <w:lang w:eastAsia="zh-TW"/>
              </w:rPr>
              <w:t>請填寫</w:t>
            </w:r>
          </w:p>
        </w:tc>
      </w:tr>
      <w:tr w:rsidR="00674861" w:rsidRPr="0052419B" w14:paraId="08D1C234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347F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50C0B5" w14:textId="77777777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502DAB25" w14:textId="6506A765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0B9C6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7C262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04E06D6" w14:textId="77777777">
        <w:trPr>
          <w:cantSplit/>
        </w:trPr>
        <w:tc>
          <w:tcPr>
            <w:tcW w:w="17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14094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通知文號</w:t>
            </w:r>
          </w:p>
        </w:tc>
        <w:tc>
          <w:tcPr>
            <w:tcW w:w="289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B5A29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2B6FF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通知送達日</w:t>
            </w:r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73534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45EAEE04" w14:textId="77777777">
        <w:trPr>
          <w:cantSplit/>
        </w:trPr>
        <w:tc>
          <w:tcPr>
            <w:tcW w:w="17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68FCE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改善計畫期限</w:t>
            </w:r>
            <w:proofErr w:type="spellEnd"/>
          </w:p>
        </w:tc>
        <w:tc>
          <w:tcPr>
            <w:tcW w:w="289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BA4C5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  <w:tc>
          <w:tcPr>
            <w:tcW w:w="170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0F37B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改善完成期限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DA25D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64F06058" w14:textId="77777777">
        <w:trPr>
          <w:cantSplit/>
        </w:trPr>
        <w:tc>
          <w:tcPr>
            <w:tcW w:w="17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B9F6C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本次複查日期</w:t>
            </w:r>
            <w:proofErr w:type="spellEnd"/>
          </w:p>
        </w:tc>
        <w:tc>
          <w:tcPr>
            <w:tcW w:w="289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3D1CA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  <w:tc>
          <w:tcPr>
            <w:tcW w:w="170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808C1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複查方式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8AC69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書面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線上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實地</w:t>
            </w:r>
          </w:p>
        </w:tc>
      </w:tr>
      <w:tr w:rsidR="00674861" w:rsidRPr="0052419B" w14:paraId="0483926E" w14:textId="77777777">
        <w:trPr>
          <w:tblHeader/>
        </w:trPr>
        <w:tc>
          <w:tcPr>
            <w:tcW w:w="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AD0E9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4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15DC6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缺失／未達標準</w:t>
            </w:r>
          </w:p>
        </w:tc>
        <w:tc>
          <w:tcPr>
            <w:tcW w:w="19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B40BC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改善措施及驗收標準</w:t>
            </w:r>
          </w:p>
        </w:tc>
        <w:tc>
          <w:tcPr>
            <w:tcW w:w="10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35381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負責人</w:t>
            </w:r>
          </w:p>
        </w:tc>
        <w:tc>
          <w:tcPr>
            <w:tcW w:w="10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B4F5C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期限</w:t>
            </w:r>
          </w:p>
        </w:tc>
        <w:tc>
          <w:tcPr>
            <w:tcW w:w="158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4510F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佐證方式</w:t>
            </w:r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A9508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複查結果</w:t>
            </w:r>
          </w:p>
        </w:tc>
      </w:tr>
      <w:tr w:rsidR="00674861" w:rsidRPr="0052419B" w14:paraId="3EBE02FC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9546B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C6187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A58C7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0A4EA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792B7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84A42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997F8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49428937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85462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E1206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A41DC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1639E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B7FCA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64732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A35D6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667DFB12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6CC3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2412A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ED240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C0EC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1F301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85001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60E6A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29B4CC15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15D05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E725B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9E1A6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68654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01F63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4F4FE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B94C6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024306DE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06121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F14C6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E01C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665B9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D4DA8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D0D7C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F363A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68AE4118" w14:textId="77777777">
        <w:trPr>
          <w:cantSplit/>
          <w:trHeight w:val="800"/>
        </w:trPr>
        <w:tc>
          <w:tcPr>
            <w:tcW w:w="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6B162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4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3E26D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65184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61B75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0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C319D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年／月／日</w:t>
            </w:r>
          </w:p>
        </w:tc>
        <w:tc>
          <w:tcPr>
            <w:tcW w:w="158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C2038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0EFA8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br/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399BB2AE" w14:textId="77777777">
        <w:trPr>
          <w:cantSplit/>
        </w:trPr>
        <w:tc>
          <w:tcPr>
            <w:tcW w:w="9180" w:type="dxa"/>
            <w:gridSpan w:val="1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042212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落後原因、資源需求與預防再發措施</w:t>
            </w:r>
          </w:p>
        </w:tc>
      </w:tr>
      <w:tr w:rsidR="00674861" w:rsidRPr="0052419B" w14:paraId="37E7B157" w14:textId="77777777">
        <w:trPr>
          <w:cantSplit/>
          <w:trHeight w:val="1040"/>
        </w:trPr>
        <w:tc>
          <w:tcPr>
            <w:tcW w:w="9180" w:type="dxa"/>
            <w:gridSpan w:val="1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22822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請分析根本原因，說明所需輔導或協助，以及避免再度落後的管理方式。</w:t>
            </w:r>
          </w:p>
        </w:tc>
      </w:tr>
    </w:tbl>
    <w:p w14:paraId="4E8B1FA9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4861" w:rsidRPr="0052419B" w14:paraId="255318E0" w14:textId="77777777">
        <w:trPr>
          <w:cantSplit/>
        </w:trPr>
        <w:tc>
          <w:tcPr>
            <w:tcW w:w="9180" w:type="dxa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BA79EA" w14:textId="77777777" w:rsidR="00026F0C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複查判定：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達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80%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以上或完成指定改善事項，恢復後續撥款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仍未達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或未完成重大改善事項，建議部分／全部廢止並結算追繳　</w:t>
            </w:r>
          </w:p>
          <w:p w14:paraId="4A4A740E" w14:textId="73FDB29F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其他：　　　　　　　　　。</w:t>
            </w:r>
          </w:p>
        </w:tc>
      </w:tr>
    </w:tbl>
    <w:p w14:paraId="6AF8471C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22D8E97F" w14:textId="77777777" w:rsidTr="00026F0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CCFB93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DC20BA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E04FBE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601381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133573BD" w14:textId="77777777" w:rsidTr="00026F0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82785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506FB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DA708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1CF6D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04A5DBE7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B-04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第一期款請領檢核表及領據</w:t>
      </w:r>
    </w:p>
    <w:p w14:paraId="69F1CFE8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第一期款為核定補助額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60%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。創業發展組應於核定通知送達次日起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30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日內提出；新創設立組依通知期限提出。</w:t>
      </w:r>
    </w:p>
    <w:tbl>
      <w:tblPr>
        <w:tblW w:w="9539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779"/>
        <w:gridCol w:w="364"/>
        <w:gridCol w:w="2992"/>
        <w:gridCol w:w="11"/>
        <w:gridCol w:w="738"/>
        <w:gridCol w:w="653"/>
        <w:gridCol w:w="375"/>
        <w:gridCol w:w="530"/>
        <w:gridCol w:w="2474"/>
      </w:tblGrid>
      <w:tr w:rsidR="00026F0C" w:rsidRPr="0052419B" w14:paraId="731DC8FB" w14:textId="77777777" w:rsidTr="00EB711F">
        <w:trPr>
          <w:cantSplit/>
          <w:trHeight w:val="530"/>
        </w:trPr>
        <w:tc>
          <w:tcPr>
            <w:tcW w:w="1402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C1F0D0" w14:textId="4FDF834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137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FEEED8" w14:textId="05B49382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7CAC8A67" w14:textId="77777777" w:rsidTr="00EB711F">
        <w:trPr>
          <w:cantSplit/>
          <w:trHeight w:val="1084"/>
        </w:trPr>
        <w:tc>
          <w:tcPr>
            <w:tcW w:w="1402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4306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35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343DF8" w14:textId="77777777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13B1DCED" w14:textId="7B8B9DDE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402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752D1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377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F9FA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E8C0732" w14:textId="77777777" w:rsidTr="00EB711F">
        <w:trPr>
          <w:trHeight w:val="1084"/>
          <w:tblHeader/>
        </w:trPr>
        <w:tc>
          <w:tcPr>
            <w:tcW w:w="62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468F3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4884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156A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應備文件</w:t>
            </w:r>
          </w:p>
        </w:tc>
        <w:tc>
          <w:tcPr>
            <w:tcW w:w="1558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95E91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受補助者</w:t>
            </w:r>
          </w:p>
        </w:tc>
        <w:tc>
          <w:tcPr>
            <w:tcW w:w="247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1BC61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本中心查核</w:t>
            </w:r>
          </w:p>
        </w:tc>
      </w:tr>
      <w:tr w:rsidR="00674861" w:rsidRPr="0052419B" w14:paraId="3FB51BC5" w14:textId="77777777" w:rsidTr="00EB711F">
        <w:trPr>
          <w:cantSplit/>
          <w:trHeight w:val="530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FD000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F5F41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核定通知函影本。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A0F184" w14:textId="2D02CCA7" w:rsidR="00674861" w:rsidRPr="0052419B" w:rsidRDefault="000E66B6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5E176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補正</w:t>
            </w:r>
          </w:p>
        </w:tc>
      </w:tr>
      <w:tr w:rsidR="00026F0C" w:rsidRPr="0052419B" w14:paraId="7C3759E0" w14:textId="77777777" w:rsidTr="00EB711F">
        <w:trPr>
          <w:cantSplit/>
          <w:trHeight w:val="530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F71B60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E1FE4E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第一期補助款領據正本。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E5B44D" w14:textId="3EF023D8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24EDF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42D020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5FF46E2A" w14:textId="77777777" w:rsidTr="00EB711F">
        <w:trPr>
          <w:cantSplit/>
          <w:trHeight w:val="1084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7FE91F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1F491E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受補助公司或商業帳戶存摺封面影本；戶名與受補助事業名稱一致。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4CB4E" w14:textId="01B72132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24EDF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384D25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797385E6" w14:textId="77777777" w:rsidTr="00EB711F">
        <w:trPr>
          <w:cantSplit/>
          <w:trHeight w:val="1084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332669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556C3A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雙方契約及依審查意見修正後之核定計畫書、經費概算表。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25BDFE" w14:textId="1AE1870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24EDF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F699B4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68F56E25" w14:textId="77777777" w:rsidTr="00EB711F">
        <w:trPr>
          <w:cantSplit/>
          <w:trHeight w:val="1615"/>
        </w:trPr>
        <w:tc>
          <w:tcPr>
            <w:tcW w:w="62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E4BDF7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589ED8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新創設立組另附公司或商業設立、稅籍登記及申請人為代表人或負責人之證明；公司型態另附出資比例證明。</w:t>
            </w:r>
          </w:p>
        </w:tc>
        <w:tc>
          <w:tcPr>
            <w:tcW w:w="1558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D2B6D0" w14:textId="4AA13AA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A24EDF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47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BC0416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674861" w:rsidRPr="0052419B" w14:paraId="28976CBE" w14:textId="77777777" w:rsidTr="00EB711F">
        <w:trPr>
          <w:cantSplit/>
          <w:trHeight w:val="530"/>
        </w:trPr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F7D7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CC6FD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EBFE8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第一期比例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91207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60%</w:t>
            </w:r>
          </w:p>
        </w:tc>
      </w:tr>
      <w:tr w:rsidR="00674861" w:rsidRPr="0052419B" w14:paraId="5DECDFB1" w14:textId="77777777" w:rsidTr="00EB711F">
        <w:trPr>
          <w:cantSplit/>
          <w:trHeight w:val="530"/>
        </w:trPr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3383F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本期應請領額</w:t>
            </w:r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5BB8B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C9E73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累計已撥額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B9408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57E0AF94" w14:textId="77777777" w:rsidTr="00EB711F">
        <w:trPr>
          <w:cantSplit/>
          <w:trHeight w:val="1084"/>
        </w:trPr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4E7E0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帳戶戶名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462AC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66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D6F898" w14:textId="77777777" w:rsidR="00026F0C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金融機構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7FE44319" w14:textId="2653CC72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帳號</w:t>
            </w:r>
            <w:proofErr w:type="spellEnd"/>
          </w:p>
        </w:tc>
        <w:tc>
          <w:tcPr>
            <w:tcW w:w="3003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EF0D5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61BCB846" w14:textId="77777777" w:rsidR="00674861" w:rsidRPr="00DE303F" w:rsidRDefault="000E66B6" w:rsidP="00DE303F">
      <w:pPr>
        <w:keepNext/>
        <w:pageBreakBefore/>
        <w:spacing w:before="240"/>
        <w:rPr>
          <w:rFonts w:ascii="標楷體" w:eastAsia="標楷體" w:hAnsi="標楷體" w:cs="標楷體"/>
          <w:b/>
          <w:color w:val="17365D"/>
          <w:sz w:val="24"/>
          <w:szCs w:val="24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lastRenderedPageBreak/>
        <w:t>第一期補助款領據</w:t>
      </w:r>
    </w:p>
    <w:p w14:paraId="6265A487" w14:textId="57351073" w:rsidR="00DE303F" w:rsidRPr="00DE303F" w:rsidRDefault="00DE303F" w:rsidP="00DE303F">
      <w:pPr>
        <w:spacing w:line="480" w:lineRule="exact"/>
        <w:jc w:val="center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40"/>
          <w:szCs w:val="40"/>
        </w:rPr>
        <w:t>領        據</w:t>
      </w:r>
      <w: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br/>
      </w:r>
    </w:p>
    <w:p w14:paraId="093A5EB0" w14:textId="21C6E6A2" w:rsidR="00DE303F" w:rsidRPr="00DE303F" w:rsidRDefault="00DE303F" w:rsidP="00DE303F">
      <w:pPr>
        <w:spacing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茲收到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          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申請花蓮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縣政府補助辦理「</w:t>
      </w:r>
      <w:proofErr w:type="gram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115</w:t>
      </w:r>
      <w:proofErr w:type="gramEnd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年度花蓮縣青年創業發展補助計畫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」計畫經費第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一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期款，計新臺幣  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        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萬元整，確實無誤。</w:t>
      </w:r>
    </w:p>
    <w:p w14:paraId="1F4F3F1C" w14:textId="77777777" w:rsidR="00DE303F" w:rsidRPr="00DE303F" w:rsidRDefault="00DE303F" w:rsidP="00DE303F">
      <w:pPr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E34DF5A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具領者/單位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：　　　　                          （需與存摺封面影本名稱相同）</w:t>
      </w:r>
    </w:p>
    <w:p w14:paraId="0D6952CB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　　　　　　　　　　　　　　　　　　                        （簽名或蓋章）</w:t>
      </w:r>
    </w:p>
    <w:p w14:paraId="1C99FA15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身分證字號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/統一編號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：</w:t>
      </w:r>
    </w:p>
    <w:p w14:paraId="5A1BC447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受補助單位負責人：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           </w:t>
      </w:r>
    </w:p>
    <w:p w14:paraId="7645D106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地址：</w:t>
      </w:r>
    </w:p>
    <w:p w14:paraId="6F70CF55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  <w:proofErr w:type="spell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電話</w:t>
      </w:r>
      <w:proofErr w:type="spellEnd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：</w:t>
      </w:r>
    </w:p>
    <w:p w14:paraId="55CEEF55" w14:textId="77777777" w:rsidR="00DE303F" w:rsidRPr="00DE303F" w:rsidRDefault="00DE303F" w:rsidP="00DE303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  <w:proofErr w:type="spell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款項請撥入</w:t>
      </w:r>
      <w:proofErr w:type="spellEnd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：</w:t>
      </w:r>
    </w:p>
    <w:tbl>
      <w:tblPr>
        <w:tblW w:w="837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2520"/>
        <w:gridCol w:w="1620"/>
        <w:gridCol w:w="2684"/>
      </w:tblGrid>
      <w:tr w:rsidR="00DE303F" w:rsidRPr="00DE303F" w14:paraId="7C27DEBF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68AA" w14:textId="77777777" w:rsidR="00DE303F" w:rsidRPr="00DE303F" w:rsidRDefault="00DE303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行庫別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4B54" w14:textId="77777777" w:rsidR="00DE303F" w:rsidRPr="00DE303F" w:rsidRDefault="00DE303F" w:rsidP="002E2293">
            <w:pPr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            </w:t>
            </w: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銀行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9BDF" w14:textId="77777777" w:rsidR="00DE303F" w:rsidRPr="00DE303F" w:rsidRDefault="00DE303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分行別</w:t>
            </w:r>
            <w:proofErr w:type="spellEnd"/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2A95B" w14:textId="77777777" w:rsidR="00DE303F" w:rsidRPr="00DE303F" w:rsidRDefault="00DE303F" w:rsidP="002E2293">
            <w:pPr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           </w:t>
            </w: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分行</w:t>
            </w:r>
            <w:proofErr w:type="spellEnd"/>
          </w:p>
        </w:tc>
      </w:tr>
      <w:tr w:rsidR="00DE303F" w:rsidRPr="00DE303F" w14:paraId="597D2C93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94BA9" w14:textId="77777777" w:rsidR="00DE303F" w:rsidRPr="00DE303F" w:rsidRDefault="00DE303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存款帳號</w:t>
            </w:r>
            <w:proofErr w:type="spellEnd"/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8590E" w14:textId="77777777" w:rsidR="00DE303F" w:rsidRPr="00DE303F" w:rsidRDefault="00DE303F" w:rsidP="002E2293">
            <w:pPr>
              <w:snapToGrid w:val="0"/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</w:p>
        </w:tc>
      </w:tr>
      <w:tr w:rsidR="00DE303F" w:rsidRPr="00DE303F" w14:paraId="26597139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EFF9" w14:textId="77777777" w:rsidR="00DE303F" w:rsidRPr="00DE303F" w:rsidRDefault="00DE303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存款戶名</w:t>
            </w:r>
            <w:proofErr w:type="spellEnd"/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04DE" w14:textId="77777777" w:rsidR="00DE303F" w:rsidRPr="00DE303F" w:rsidRDefault="00DE303F" w:rsidP="002E2293">
            <w:pPr>
              <w:snapToGrid w:val="0"/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</w:p>
        </w:tc>
      </w:tr>
    </w:tbl>
    <w:p w14:paraId="50595081" w14:textId="77777777" w:rsidR="00DE303F" w:rsidRPr="00DE303F" w:rsidRDefault="00DE303F" w:rsidP="00DE303F">
      <w:pPr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0D723291" w14:textId="77777777" w:rsidR="00DE303F" w:rsidRPr="00DE303F" w:rsidRDefault="00DE303F" w:rsidP="00DE303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710AA603" w14:textId="77777777" w:rsidR="00DE303F" w:rsidRPr="00DE303F" w:rsidRDefault="00DE303F" w:rsidP="00DE303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408FA9EA" w14:textId="77777777" w:rsidR="00DE303F" w:rsidRPr="00DE303F" w:rsidRDefault="00DE303F" w:rsidP="00DE303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708E81BE" w14:textId="77777777" w:rsidR="00DE303F" w:rsidRDefault="00DE303F" w:rsidP="00DE303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33AD459" w14:textId="77777777" w:rsidR="00EB711F" w:rsidRDefault="00EB711F" w:rsidP="00DE303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61444B2" w14:textId="77777777" w:rsidR="00DE303F" w:rsidRPr="00DE303F" w:rsidRDefault="00DE303F" w:rsidP="00EB711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729C1F14" w14:textId="77777777" w:rsidR="00DE303F" w:rsidRPr="00DE303F" w:rsidRDefault="00DE303F" w:rsidP="00EB711F">
      <w:pPr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中      華      民      國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年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月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日</w:t>
      </w:r>
    </w:p>
    <w:p w14:paraId="6A6127DE" w14:textId="71C703E8" w:rsidR="00DE303F" w:rsidRPr="00DE303F" w:rsidRDefault="00DE303F" w:rsidP="00DE303F">
      <w:pPr>
        <w:spacing w:line="400" w:lineRule="exac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備註：</w:t>
      </w:r>
      <w:proofErr w:type="gram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請於領據</w:t>
      </w:r>
      <w:proofErr w:type="gramEnd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背面黏貼存摺封面影本，</w:t>
      </w:r>
      <w:proofErr w:type="gram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俾</w:t>
      </w:r>
      <w:proofErr w:type="gramEnd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憑核對。</w:t>
      </w:r>
    </w:p>
    <w:tbl>
      <w:tblPr>
        <w:tblStyle w:val="aff2"/>
        <w:tblpPr w:leftFromText="180" w:rightFromText="180" w:vertAnchor="text" w:horzAnchor="margin" w:tblpY="223"/>
        <w:tblW w:w="9702" w:type="dxa"/>
        <w:tblLook w:val="04A0" w:firstRow="1" w:lastRow="0" w:firstColumn="1" w:lastColumn="0" w:noHBand="0" w:noVBand="1"/>
      </w:tblPr>
      <w:tblGrid>
        <w:gridCol w:w="9702"/>
      </w:tblGrid>
      <w:tr w:rsidR="00EB711F" w14:paraId="12898021" w14:textId="77777777" w:rsidTr="00EB711F">
        <w:trPr>
          <w:trHeight w:val="5925"/>
        </w:trPr>
        <w:tc>
          <w:tcPr>
            <w:tcW w:w="9702" w:type="dxa"/>
            <w:vAlign w:val="bottom"/>
          </w:tcPr>
          <w:p w14:paraId="34BEB098" w14:textId="1EF7095D" w:rsidR="00EB711F" w:rsidRDefault="00EB711F" w:rsidP="00EB711F">
            <w:pPr>
              <w:spacing w:before="120" w:after="0"/>
              <w:jc w:val="right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EB711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存摺封面影本黏貼處</w:t>
            </w:r>
          </w:p>
        </w:tc>
      </w:tr>
    </w:tbl>
    <w:p w14:paraId="7856CAEA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640148CF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C55FB67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1A06037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0FF857B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FABA1A2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5BC62F32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A44A3EA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22D4C44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52C6B7EF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72C8EA10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1C444CA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46231FF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A4C7CCD" w14:textId="77777777" w:rsidR="00EB711F" w:rsidRDefault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014DBE9A" w14:textId="77777777" w:rsidR="00EB711F" w:rsidRDefault="00EB711F" w:rsidP="00EB711F">
      <w:pPr>
        <w:spacing w:before="120" w:after="0"/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7EC5766E" w14:textId="51F00DC9" w:rsidR="00674861" w:rsidRPr="00DE303F" w:rsidRDefault="000E66B6" w:rsidP="00EB711F">
      <w:pPr>
        <w:spacing w:before="120" w:after="0"/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此據　　中華民國　　年　　月　　日</w:t>
      </w:r>
    </w:p>
    <w:p w14:paraId="785D43D5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B-05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第二</w:t>
      </w:r>
      <w:proofErr w:type="gramStart"/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期款請領</w:t>
      </w:r>
      <w:proofErr w:type="gramEnd"/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>檢核表及領據</w:t>
      </w:r>
    </w:p>
    <w:p w14:paraId="2D00358C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受補助者應於七個月計畫期程結束後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10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日內提出；第二期款以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40%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為上限，依實際核銷及成果審查核定。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750"/>
        <w:gridCol w:w="3230"/>
        <w:gridCol w:w="720"/>
        <w:gridCol w:w="630"/>
        <w:gridCol w:w="870"/>
        <w:gridCol w:w="2380"/>
      </w:tblGrid>
      <w:tr w:rsidR="00026F0C" w:rsidRPr="0052419B" w14:paraId="1EE7428B" w14:textId="77777777" w:rsidTr="004B4C30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12F660" w14:textId="58AC448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83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E8B6B" w14:textId="2C39E51D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5EDA596A" w14:textId="77777777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F08A9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68B022" w14:textId="77777777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2F019042" w14:textId="1F0D1EF0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07FFC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25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ED54C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5E97DEF" w14:textId="77777777">
        <w:trPr>
          <w:tblHeader/>
        </w:trPr>
        <w:tc>
          <w:tcPr>
            <w:tcW w:w="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532C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47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995B5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應備文件</w:t>
            </w:r>
          </w:p>
        </w:tc>
        <w:tc>
          <w:tcPr>
            <w:tcW w:w="15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515BF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受補助者</w:t>
            </w:r>
          </w:p>
        </w:tc>
        <w:tc>
          <w:tcPr>
            <w:tcW w:w="23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42D4C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本中心查核</w:t>
            </w:r>
          </w:p>
        </w:tc>
      </w:tr>
      <w:tr w:rsidR="00026F0C" w:rsidRPr="0052419B" w14:paraId="14682773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9107AD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E04720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第二期補助款領據正本及受補助公司或商業帳戶存摺封面影本。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1550D8" w14:textId="4C95F0FD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CB4D7A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59409DB6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BE306E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54DB01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經費支出明細表及經費收支結算表（B-06）。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6296B1" w14:textId="6A9B113A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3C02B5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16D1880C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EF45A8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4FFF24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補助款支用原始憑證，依核定會計科目分類、編號並裝訂成冊。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FC025D" w14:textId="08B9F309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F36E0B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602338E8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5CE522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CF5312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自籌款憑證影本，依核定會計科目分類、編號並另冊裝訂；必要時提供原件。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B2ADFD" w14:textId="75FF4635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C96B3A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100B30E7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4AF5E5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C83552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公司或商業最新之設立、變更登記及代表人、負責人或出資情形證明。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B2708B" w14:textId="648D5263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945198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34DC8463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5FCAFD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FB00D0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稅籍登記證明、最近一期營業稅申報、免稅證明或其他足資證明文件。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5AE82F" w14:textId="078B3BD0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A0486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35B0F7D9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CF9F89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280EE1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結案成果報告書紙本一式2份及電子檔（C-01）。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CFABD9" w14:textId="38940BD5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08311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052D1951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20FD0C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989E8F" w14:textId="2745B935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核定績效佐證，以及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場培力、3次輔導、1場實地訪視、1場成果發表會完成紀錄。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07AEAF" w14:textId="0B7F9AB4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443D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C56E80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78BB65F0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30F2B9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DC62D3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如含活動：活動企劃、宣傳資料、簽到表、活動照片及成果紀錄。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C7F44B" w14:textId="0E3367E6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D0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3D190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  <w:tr w:rsidR="00026F0C" w:rsidRPr="0052419B" w14:paraId="55603F0B" w14:textId="77777777" w:rsidTr="00026F0C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42A637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</w:p>
        </w:tc>
        <w:tc>
          <w:tcPr>
            <w:tcW w:w="4700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EF79E7" w14:textId="77777777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如含空間改善：契約、報價／明細、發票或收據、付款證明、施工前後照片（至少1張可辨識門牌與店面）及必要許可。</w:t>
            </w:r>
          </w:p>
        </w:tc>
        <w:tc>
          <w:tcPr>
            <w:tcW w:w="15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24584D" w14:textId="6D0DCD2E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72D0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</w:p>
        </w:tc>
        <w:tc>
          <w:tcPr>
            <w:tcW w:w="23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5C6374" w14:textId="77777777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符合　□ 補正</w:t>
            </w:r>
          </w:p>
        </w:tc>
      </w:tr>
    </w:tbl>
    <w:p w14:paraId="685F6408" w14:textId="77777777" w:rsidR="00674861" w:rsidRPr="0052419B" w:rsidRDefault="000E66B6">
      <w:pPr>
        <w:keepNext/>
        <w:pageBreakBefore/>
        <w:spacing w:before="16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lastRenderedPageBreak/>
        <w:t>第二期核定與請領計算</w:t>
      </w:r>
    </w:p>
    <w:tbl>
      <w:tblPr>
        <w:tblW w:w="9845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2036"/>
        <w:gridCol w:w="2884"/>
        <w:gridCol w:w="2036"/>
        <w:gridCol w:w="2889"/>
      </w:tblGrid>
      <w:tr w:rsidR="00674861" w:rsidRPr="0052419B" w14:paraId="1417CBA1" w14:textId="77777777" w:rsidTr="00EB711F">
        <w:trPr>
          <w:cantSplit/>
          <w:trHeight w:val="1007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8D7B5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(A)</w:t>
            </w:r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C1C32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685D0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第一期已撥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(B)</w:t>
            </w:r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C58F4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3CA8093A" w14:textId="77777777" w:rsidTr="00EB711F">
        <w:trPr>
          <w:cantSplit/>
          <w:trHeight w:val="2078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B91C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實際合格總經費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(C)</w:t>
            </w:r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3E17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2DADB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核定補助比例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(D)</w:t>
            </w:r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6DCEE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14A75186" w14:textId="77777777" w:rsidTr="00EB711F">
        <w:trPr>
          <w:cantSplit/>
          <w:trHeight w:val="2078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76D99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實際合格補助支出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(E)</w:t>
            </w:r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85BEA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EF2BB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成果／里程碑認列</w:t>
            </w:r>
            <w:proofErr w:type="spellEnd"/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6CBD5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61A6258E" w14:textId="77777777" w:rsidTr="00EB711F">
        <w:trPr>
          <w:cantSplit/>
          <w:trHeight w:val="2016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EF42A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本中心審定補助額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(F)</w:t>
            </w:r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DC79E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3E45B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本期請領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(F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B)</w:t>
            </w:r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06A99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058344C7" w14:textId="77777777" w:rsidTr="00EB711F">
        <w:trPr>
          <w:cantSplit/>
          <w:trHeight w:val="3087"/>
        </w:trPr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FBAEE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成果審查</w:t>
            </w:r>
            <w:proofErr w:type="spellEnd"/>
          </w:p>
        </w:tc>
        <w:tc>
          <w:tcPr>
            <w:tcW w:w="28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71801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75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分以上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70–74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分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未達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70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分</w:t>
            </w:r>
          </w:p>
        </w:tc>
        <w:tc>
          <w:tcPr>
            <w:tcW w:w="203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4D2BE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2-3-1-1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義務</w:t>
            </w:r>
          </w:p>
        </w:tc>
        <w:tc>
          <w:tcPr>
            <w:tcW w:w="288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9A4CD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全部完成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核准例外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</w:p>
        </w:tc>
      </w:tr>
      <w:tr w:rsidR="00674861" w:rsidRPr="0052419B" w14:paraId="45176FC9" w14:textId="77777777" w:rsidTr="00EB711F">
        <w:trPr>
          <w:cantSplit/>
          <w:trHeight w:val="2204"/>
        </w:trPr>
        <w:tc>
          <w:tcPr>
            <w:tcW w:w="9845" w:type="dxa"/>
            <w:gridSpan w:val="4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F24A41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撥付原則：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第二期款＝本中心審定之實際可核銷補助額－第一期已撥款；如第一期已撥金額較高，應於通知期限內繳回差額。</w:t>
            </w:r>
          </w:p>
        </w:tc>
      </w:tr>
    </w:tbl>
    <w:p w14:paraId="7AA9ED0E" w14:textId="77777777" w:rsidR="00EB711F" w:rsidRDefault="00EB711F">
      <w:pPr>
        <w:spacing w:after="200"/>
        <w:rPr>
          <w:rFonts w:ascii="標楷體" w:eastAsia="標楷體" w:hAnsi="標楷體" w:cs="標楷體"/>
          <w:b/>
          <w:sz w:val="24"/>
          <w:szCs w:val="24"/>
          <w:lang w:eastAsia="zh-TW"/>
        </w:rPr>
      </w:pPr>
      <w:r>
        <w:rPr>
          <w:rFonts w:ascii="標楷體" w:eastAsia="標楷體" w:hAnsi="標楷體" w:cs="標楷體"/>
          <w:b/>
          <w:sz w:val="24"/>
          <w:szCs w:val="24"/>
          <w:lang w:eastAsia="zh-TW"/>
        </w:rPr>
        <w:br w:type="page"/>
      </w:r>
    </w:p>
    <w:p w14:paraId="63F8289F" w14:textId="2AF6A737" w:rsidR="00EB711F" w:rsidRPr="00DE303F" w:rsidRDefault="00EB711F" w:rsidP="00EB711F">
      <w:pPr>
        <w:keepNext/>
        <w:pageBreakBefore/>
        <w:spacing w:before="240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lastRenderedPageBreak/>
        <w:t>第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二</w:t>
      </w: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期</w:t>
      </w:r>
      <w:proofErr w:type="gram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補助款領據</w:t>
      </w:r>
      <w:proofErr w:type="gramEnd"/>
    </w:p>
    <w:p w14:paraId="423B4363" w14:textId="77777777" w:rsidR="00EB711F" w:rsidRPr="00DE303F" w:rsidRDefault="00EB711F" w:rsidP="00EB711F">
      <w:pPr>
        <w:spacing w:line="480" w:lineRule="exact"/>
        <w:jc w:val="center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40"/>
          <w:szCs w:val="40"/>
          <w:lang w:eastAsia="zh-TW"/>
        </w:rPr>
        <w:t>領        據</w:t>
      </w:r>
      <w: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br/>
      </w:r>
    </w:p>
    <w:p w14:paraId="76950ED1" w14:textId="5D9C5FD1" w:rsidR="00EB711F" w:rsidRPr="00DE303F" w:rsidRDefault="00EB711F" w:rsidP="00EB711F">
      <w:pPr>
        <w:spacing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茲收到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          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申請花蓮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縣政府補助辦理「</w:t>
      </w:r>
      <w:proofErr w:type="gram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115</w:t>
      </w:r>
      <w:proofErr w:type="gramEnd"/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年度花蓮縣青年創業發展補助計畫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」計畫經費第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二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期款，計新臺幣  </w:t>
      </w:r>
      <w:r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        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萬元整，確實無誤。</w:t>
      </w:r>
    </w:p>
    <w:p w14:paraId="4F6670AB" w14:textId="77777777" w:rsidR="00EB711F" w:rsidRPr="00DE303F" w:rsidRDefault="00EB711F" w:rsidP="00EB711F">
      <w:pPr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7FD3CFE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具領者/單位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：　　　　                          （需與存摺封面影本名稱相同）</w:t>
      </w:r>
    </w:p>
    <w:p w14:paraId="3919B331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　　　　　　　　　　　　　　　　　　                        （簽名或蓋章）</w:t>
      </w:r>
    </w:p>
    <w:p w14:paraId="29FC2D41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身分證字號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/統一編號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：</w:t>
      </w:r>
    </w:p>
    <w:p w14:paraId="4A60D0E8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>受補助單位負責人：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           </w:t>
      </w:r>
    </w:p>
    <w:p w14:paraId="7F3B3A41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地址：</w:t>
      </w:r>
    </w:p>
    <w:p w14:paraId="1E36D7FC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  <w:proofErr w:type="spell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電話</w:t>
      </w:r>
      <w:proofErr w:type="spellEnd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：</w:t>
      </w:r>
    </w:p>
    <w:p w14:paraId="3908A880" w14:textId="77777777" w:rsidR="00EB711F" w:rsidRPr="00DE303F" w:rsidRDefault="00EB711F" w:rsidP="00EB711F">
      <w:pPr>
        <w:spacing w:line="700" w:lineRule="exact"/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  <w:proofErr w:type="spell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款項請撥入</w:t>
      </w:r>
      <w:proofErr w:type="spellEnd"/>
      <w:r w:rsidRPr="00DE303F">
        <w:rPr>
          <w:rFonts w:ascii="標楷體" w:eastAsia="標楷體" w:hAnsi="標楷體" w:cs="標楷體"/>
          <w:b/>
          <w:color w:val="17365D"/>
          <w:sz w:val="24"/>
          <w:szCs w:val="24"/>
        </w:rPr>
        <w:t>：</w:t>
      </w:r>
    </w:p>
    <w:tbl>
      <w:tblPr>
        <w:tblW w:w="837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8"/>
        <w:gridCol w:w="2520"/>
        <w:gridCol w:w="1620"/>
        <w:gridCol w:w="2684"/>
      </w:tblGrid>
      <w:tr w:rsidR="00EB711F" w:rsidRPr="00DE303F" w14:paraId="1371F47F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1B0E" w14:textId="77777777" w:rsidR="00EB711F" w:rsidRPr="00DE303F" w:rsidRDefault="00EB711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行庫別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BB8C9" w14:textId="77777777" w:rsidR="00EB711F" w:rsidRPr="00DE303F" w:rsidRDefault="00EB711F" w:rsidP="002E2293">
            <w:pPr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            </w:t>
            </w: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銀行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C28D" w14:textId="77777777" w:rsidR="00EB711F" w:rsidRPr="00DE303F" w:rsidRDefault="00EB711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分行別</w:t>
            </w:r>
            <w:proofErr w:type="spellEnd"/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0524C" w14:textId="77777777" w:rsidR="00EB711F" w:rsidRPr="00DE303F" w:rsidRDefault="00EB711F" w:rsidP="002E2293">
            <w:pPr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           </w:t>
            </w: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分行</w:t>
            </w:r>
            <w:proofErr w:type="spellEnd"/>
          </w:p>
        </w:tc>
      </w:tr>
      <w:tr w:rsidR="00EB711F" w:rsidRPr="00DE303F" w14:paraId="1296F58D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592C" w14:textId="77777777" w:rsidR="00EB711F" w:rsidRPr="00DE303F" w:rsidRDefault="00EB711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存款帳號</w:t>
            </w:r>
            <w:proofErr w:type="spellEnd"/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2A6D5" w14:textId="77777777" w:rsidR="00EB711F" w:rsidRPr="00DE303F" w:rsidRDefault="00EB711F" w:rsidP="002E2293">
            <w:pPr>
              <w:snapToGrid w:val="0"/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</w:p>
        </w:tc>
      </w:tr>
      <w:tr w:rsidR="00EB711F" w:rsidRPr="00DE303F" w14:paraId="17404B67" w14:textId="77777777" w:rsidTr="002E2293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D03B" w14:textId="77777777" w:rsidR="00EB711F" w:rsidRPr="00DE303F" w:rsidRDefault="00EB711F" w:rsidP="002E2293">
            <w:pPr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DE303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存款戶名</w:t>
            </w:r>
            <w:proofErr w:type="spellEnd"/>
          </w:p>
        </w:tc>
        <w:tc>
          <w:tcPr>
            <w:tcW w:w="6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F2F24" w14:textId="77777777" w:rsidR="00EB711F" w:rsidRPr="00DE303F" w:rsidRDefault="00EB711F" w:rsidP="002E2293">
            <w:pPr>
              <w:snapToGrid w:val="0"/>
              <w:jc w:val="both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</w:p>
        </w:tc>
      </w:tr>
    </w:tbl>
    <w:p w14:paraId="1899614C" w14:textId="77777777" w:rsidR="00EB711F" w:rsidRPr="00DE303F" w:rsidRDefault="00EB711F" w:rsidP="00EB711F">
      <w:pPr>
        <w:jc w:val="both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4F3660E6" w14:textId="77777777" w:rsidR="00EB711F" w:rsidRPr="00DE303F" w:rsidRDefault="00EB711F" w:rsidP="00EB711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74302B8C" w14:textId="77777777" w:rsidR="00EB711F" w:rsidRPr="00DE303F" w:rsidRDefault="00EB711F" w:rsidP="00EB711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77038B73" w14:textId="77777777" w:rsidR="00EB711F" w:rsidRPr="00DE303F" w:rsidRDefault="00EB711F" w:rsidP="00EB711F">
      <w:pPr>
        <w:jc w:val="center"/>
        <w:rPr>
          <w:rFonts w:ascii="標楷體" w:eastAsia="標楷體" w:hAnsi="標楷體" w:cs="標楷體"/>
          <w:b/>
          <w:color w:val="17365D"/>
          <w:sz w:val="24"/>
          <w:szCs w:val="24"/>
        </w:rPr>
      </w:pPr>
    </w:p>
    <w:p w14:paraId="5E09A2B4" w14:textId="77777777" w:rsidR="00EB711F" w:rsidRDefault="00EB711F" w:rsidP="00EB711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2B3AAD5" w14:textId="77777777" w:rsidR="00EB711F" w:rsidRDefault="00EB711F" w:rsidP="00EB711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1AD863F" w14:textId="77777777" w:rsidR="00EB711F" w:rsidRPr="00DE303F" w:rsidRDefault="00EB711F" w:rsidP="00EB711F">
      <w:pPr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6903E2B2" w14:textId="77777777" w:rsidR="00EB711F" w:rsidRPr="00DE303F" w:rsidRDefault="00EB711F" w:rsidP="00EB711F">
      <w:pPr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中      華      民      國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年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 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月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 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 </w:t>
      </w:r>
      <w:r w:rsidRPr="00DE303F">
        <w:rPr>
          <w:rFonts w:ascii="標楷體" w:eastAsia="標楷體" w:hAnsi="標楷體" w:cs="標楷體" w:hint="eastAsia"/>
          <w:b/>
          <w:color w:val="17365D"/>
          <w:sz w:val="24"/>
          <w:szCs w:val="24"/>
          <w:lang w:eastAsia="zh-TW"/>
        </w:rPr>
        <w:t xml:space="preserve"> </w:t>
      </w: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 xml:space="preserve"> 日</w:t>
      </w:r>
    </w:p>
    <w:p w14:paraId="551CAF43" w14:textId="77777777" w:rsidR="00EB711F" w:rsidRPr="00DE303F" w:rsidRDefault="00EB711F" w:rsidP="00EB711F">
      <w:pPr>
        <w:spacing w:line="400" w:lineRule="exac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備註：</w:t>
      </w:r>
      <w:proofErr w:type="gram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請於領據</w:t>
      </w:r>
      <w:proofErr w:type="gramEnd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背面黏貼存摺封面影本，</w:t>
      </w:r>
      <w:proofErr w:type="gramStart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俾</w:t>
      </w:r>
      <w:proofErr w:type="gramEnd"/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憑核對。</w:t>
      </w:r>
    </w:p>
    <w:tbl>
      <w:tblPr>
        <w:tblStyle w:val="aff2"/>
        <w:tblpPr w:leftFromText="180" w:rightFromText="180" w:vertAnchor="text" w:horzAnchor="margin" w:tblpY="223"/>
        <w:tblW w:w="9702" w:type="dxa"/>
        <w:tblLook w:val="04A0" w:firstRow="1" w:lastRow="0" w:firstColumn="1" w:lastColumn="0" w:noHBand="0" w:noVBand="1"/>
      </w:tblPr>
      <w:tblGrid>
        <w:gridCol w:w="9702"/>
      </w:tblGrid>
      <w:tr w:rsidR="00EB711F" w14:paraId="6D3C4B9E" w14:textId="77777777" w:rsidTr="002E2293">
        <w:trPr>
          <w:trHeight w:val="5925"/>
        </w:trPr>
        <w:tc>
          <w:tcPr>
            <w:tcW w:w="9702" w:type="dxa"/>
            <w:vAlign w:val="bottom"/>
          </w:tcPr>
          <w:p w14:paraId="487C8D0F" w14:textId="77777777" w:rsidR="00EB711F" w:rsidRDefault="00EB711F" w:rsidP="002E2293">
            <w:pPr>
              <w:spacing w:before="120" w:after="0"/>
              <w:jc w:val="right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EB711F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lastRenderedPageBreak/>
              <w:t>存摺封面影本黏貼處</w:t>
            </w:r>
          </w:p>
        </w:tc>
      </w:tr>
    </w:tbl>
    <w:p w14:paraId="3D2DDE11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3ACFAC9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E1DA4DF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24ACD2A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5AAD890A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4E6F3B18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C3AE83B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AEBD11D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63C2096B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25F03D71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0C71DD4A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07430D12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32590CF5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D52ED4C" w14:textId="77777777" w:rsidR="00EB711F" w:rsidRDefault="00EB711F" w:rsidP="00EB711F">
      <w:pPr>
        <w:spacing w:before="120" w:after="0"/>
        <w:jc w:val="right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1662B5E" w14:textId="77777777" w:rsidR="00EB711F" w:rsidRDefault="00EB711F" w:rsidP="00EB711F">
      <w:pPr>
        <w:spacing w:before="120" w:after="0"/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</w:p>
    <w:p w14:paraId="179A75D0" w14:textId="77777777" w:rsidR="00EB711F" w:rsidRPr="00DE303F" w:rsidRDefault="00EB711F" w:rsidP="00EB711F">
      <w:pPr>
        <w:spacing w:before="120" w:after="0"/>
        <w:jc w:val="distribute"/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</w:pPr>
      <w:r w:rsidRPr="00DE303F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此據　　中華民國　　年　　月　　日</w:t>
      </w:r>
    </w:p>
    <w:p w14:paraId="65682838" w14:textId="77777777" w:rsidR="00674861" w:rsidRPr="00EB711F" w:rsidRDefault="00674861">
      <w:pPr>
        <w:spacing w:before="120" w:after="0"/>
        <w:jc w:val="right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DE3DB53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B-06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經費支出明細及收支結算表</w:t>
      </w:r>
    </w:p>
    <w:p w14:paraId="7961BB2B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補助款與自籌款均應列入；憑證依核定會計科目分類、編號，並與本表順序一致。</w:t>
      </w:r>
    </w:p>
    <w:tbl>
      <w:tblPr>
        <w:tblW w:w="9781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850"/>
        <w:gridCol w:w="50"/>
        <w:gridCol w:w="1550"/>
        <w:gridCol w:w="1200"/>
        <w:gridCol w:w="430"/>
        <w:gridCol w:w="807"/>
        <w:gridCol w:w="543"/>
        <w:gridCol w:w="449"/>
        <w:gridCol w:w="1071"/>
        <w:gridCol w:w="2331"/>
      </w:tblGrid>
      <w:tr w:rsidR="00026F0C" w:rsidRPr="0052419B" w14:paraId="03F45B65" w14:textId="77777777" w:rsidTr="0061538C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564D6B" w14:textId="7C6F9AAD" w:rsidR="00026F0C" w:rsidRPr="0052419B" w:rsidRDefault="00026F0C" w:rsidP="00026F0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431" w:type="dxa"/>
            <w:gridSpan w:val="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35D335" w14:textId="70204D30" w:rsidR="00026F0C" w:rsidRPr="0052419B" w:rsidRDefault="00026F0C" w:rsidP="00026F0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7DBCE470" w14:textId="77777777" w:rsidTr="0061538C">
        <w:trPr>
          <w:cantSplit/>
        </w:trPr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62DB9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230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2527B6" w14:textId="77777777" w:rsidR="00026F0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7B8E84D8" w14:textId="223E17D6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5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8B48A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851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6E338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28A0F4A" w14:textId="77777777" w:rsidTr="0061538C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94A7A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9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F195F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日期／憑證號</w:t>
            </w:r>
          </w:p>
        </w:tc>
        <w:tc>
          <w:tcPr>
            <w:tcW w:w="15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2800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支付對象及摘要</w:t>
            </w:r>
          </w:p>
        </w:tc>
        <w:tc>
          <w:tcPr>
            <w:tcW w:w="1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E88148" w14:textId="77777777" w:rsidR="0061538C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</w:t>
            </w:r>
            <w:proofErr w:type="spellEnd"/>
          </w:p>
          <w:p w14:paraId="56C5F324" w14:textId="52DEF84D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科目</w:t>
            </w:r>
            <w:proofErr w:type="spellEnd"/>
          </w:p>
        </w:tc>
        <w:tc>
          <w:tcPr>
            <w:tcW w:w="123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0D964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支出總額</w:t>
            </w:r>
          </w:p>
        </w:tc>
        <w:tc>
          <w:tcPr>
            <w:tcW w:w="992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9FDD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補助款</w:t>
            </w:r>
          </w:p>
        </w:tc>
        <w:tc>
          <w:tcPr>
            <w:tcW w:w="107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9C5D8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自籌款</w:t>
            </w:r>
          </w:p>
        </w:tc>
        <w:tc>
          <w:tcPr>
            <w:tcW w:w="233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BDD46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佐證／付款方式</w:t>
            </w:r>
          </w:p>
        </w:tc>
      </w:tr>
      <w:tr w:rsidR="00674861" w:rsidRPr="0052419B" w14:paraId="22DD5DBD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79799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3ADC3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1E161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419B5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F01FA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FC4B52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28551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21704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5E29611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61DE8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A188E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0CD1F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ED8D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31F5E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B4003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79925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F718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A39A0EA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A3DE1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8C295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1ADAA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430FA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BC9BD0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B2571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C4406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E8C0D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03D64C1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DEF11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D324F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3EFC0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56F3D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D4E5B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7D147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87E10B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D1307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02C029A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4F0EF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FCEA5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B6438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494F8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7DFFA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C5C0A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7C7A5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6F4EB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14397CC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6C76E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B700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A4FDF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B0466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89842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9FC8D9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E9104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21B5A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AD3AFB3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2340C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79F48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A7BDA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22C5B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0803D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87A9A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3D94F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3498B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985604A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082C3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95DB3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0738D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1BD5C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E65A4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21A41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A1DC5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8E5CA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0162BDAA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CBC6C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94CC1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65FFA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0E2C4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C440A8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F149B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A5E5C5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6C8CD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BC364D4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12DBC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8643E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E7B55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2545F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FAE44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13A0A6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06F6F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3E3D5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8C78D1B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00048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BAEEC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767E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096BA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728BC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69230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216F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E8D88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54453D5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7D2B8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FC01B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DB506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A867B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9FD1B0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3C3097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21012D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36D98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11C3B6AB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50E95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13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15B6E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17A50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21B11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92984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E8404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F77B0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387A9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600C899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43805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A0212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245EA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513C0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7904CE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BA1D04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F7F58C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93E68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58814A3" w14:textId="77777777" w:rsidTr="0061538C">
        <w:trPr>
          <w:cantSplit/>
          <w:trHeight w:val="56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1C8ED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15</w:t>
            </w:r>
          </w:p>
        </w:tc>
        <w:tc>
          <w:tcPr>
            <w:tcW w:w="90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9FBDB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5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3E14D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B30DA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2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20397B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9EDCA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7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342A83" w14:textId="77777777" w:rsidR="00674861" w:rsidRPr="0052419B" w:rsidRDefault="00674861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3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4FAC0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0A3B2FB6" w14:textId="77777777" w:rsidTr="0061538C">
        <w:trPr>
          <w:cantSplit/>
        </w:trPr>
        <w:tc>
          <w:tcPr>
            <w:tcW w:w="9781" w:type="dxa"/>
            <w:gridSpan w:val="11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8C879B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續頁方式：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支出超過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15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筆者請複印本頁續填，項次連續編號；各續頁小計應彙入下列科目結算表。</w:t>
            </w:r>
          </w:p>
        </w:tc>
      </w:tr>
    </w:tbl>
    <w:p w14:paraId="1BA209E6" w14:textId="77777777" w:rsidR="00674861" w:rsidRPr="0052419B" w:rsidRDefault="000E66B6">
      <w:pPr>
        <w:keepNext/>
        <w:spacing w:before="160"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t>經費收支結算</w:t>
      </w:r>
      <w:proofErr w:type="spellEnd"/>
    </w:p>
    <w:tbl>
      <w:tblPr>
        <w:tblW w:w="9639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690"/>
        <w:gridCol w:w="1862"/>
        <w:gridCol w:w="1338"/>
        <w:gridCol w:w="788"/>
        <w:gridCol w:w="2551"/>
      </w:tblGrid>
      <w:tr w:rsidR="00674861" w:rsidRPr="0052419B" w14:paraId="64EEBD87" w14:textId="77777777" w:rsidTr="0061538C">
        <w:trPr>
          <w:tblHeader/>
        </w:trPr>
        <w:tc>
          <w:tcPr>
            <w:tcW w:w="85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62798C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2249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DDC428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核定科目</w:t>
            </w:r>
          </w:p>
        </w:tc>
        <w:tc>
          <w:tcPr>
            <w:tcW w:w="186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BAF346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核定總額</w:t>
            </w:r>
          </w:p>
        </w:tc>
        <w:tc>
          <w:tcPr>
            <w:tcW w:w="1338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137583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實際總額</w:t>
            </w:r>
          </w:p>
        </w:tc>
        <w:tc>
          <w:tcPr>
            <w:tcW w:w="3339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8FD517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差異原因／本中心認列</w:t>
            </w:r>
          </w:p>
        </w:tc>
      </w:tr>
      <w:tr w:rsidR="00674861" w:rsidRPr="0052419B" w14:paraId="5EE676B4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E9CCB8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5F7F2A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產品／服務開發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9E63AC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62892A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34D545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DFF4FD5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64D1E6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D53DB9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品牌與市場推廣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AD9B87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346228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A689BF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D7DB7A1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A68A7F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C2E88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專業服務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32161C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871000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7DDC6B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CA6E872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FA959F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4AD173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智慧財產與認證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1F6B3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722DA2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4D7C50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70A4004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04006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14DB27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營業場所租金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28511E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BCBFBE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14BFAF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2A0E59F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46B013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DD891D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空間改善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E210ED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B02372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4CB3F6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2A2BF92" w14:textId="77777777" w:rsidTr="0061538C">
        <w:trPr>
          <w:cantSplit/>
        </w:trPr>
        <w:tc>
          <w:tcPr>
            <w:tcW w:w="8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95C4F9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B277D9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營業用設備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AC8F2E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FDBF44" w14:textId="77777777" w:rsidR="00674861" w:rsidRPr="0052419B" w:rsidRDefault="00674861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9F483A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5748278" w14:textId="77777777" w:rsidTr="0061538C">
        <w:trPr>
          <w:cantSplit/>
        </w:trPr>
        <w:tc>
          <w:tcPr>
            <w:tcW w:w="85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9C3075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合計</w:t>
            </w:r>
          </w:p>
        </w:tc>
        <w:tc>
          <w:tcPr>
            <w:tcW w:w="224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FBF269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總經費</w:t>
            </w:r>
          </w:p>
        </w:tc>
        <w:tc>
          <w:tcPr>
            <w:tcW w:w="18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8F944A" w14:textId="77777777" w:rsidR="00674861" w:rsidRPr="0052419B" w:rsidRDefault="0067486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8B52C" w14:textId="77777777" w:rsidR="00674861" w:rsidRPr="0052419B" w:rsidRDefault="0067486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33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8B2E1B" w14:textId="77777777" w:rsidR="00674861" w:rsidRPr="0052419B" w:rsidRDefault="00674861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2DD2C59A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BE2C6F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實際合格總經費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(A)</w:t>
            </w:r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BB5519" w14:textId="064333AA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元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C7173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實際補助支出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(B)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595304" w14:textId="4341AF5C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元</w:t>
            </w:r>
          </w:p>
        </w:tc>
      </w:tr>
      <w:tr w:rsidR="00674861" w:rsidRPr="0052419B" w14:paraId="5A21C7BB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F3763F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實際自籌支出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(C)</w:t>
            </w:r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0C056F" w14:textId="5B21B9C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元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395627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補助比例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(B÷A)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AB0669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</w:tr>
      <w:tr w:rsidR="00674861" w:rsidRPr="0052419B" w14:paraId="6FCC86B2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F825C0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品牌與市場推廣</w:t>
            </w:r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337A1" w14:textId="26062B5A" w:rsidR="0061538C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36CD2844" w14:textId="465AD8FD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30%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8E99A8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專業服務</w:t>
            </w:r>
            <w:proofErr w:type="spellEnd"/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A88625" w14:textId="1CFAE338" w:rsidR="0061538C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34A9C3E2" w14:textId="53A6FF9A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20%</w:t>
            </w:r>
          </w:p>
        </w:tc>
      </w:tr>
      <w:tr w:rsidR="00674861" w:rsidRPr="0052419B" w14:paraId="53928669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585374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營業場所租金</w:t>
            </w:r>
            <w:proofErr w:type="spellEnd"/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8718A3" w14:textId="77777777" w:rsidR="0061538C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1B863520" w14:textId="07BF7F66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20%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；最長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個月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B0D802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空間改善</w:t>
            </w:r>
            <w:proofErr w:type="spellEnd"/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435701" w14:textId="5BCA5374" w:rsidR="0061538C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495B6DDD" w14:textId="613D0706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4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0%</w:t>
            </w:r>
          </w:p>
        </w:tc>
      </w:tr>
      <w:tr w:rsidR="00674861" w:rsidRPr="0052419B" w14:paraId="31434FE1" w14:textId="77777777" w:rsidTr="0061538C">
        <w:trPr>
          <w:cantSplit/>
          <w:trHeight w:val="20"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3B3CCB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空間改善＋設備</w:t>
            </w:r>
            <w:proofErr w:type="spellEnd"/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47723" w14:textId="77777777" w:rsidR="0061538C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補助款合計　　</w:t>
            </w:r>
            <w:r w:rsidR="0061538C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%</w:t>
            </w:r>
          </w:p>
          <w:p w14:paraId="7697F8A2" w14:textId="2187D574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</w:t>
            </w:r>
            <w:r w:rsidRPr="0052419B">
              <w:rPr>
                <w:rFonts w:ascii="Cambria Math" w:eastAsia="標楷體" w:hAnsi="Cambria Math" w:cs="Cambria Math"/>
                <w:sz w:val="24"/>
                <w:szCs w:val="24"/>
                <w:lang w:eastAsia="zh-TW"/>
              </w:rPr>
              <w:t>≤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60%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2A443B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單筆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10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萬元以上</w:t>
            </w:r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A430CD" w14:textId="77777777" w:rsidR="0061538C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二家報價　</w:t>
            </w:r>
          </w:p>
          <w:p w14:paraId="53885C21" w14:textId="7F144B93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無替代性說明</w:t>
            </w:r>
          </w:p>
        </w:tc>
      </w:tr>
      <w:tr w:rsidR="00674861" w:rsidRPr="0052419B" w14:paraId="40750D05" w14:textId="77777777" w:rsidTr="0061538C">
        <w:trPr>
          <w:cantSplit/>
        </w:trPr>
        <w:tc>
          <w:tcPr>
            <w:tcW w:w="241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5C482C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核對結果</w:t>
            </w:r>
            <w:proofErr w:type="spellEnd"/>
          </w:p>
        </w:tc>
        <w:tc>
          <w:tcPr>
            <w:tcW w:w="25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49AD3B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比例及上限符合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需調整</w:t>
            </w:r>
          </w:p>
        </w:tc>
        <w:tc>
          <w:tcPr>
            <w:tcW w:w="212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8783FA" w14:textId="77777777" w:rsidR="00674861" w:rsidRPr="0052419B" w:rsidRDefault="000E66B6" w:rsidP="0061538C">
            <w:pPr>
              <w:spacing w:after="0" w:line="0" w:lineRule="atLeas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重複補助</w:t>
            </w:r>
            <w:proofErr w:type="spellEnd"/>
          </w:p>
        </w:tc>
        <w:tc>
          <w:tcPr>
            <w:tcW w:w="255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9BB8FA" w14:textId="77777777" w:rsidR="0061538C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無　</w:t>
            </w:r>
          </w:p>
          <w:p w14:paraId="77DEFBF6" w14:textId="7529FB54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已揭露並區隔</w:t>
            </w:r>
          </w:p>
        </w:tc>
      </w:tr>
      <w:tr w:rsidR="00674861" w:rsidRPr="0052419B" w14:paraId="2C9A90B9" w14:textId="77777777" w:rsidTr="0061538C">
        <w:trPr>
          <w:cantSplit/>
        </w:trPr>
        <w:tc>
          <w:tcPr>
            <w:tcW w:w="9639" w:type="dxa"/>
            <w:gridSpan w:val="7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814E02" w14:textId="77777777" w:rsidR="00674861" w:rsidRPr="0052419B" w:rsidRDefault="000E66B6" w:rsidP="0061538C">
            <w:pPr>
              <w:spacing w:after="0" w:line="0" w:lineRule="atLeas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切結事項：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本人確認本表與憑證、</w:t>
            </w:r>
            <w:proofErr w:type="gramStart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帳冊</w:t>
            </w:r>
            <w:proofErr w:type="gramEnd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及付款資料相符，支出與核定計畫直接相關，未列報不予補助項目，並同意接受原件查驗、刪除不合格支出及依核定比例重新計算補助額。</w:t>
            </w:r>
          </w:p>
        </w:tc>
      </w:tr>
    </w:tbl>
    <w:p w14:paraId="40AED58F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500"/>
        <w:gridCol w:w="3180"/>
      </w:tblGrid>
      <w:tr w:rsidR="00674861" w:rsidRPr="0052419B" w14:paraId="2441EBF5" w14:textId="77777777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43AC50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3638FA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34A657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1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DE1114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38E839CE" w14:textId="77777777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05D89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53EB3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741B5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1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4A8BF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3FFE5AB8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B-07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主動終止及補助款結算申請表</w:t>
      </w:r>
    </w:p>
    <w:p w14:paraId="1BEB183E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受補助者無法繼續執行時，應於計畫期程屆滿前提出；終止以本中心書面同意之日生效。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79"/>
        <w:gridCol w:w="10"/>
        <w:gridCol w:w="1506"/>
        <w:gridCol w:w="3084"/>
      </w:tblGrid>
      <w:tr w:rsidR="0061538C" w:rsidRPr="0052419B" w14:paraId="58276723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0DBC5F" w14:textId="22AA6240" w:rsidR="0061538C" w:rsidRPr="0052419B" w:rsidRDefault="0061538C" w:rsidP="0061538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479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F86AD5" w14:textId="66BF66B7" w:rsidR="0061538C" w:rsidRPr="0052419B" w:rsidRDefault="0061538C" w:rsidP="0061538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674861" w:rsidRPr="0052419B" w14:paraId="5A87C3E2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AC89E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C150C7" w14:textId="77777777" w:rsidR="0061538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48340544" w14:textId="57D46F5E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516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BAD62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63E7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51B7259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728EB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核定執行期間</w:t>
            </w:r>
            <w:proofErr w:type="spellEnd"/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C76AEE" w14:textId="77777777" w:rsidR="0061538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日至</w:t>
            </w:r>
            <w:proofErr w:type="spellEnd"/>
          </w:p>
          <w:p w14:paraId="36D9E59D" w14:textId="4F0C3E86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A776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預定終止日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45DB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1274D2EE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FE7D6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1D8D5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C33F6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已撥款額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64509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212B059B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CCA3A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終止事由</w:t>
            </w:r>
            <w:proofErr w:type="spellEnd"/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7B484C" w14:textId="77777777" w:rsidR="0061538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營運調整　</w:t>
            </w:r>
          </w:p>
          <w:p w14:paraId="13AF9B3C" w14:textId="345DF48B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團隊異動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E3048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其他事由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C0430D" w14:textId="77777777" w:rsidR="0061538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不可抗力　</w:t>
            </w:r>
          </w:p>
          <w:p w14:paraId="6A3227BA" w14:textId="7B91503E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其他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</w:tc>
      </w:tr>
      <w:tr w:rsidR="00674861" w:rsidRPr="0052419B" w14:paraId="43224DC4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82C88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可歸責性自評</w:t>
            </w:r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53A5E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可歸責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不可歸責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0F837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是否有重大違規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B54556" w14:textId="77777777" w:rsidR="0061538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無　</w:t>
            </w:r>
          </w:p>
          <w:p w14:paraId="0833B7E4" w14:textId="3AD90C2F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有；說明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</w:tc>
      </w:tr>
      <w:tr w:rsidR="00674861" w:rsidRPr="0052419B" w14:paraId="313DAAA0" w14:textId="77777777" w:rsidTr="0061538C">
        <w:trPr>
          <w:cantSplit/>
        </w:trPr>
        <w:tc>
          <w:tcPr>
            <w:tcW w:w="1701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0E2AE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後續營運</w:t>
            </w:r>
          </w:p>
        </w:tc>
        <w:tc>
          <w:tcPr>
            <w:tcW w:w="288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918DF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持續營運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停歇業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其他</w:t>
            </w:r>
          </w:p>
        </w:tc>
        <w:tc>
          <w:tcPr>
            <w:tcW w:w="1506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FFAAE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設備／財產</w:t>
            </w:r>
            <w:proofErr w:type="spellEnd"/>
          </w:p>
        </w:tc>
        <w:tc>
          <w:tcPr>
            <w:tcW w:w="30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4C0A8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留用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依指示處理</w:t>
            </w:r>
          </w:p>
        </w:tc>
      </w:tr>
      <w:tr w:rsidR="00674861" w:rsidRPr="0052419B" w14:paraId="72E28CA5" w14:textId="77777777">
        <w:trPr>
          <w:cantSplit/>
        </w:trPr>
        <w:tc>
          <w:tcPr>
            <w:tcW w:w="9180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C78914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終止理由及已採取之替代方案</w:t>
            </w:r>
          </w:p>
        </w:tc>
      </w:tr>
      <w:tr w:rsidR="00674861" w:rsidRPr="0052419B" w14:paraId="778B3E9F" w14:textId="77777777">
        <w:trPr>
          <w:cantSplit/>
          <w:trHeight w:val="1160"/>
        </w:trPr>
        <w:tc>
          <w:tcPr>
            <w:tcW w:w="91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3A819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請具體說明事件、發生時間、影響、已採取措施及無法繼續執行之原因；不可歸責事由請附證明。</w:t>
            </w:r>
          </w:p>
        </w:tc>
      </w:tr>
    </w:tbl>
    <w:p w14:paraId="33EE4AD4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650"/>
        <w:gridCol w:w="1100"/>
        <w:gridCol w:w="1800"/>
        <w:gridCol w:w="2150"/>
        <w:gridCol w:w="1980"/>
      </w:tblGrid>
      <w:tr w:rsidR="00674861" w:rsidRPr="0052419B" w14:paraId="33E811CA" w14:textId="77777777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9849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6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20DCC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</w:p>
        </w:tc>
        <w:tc>
          <w:tcPr>
            <w:tcW w:w="1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2165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核定權重</w:t>
            </w:r>
          </w:p>
        </w:tc>
        <w:tc>
          <w:tcPr>
            <w:tcW w:w="18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E0820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完成程度</w:t>
            </w:r>
          </w:p>
        </w:tc>
        <w:tc>
          <w:tcPr>
            <w:tcW w:w="215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E8C5F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已完成成果</w:t>
            </w:r>
          </w:p>
        </w:tc>
        <w:tc>
          <w:tcPr>
            <w:tcW w:w="19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E9D5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佐證文件</w:t>
            </w:r>
          </w:p>
        </w:tc>
      </w:tr>
      <w:tr w:rsidR="00674861" w:rsidRPr="0052419B" w14:paraId="1F1F167E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FF48C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97BE5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6D73A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FAD76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25C56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131BD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401DC970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AE930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4B304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892C7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B2B6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3C7F9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F7525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3A618E7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C5A9A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09341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2055C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8BEE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10F33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50825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710AFB2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163E1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57FE7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C9474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C1911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E9099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208EB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1F71635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30FAA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0BF0D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22653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916F9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726BF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A59FF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AEFA8CE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1BC7B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6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CAB1B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10B6B0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D456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9CFEA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E20BE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32A6418C" w14:textId="77777777">
        <w:trPr>
          <w:cantSplit/>
          <w:trHeight w:val="62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2BEBC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6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005FB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6410E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E9FEB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1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E335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64373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</w:tbl>
    <w:p w14:paraId="2F2D5D2B" w14:textId="77777777" w:rsidR="00674861" w:rsidRPr="0052419B" w:rsidRDefault="000E66B6">
      <w:pPr>
        <w:keepNext/>
        <w:spacing w:before="160" w:after="10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7365D"/>
          <w:sz w:val="24"/>
          <w:szCs w:val="24"/>
          <w:lang w:eastAsia="zh-TW"/>
        </w:rPr>
        <w:t>可認列補助額及應繳回金額試算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1990"/>
        <w:gridCol w:w="2600"/>
        <w:gridCol w:w="1990"/>
      </w:tblGrid>
      <w:tr w:rsidR="00674861" w:rsidRPr="0052419B" w14:paraId="156A7940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5C152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① </w:t>
            </w: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實際合格補助支出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A3A360" w14:textId="7DF902BA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BF749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 xml:space="preserve">② 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實際合格總經費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×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核定補助比例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E9839A" w14:textId="453CE825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</w:t>
            </w:r>
          </w:p>
        </w:tc>
      </w:tr>
      <w:tr w:rsidR="00674861" w:rsidRPr="0052419B" w14:paraId="269BFF3D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A389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 xml:space="preserve">③ 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核定補助額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×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實際里程碑完成比例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1A8086" w14:textId="54EA8D55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C19C4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 xml:space="preserve">④ 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已撥款額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96071F" w14:textId="4CA2AD5B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</w:tr>
      <w:tr w:rsidR="00674861" w:rsidRPr="0052419B" w14:paraId="28FF6183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9B8BD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可認列補助額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51B32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取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①②③④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之最低值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5250B5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本中心核定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F077E" w14:textId="17E154B4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</w:tr>
      <w:tr w:rsidR="00674861" w:rsidRPr="0052419B" w14:paraId="39EB2281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4CB86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應繳回金額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4C25A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已撥款額－可認列補助額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4C913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受補助者試算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6CC5BF" w14:textId="3A7B2C4C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</w:tr>
      <w:tr w:rsidR="00674861" w:rsidRPr="0052419B" w14:paraId="6CF089C1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977AE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本中心核定應繳回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534ADC" w14:textId="225F2E36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新臺幣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元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6BAA5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繳回期限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71E1C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08A09D80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E19CD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是否申請分期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E1AE27" w14:textId="77777777" w:rsidR="0061538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否　</w:t>
            </w:r>
          </w:p>
          <w:p w14:paraId="044B858F" w14:textId="4C31BB0D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是；另附原因及計畫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4F660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財產處理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BE1682" w14:textId="77777777" w:rsidR="0061538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無　</w:t>
            </w:r>
          </w:p>
          <w:p w14:paraId="610B469B" w14:textId="2EE2CC23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已附清冊及處理說明</w:t>
            </w:r>
          </w:p>
        </w:tc>
      </w:tr>
      <w:tr w:rsidR="00674861" w:rsidRPr="0052419B" w14:paraId="0F29BF0A" w14:textId="77777777">
        <w:trPr>
          <w:cantSplit/>
        </w:trPr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C6EE4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未撥款項</w:t>
            </w:r>
            <w:proofErr w:type="spellEnd"/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AFC4C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終止生效後不再撥付</w:t>
            </w:r>
          </w:p>
        </w:tc>
        <w:tc>
          <w:tcPr>
            <w:tcW w:w="2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1DD05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重大違規</w:t>
            </w:r>
          </w:p>
        </w:tc>
        <w:tc>
          <w:tcPr>
            <w:tcW w:w="19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CEEB6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得依情節不認列並全部或部分追繳</w:t>
            </w:r>
          </w:p>
        </w:tc>
      </w:tr>
      <w:tr w:rsidR="00674861" w:rsidRPr="0052419B" w14:paraId="459E2175" w14:textId="77777777">
        <w:trPr>
          <w:cantSplit/>
        </w:trPr>
        <w:tc>
          <w:tcPr>
            <w:tcW w:w="9180" w:type="dxa"/>
            <w:gridSpan w:val="4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929655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計算公式：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可認列補助額＝下列四者最低值：實際合格補助支出、實際合格總經費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×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核定補助比例、核定補助額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×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實際里程碑完成比例、已撥款額；應繳回金額＝已撥款</w:t>
            </w:r>
            <w:proofErr w:type="gramStart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額－可認</w:t>
            </w:r>
            <w:proofErr w:type="gramEnd"/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列補助額。</w:t>
            </w:r>
          </w:p>
        </w:tc>
      </w:tr>
      <w:tr w:rsidR="00674861" w:rsidRPr="0052419B" w14:paraId="7C48FAC1" w14:textId="77777777">
        <w:trPr>
          <w:cantSplit/>
        </w:trPr>
        <w:tc>
          <w:tcPr>
            <w:tcW w:w="9180" w:type="dxa"/>
            <w:gridSpan w:val="4"/>
            <w:shd w:val="clear" w:color="auto" w:fill="FFF4D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765287" w14:textId="77777777" w:rsidR="00674861" w:rsidRPr="0052419B" w:rsidRDefault="000E66B6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附件檢核：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終止理由及證明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里程碑成果佐證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截至終止日支出明細、結算與憑證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財產／設備清冊及處理說明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預計繳回款項或分期計畫。</w:t>
            </w:r>
          </w:p>
        </w:tc>
      </w:tr>
    </w:tbl>
    <w:p w14:paraId="16C8A5AB" w14:textId="77777777" w:rsidR="00674861" w:rsidRPr="0052419B" w:rsidRDefault="00674861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674861" w:rsidRPr="0052419B" w14:paraId="4EDB5483" w14:textId="77777777" w:rsidTr="0061538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845CC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EA712F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04FC40" w14:textId="77777777" w:rsidR="00674861" w:rsidRPr="0052419B" w:rsidRDefault="000E66B6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4E1DD6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0F7272FE" w14:textId="77777777" w:rsidTr="0061538C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46012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A70DA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C3D3B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9E5D6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34B238B1" w14:textId="77777777" w:rsidR="00674861" w:rsidRPr="0052419B" w:rsidRDefault="000E66B6">
      <w:pPr>
        <w:pStyle w:val="1"/>
        <w:pageBreakBefore/>
        <w:spacing w:before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lastRenderedPageBreak/>
        <w:t>C-01</w:t>
      </w: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t xml:space="preserve">　結案成果報告書格式</w:t>
      </w:r>
    </w:p>
    <w:p w14:paraId="34359D8B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紙本一式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2</w:t>
      </w:r>
      <w:r w:rsidRPr="0052419B">
        <w:rPr>
          <w:rFonts w:ascii="標楷體" w:eastAsia="標楷體" w:hAnsi="標楷體" w:cs="標楷體"/>
          <w:color w:val="5F6B7A"/>
          <w:sz w:val="24"/>
          <w:szCs w:val="24"/>
          <w:lang w:eastAsia="zh-TW"/>
        </w:rPr>
        <w:t>份及電子檔；內容可增列頁數，佐證應依索引編號並與績效、里程碑及經費明細互相勾稽。</w:t>
      </w: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2879"/>
        <w:gridCol w:w="11"/>
        <w:gridCol w:w="1646"/>
        <w:gridCol w:w="54"/>
        <w:gridCol w:w="2890"/>
      </w:tblGrid>
      <w:tr w:rsidR="0061538C" w:rsidRPr="0052419B" w14:paraId="0CFB168D" w14:textId="77777777" w:rsidTr="0061538C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E99CAA" w14:textId="51121F40" w:rsidR="0061538C" w:rsidRPr="0052419B" w:rsidRDefault="0061538C" w:rsidP="0061538C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74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1F6DCE" w14:textId="18780F71" w:rsidR="0061538C" w:rsidRPr="0052419B" w:rsidRDefault="0061538C" w:rsidP="0061538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  <w:p w14:paraId="22BB7819" w14:textId="4CC44FCD" w:rsidR="0061538C" w:rsidRPr="0052419B" w:rsidRDefault="0061538C" w:rsidP="0061538C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79A1906B" w14:textId="77777777" w:rsidTr="0061538C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9CCCE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287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E28FB6" w14:textId="77777777" w:rsidR="0061538C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756E98A8" w14:textId="50F526E9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65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E348D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294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6E117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7BEC4DAC" w14:textId="77777777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2E58E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受補助事業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163FE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9E8FE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統一編號</w:t>
            </w:r>
          </w:p>
        </w:tc>
        <w:tc>
          <w:tcPr>
            <w:tcW w:w="28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029A7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6232E1B3" w14:textId="77777777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90CE9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核定補助額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53251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3BFD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核定總經費</w:t>
            </w:r>
            <w:proofErr w:type="spellEnd"/>
          </w:p>
        </w:tc>
        <w:tc>
          <w:tcPr>
            <w:tcW w:w="28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3BA6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新臺幣　　　　　　元</w:t>
            </w:r>
          </w:p>
        </w:tc>
      </w:tr>
      <w:tr w:rsidR="00674861" w:rsidRPr="0052419B" w14:paraId="3AABE310" w14:textId="77777777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09798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執行期間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8004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年　月　日至　年　月　日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80055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報告日期</w:t>
            </w:r>
          </w:p>
        </w:tc>
        <w:tc>
          <w:tcPr>
            <w:tcW w:w="28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59375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674861" w:rsidRPr="0052419B" w14:paraId="4E9B9938" w14:textId="77777777">
        <w:trPr>
          <w:cantSplit/>
        </w:trPr>
        <w:tc>
          <w:tcPr>
            <w:tcW w:w="17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329EF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聯絡人</w:t>
            </w:r>
            <w:proofErr w:type="spellEnd"/>
          </w:p>
        </w:tc>
        <w:tc>
          <w:tcPr>
            <w:tcW w:w="2890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099F36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700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0F551A" w14:textId="77777777" w:rsidR="0061538C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電話</w:t>
            </w:r>
            <w:proofErr w:type="spellEnd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／</w:t>
            </w:r>
          </w:p>
          <w:p w14:paraId="002D8BB3" w14:textId="78773A95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  <w:proofErr w:type="spellEnd"/>
          </w:p>
        </w:tc>
        <w:tc>
          <w:tcPr>
            <w:tcW w:w="289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55048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24EE44FE" w14:textId="77777777">
        <w:trPr>
          <w:cantSplit/>
        </w:trPr>
        <w:tc>
          <w:tcPr>
            <w:tcW w:w="9180" w:type="dxa"/>
            <w:gridSpan w:val="6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6918EE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一、執行摘要（建議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500</w:t>
            </w: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字內）</w:t>
            </w:r>
          </w:p>
        </w:tc>
      </w:tr>
      <w:tr w:rsidR="00674861" w:rsidRPr="0052419B" w14:paraId="2DC1B9A6" w14:textId="77777777">
        <w:trPr>
          <w:cantSplit/>
          <w:trHeight w:val="2000"/>
        </w:trPr>
        <w:tc>
          <w:tcPr>
            <w:tcW w:w="9180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D998A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請說明創業題目、七個月主要工作、代表性成果、經費運用及對花蓮之效益。</w:t>
            </w:r>
          </w:p>
        </w:tc>
      </w:tr>
      <w:tr w:rsidR="00674861" w:rsidRPr="0052419B" w14:paraId="59DEA583" w14:textId="77777777">
        <w:trPr>
          <w:cantSplit/>
        </w:trPr>
        <w:tc>
          <w:tcPr>
            <w:tcW w:w="9180" w:type="dxa"/>
            <w:gridSpan w:val="6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181B5E" w14:textId="77777777" w:rsidR="00674861" w:rsidRPr="0052419B" w:rsidRDefault="000E66B6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二、執行歷程與重要調整</w:t>
            </w:r>
          </w:p>
        </w:tc>
      </w:tr>
      <w:tr w:rsidR="00674861" w:rsidRPr="0052419B" w14:paraId="52F7A7B1" w14:textId="77777777">
        <w:trPr>
          <w:cantSplit/>
          <w:trHeight w:val="1800"/>
        </w:trPr>
        <w:tc>
          <w:tcPr>
            <w:tcW w:w="9180" w:type="dxa"/>
            <w:gridSpan w:val="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06D8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按月份或階段說明工作內容、重要決策、問題與調整；核准變更請註明文號及日期。</w:t>
            </w:r>
          </w:p>
        </w:tc>
      </w:tr>
    </w:tbl>
    <w:p w14:paraId="202A7D21" w14:textId="77777777" w:rsidR="00367BD3" w:rsidRPr="0052419B" w:rsidRDefault="00367BD3" w:rsidP="00367BD3">
      <w:pPr>
        <w:keepNext/>
        <w:pageBreakBefore/>
        <w:spacing w:before="160"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lastRenderedPageBreak/>
        <w:t>三、量化績效達成情形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800"/>
        <w:gridCol w:w="1100"/>
        <w:gridCol w:w="1100"/>
        <w:gridCol w:w="2200"/>
        <w:gridCol w:w="2480"/>
      </w:tblGrid>
      <w:tr w:rsidR="00367BD3" w:rsidRPr="0052419B" w14:paraId="6694E623" w14:textId="77777777" w:rsidTr="00F95893">
        <w:trPr>
          <w:tblHeader/>
        </w:trPr>
        <w:tc>
          <w:tcPr>
            <w:tcW w:w="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0F0B8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18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3AA1F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績效指標</w:t>
            </w:r>
            <w:proofErr w:type="spellEnd"/>
          </w:p>
        </w:tc>
        <w:tc>
          <w:tcPr>
            <w:tcW w:w="1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63A19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目標值</w:t>
            </w:r>
            <w:proofErr w:type="spellEnd"/>
          </w:p>
        </w:tc>
        <w:tc>
          <w:tcPr>
            <w:tcW w:w="1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3A442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實際值</w:t>
            </w:r>
            <w:proofErr w:type="spellEnd"/>
          </w:p>
        </w:tc>
        <w:tc>
          <w:tcPr>
            <w:tcW w:w="22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55EF4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計算／成果說明</w:t>
            </w:r>
            <w:proofErr w:type="spellEnd"/>
          </w:p>
        </w:tc>
        <w:tc>
          <w:tcPr>
            <w:tcW w:w="24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C93F7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佐證編號</w:t>
            </w:r>
            <w:proofErr w:type="spellEnd"/>
          </w:p>
        </w:tc>
      </w:tr>
      <w:tr w:rsidR="00367BD3" w:rsidRPr="0052419B" w14:paraId="7DFC5AC1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4DBD2E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5F8034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C6135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E1099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A7C11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B65C3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0E059FE3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32A7D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5D6AD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7EF5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0538B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5D9E1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86F8D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55AF8139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D36F0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5735C9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B73C7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981A1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2CE0C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B833FF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1F737609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FD3B6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DCB42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F774C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732B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7129E4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60C507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6A970A43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83FE9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CB30C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1B7CD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20F1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58D56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00465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77C1513D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718EF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85B541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87423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03723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41E16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7201F0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7EBF99E5" w14:textId="77777777" w:rsidTr="00F95893">
        <w:trPr>
          <w:cantSplit/>
          <w:trHeight w:val="600"/>
        </w:trPr>
        <w:tc>
          <w:tcPr>
            <w:tcW w:w="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569782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FF23E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1222C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CDD4F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2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6EB31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2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D919C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</w:tbl>
    <w:p w14:paraId="177FF0E3" w14:textId="77777777" w:rsidR="00367BD3" w:rsidRPr="0052419B" w:rsidRDefault="00367BD3" w:rsidP="00367BD3">
      <w:pPr>
        <w:keepNext/>
        <w:spacing w:before="160"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t>四、必要參與義務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900"/>
        <w:gridCol w:w="1300"/>
        <w:gridCol w:w="2500"/>
        <w:gridCol w:w="1480"/>
        <w:gridCol w:w="1500"/>
      </w:tblGrid>
      <w:tr w:rsidR="00367BD3" w:rsidRPr="0052419B" w14:paraId="26AE9015" w14:textId="77777777" w:rsidTr="00F95893">
        <w:trPr>
          <w:tblHeader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48F05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項目</w:t>
            </w:r>
            <w:proofErr w:type="spellEnd"/>
          </w:p>
        </w:tc>
        <w:tc>
          <w:tcPr>
            <w:tcW w:w="9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38CBB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應完成</w:t>
            </w:r>
            <w:proofErr w:type="spellEnd"/>
          </w:p>
        </w:tc>
        <w:tc>
          <w:tcPr>
            <w:tcW w:w="13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ECE9D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實際完成</w:t>
            </w:r>
            <w:proofErr w:type="spellEnd"/>
          </w:p>
        </w:tc>
        <w:tc>
          <w:tcPr>
            <w:tcW w:w="2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D4220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日期／名稱</w:t>
            </w:r>
            <w:proofErr w:type="spellEnd"/>
          </w:p>
        </w:tc>
        <w:tc>
          <w:tcPr>
            <w:tcW w:w="14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29DAC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佐證編號</w:t>
            </w:r>
            <w:proofErr w:type="spellEnd"/>
          </w:p>
        </w:tc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BAF0A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本中心認定</w:t>
            </w:r>
            <w:proofErr w:type="spellEnd"/>
          </w:p>
        </w:tc>
      </w:tr>
      <w:tr w:rsidR="00367BD3" w:rsidRPr="0052419B" w14:paraId="054FEA2C" w14:textId="77777777" w:rsidTr="00F95893">
        <w:trPr>
          <w:cantSplit/>
        </w:trPr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DA3A9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培力工作坊</w:t>
            </w:r>
            <w:proofErr w:type="spellEnd"/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058458" w14:textId="2DACD37F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67BD3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場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B3229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43208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37F89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806FDB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367BD3" w:rsidRPr="0052419B" w14:paraId="45BF8E6D" w14:textId="77777777" w:rsidTr="00F95893">
        <w:trPr>
          <w:cantSplit/>
        </w:trPr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D743A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專業輔導</w:t>
            </w:r>
            <w:proofErr w:type="spellEnd"/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4AEA7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3次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124CD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次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1AE45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B6D0C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73F65F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367BD3" w:rsidRPr="0052419B" w14:paraId="47DB9007" w14:textId="77777777" w:rsidTr="00F95893">
        <w:trPr>
          <w:cantSplit/>
        </w:trPr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C7C55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實地訪視</w:t>
            </w:r>
            <w:proofErr w:type="spellEnd"/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EB4B7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1場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BBD7E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57469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3BB7C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05BACA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367BD3" w:rsidRPr="0052419B" w14:paraId="67526159" w14:textId="77777777" w:rsidTr="00F95893">
        <w:trPr>
          <w:cantSplit/>
        </w:trPr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3142A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成果發表會</w:t>
            </w:r>
            <w:proofErr w:type="spellEnd"/>
          </w:p>
        </w:tc>
        <w:tc>
          <w:tcPr>
            <w:tcW w:w="9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D78A1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1場</w:t>
            </w:r>
          </w:p>
        </w:tc>
        <w:tc>
          <w:tcPr>
            <w:tcW w:w="13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86FE3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場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493CD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4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AFFB1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408C48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</w:tbl>
    <w:p w14:paraId="71C7F02F" w14:textId="77777777" w:rsidR="00367BD3" w:rsidRPr="0052419B" w:rsidRDefault="00367BD3" w:rsidP="00367BD3">
      <w:pPr>
        <w:keepNext/>
        <w:spacing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t>五、經費運用摘要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500"/>
        <w:gridCol w:w="1600"/>
        <w:gridCol w:w="1600"/>
        <w:gridCol w:w="2880"/>
      </w:tblGrid>
      <w:tr w:rsidR="00367BD3" w:rsidRPr="0052419B" w14:paraId="3E0414D8" w14:textId="77777777" w:rsidTr="00F95893">
        <w:trPr>
          <w:tblHeader/>
        </w:trPr>
        <w:tc>
          <w:tcPr>
            <w:tcW w:w="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56202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2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1C535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核定科目</w:t>
            </w:r>
            <w:proofErr w:type="spellEnd"/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B6A61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核定總額</w:t>
            </w:r>
            <w:proofErr w:type="spellEnd"/>
          </w:p>
        </w:tc>
        <w:tc>
          <w:tcPr>
            <w:tcW w:w="1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0DDC7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實際總額</w:t>
            </w:r>
            <w:proofErr w:type="spellEnd"/>
          </w:p>
        </w:tc>
        <w:tc>
          <w:tcPr>
            <w:tcW w:w="28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D0095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差異與成果關聯</w:t>
            </w:r>
            <w:proofErr w:type="spellEnd"/>
          </w:p>
        </w:tc>
      </w:tr>
      <w:tr w:rsidR="00367BD3" w:rsidRPr="0052419B" w14:paraId="17C14882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A0773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0A3D2A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產品／服務開發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D9595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45135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045F1A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07351E33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07517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CCD21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品牌與市場推廣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A58FD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8C9EE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B99FD2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7420BB28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D4350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28D8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專業服務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FD55C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D0A14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C8603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14250B9C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B8D3F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A84389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智慧財產與認證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396F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336469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9FF27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242D5AB4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3B0D73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7FF44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營業場所租金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CC342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FA3BA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D01E7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06331F17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FD69F4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D6A92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空間改善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25272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5BA3B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A36A5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27001F7E" w14:textId="77777777" w:rsidTr="00F95893">
        <w:trPr>
          <w:cantSplit/>
        </w:trPr>
        <w:tc>
          <w:tcPr>
            <w:tcW w:w="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3C718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DBF60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營業用設備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7B1893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6AC70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62025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</w:tr>
      <w:tr w:rsidR="00367BD3" w:rsidRPr="0052419B" w14:paraId="5A0DAEA0" w14:textId="77777777" w:rsidTr="00F95893">
        <w:trPr>
          <w:cantSplit/>
        </w:trPr>
        <w:tc>
          <w:tcPr>
            <w:tcW w:w="6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C4E97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合計</w:t>
            </w:r>
            <w:proofErr w:type="spellEnd"/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3E032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總經費</w:t>
            </w:r>
            <w:proofErr w:type="spellEnd"/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0CB9F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478390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8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8EF9AF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67BD3" w:rsidRPr="0052419B" w14:paraId="118ABE36" w14:textId="77777777" w:rsidTr="00F95893">
        <w:trPr>
          <w:cantSplit/>
        </w:trPr>
        <w:tc>
          <w:tcPr>
            <w:tcW w:w="9180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F11A4C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六、市場、營運與在地效益</w:t>
            </w:r>
          </w:p>
        </w:tc>
      </w:tr>
      <w:tr w:rsidR="00367BD3" w:rsidRPr="0052419B" w14:paraId="013CB1A2" w14:textId="77777777" w:rsidTr="00F95893">
        <w:trPr>
          <w:cantSplit/>
          <w:trHeight w:val="1800"/>
        </w:trPr>
        <w:tc>
          <w:tcPr>
            <w:tcW w:w="91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AFE6FA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請說明產品／服務、客戶、訂單、營收、合作、通路、數位成效、就業、在地採購或其他效益，並標示佐證編號。</w:t>
            </w:r>
          </w:p>
        </w:tc>
      </w:tr>
      <w:tr w:rsidR="00367BD3" w:rsidRPr="0052419B" w14:paraId="48CA8C47" w14:textId="77777777" w:rsidTr="00F95893">
        <w:trPr>
          <w:cantSplit/>
        </w:trPr>
        <w:tc>
          <w:tcPr>
            <w:tcW w:w="9180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7738CB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七、問題、調整與學習</w:t>
            </w:r>
          </w:p>
        </w:tc>
      </w:tr>
      <w:tr w:rsidR="00367BD3" w:rsidRPr="0052419B" w14:paraId="145BB518" w14:textId="77777777" w:rsidTr="00F95893">
        <w:trPr>
          <w:cantSplit/>
          <w:trHeight w:val="1500"/>
        </w:trPr>
        <w:tc>
          <w:tcPr>
            <w:tcW w:w="91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745E8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請說明執行困難、核准變更、未達項目、改善結果及後續管理措施。</w:t>
            </w:r>
          </w:p>
        </w:tc>
      </w:tr>
      <w:tr w:rsidR="00367BD3" w:rsidRPr="0052419B" w14:paraId="172945FE" w14:textId="77777777" w:rsidTr="00F95893">
        <w:trPr>
          <w:cantSplit/>
        </w:trPr>
        <w:tc>
          <w:tcPr>
            <w:tcW w:w="9180" w:type="dxa"/>
            <w:gridSpan w:val="5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3F0ED8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八、後續一年營運規劃</w:t>
            </w:r>
          </w:p>
        </w:tc>
      </w:tr>
      <w:tr w:rsidR="00367BD3" w:rsidRPr="0052419B" w14:paraId="2B7C720A" w14:textId="77777777" w:rsidTr="00F95893">
        <w:trPr>
          <w:cantSplit/>
          <w:trHeight w:val="1500"/>
        </w:trPr>
        <w:tc>
          <w:tcPr>
            <w:tcW w:w="918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6EECBA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i/>
                <w:color w:val="7A8491"/>
                <w:sz w:val="24"/>
                <w:szCs w:val="24"/>
                <w:lang w:eastAsia="zh-TW"/>
              </w:rPr>
              <w:t>請說明花蓮持續營運、財務、客戶、產品、團隊、設備與風險管理規劃。</w:t>
            </w:r>
          </w:p>
        </w:tc>
      </w:tr>
    </w:tbl>
    <w:p w14:paraId="602FB4A2" w14:textId="77777777" w:rsidR="00367BD3" w:rsidRPr="0052419B" w:rsidRDefault="00367BD3" w:rsidP="00367BD3">
      <w:pPr>
        <w:keepNext/>
        <w:spacing w:before="160" w:after="100"/>
        <w:rPr>
          <w:rFonts w:ascii="標楷體" w:eastAsia="標楷體" w:hAnsi="標楷體" w:cs="標楷體"/>
          <w:sz w:val="24"/>
          <w:szCs w:val="24"/>
        </w:rPr>
      </w:pPr>
      <w:proofErr w:type="spellStart"/>
      <w:r w:rsidRPr="0052419B">
        <w:rPr>
          <w:rFonts w:ascii="標楷體" w:eastAsia="標楷體" w:hAnsi="標楷體" w:cs="標楷體"/>
          <w:b/>
          <w:color w:val="17365D"/>
          <w:sz w:val="24"/>
          <w:szCs w:val="24"/>
        </w:rPr>
        <w:t>九、成果佐證索引</w:t>
      </w:r>
      <w:proofErr w:type="spellEnd"/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607"/>
        <w:gridCol w:w="3100"/>
        <w:gridCol w:w="1800"/>
        <w:gridCol w:w="1680"/>
      </w:tblGrid>
      <w:tr w:rsidR="00367BD3" w:rsidRPr="0052419B" w14:paraId="271FD07B" w14:textId="77777777" w:rsidTr="00F27482">
        <w:trPr>
          <w:tblHeader/>
        </w:trPr>
        <w:tc>
          <w:tcPr>
            <w:tcW w:w="99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31A43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編號</w:t>
            </w:r>
            <w:proofErr w:type="spellEnd"/>
          </w:p>
        </w:tc>
        <w:tc>
          <w:tcPr>
            <w:tcW w:w="1607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76758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對應章節／指標</w:t>
            </w:r>
            <w:proofErr w:type="spellEnd"/>
          </w:p>
        </w:tc>
        <w:tc>
          <w:tcPr>
            <w:tcW w:w="31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878CD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文件或成果名稱</w:t>
            </w:r>
            <w:proofErr w:type="spellEnd"/>
          </w:p>
        </w:tc>
        <w:tc>
          <w:tcPr>
            <w:tcW w:w="18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32006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日期／頁碼</w:t>
            </w:r>
            <w:proofErr w:type="spellEnd"/>
          </w:p>
        </w:tc>
        <w:tc>
          <w:tcPr>
            <w:tcW w:w="168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47088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公開限制</w:t>
            </w:r>
            <w:proofErr w:type="spellEnd"/>
          </w:p>
        </w:tc>
      </w:tr>
      <w:tr w:rsidR="00367BD3" w:rsidRPr="0052419B" w14:paraId="61A30E80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8DCE9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附件1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3A0F8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7378A1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77B3F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701A0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61943185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7038C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附件2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3F73A0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439D97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0162DF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3B0DF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730D9BEC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3CA545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附件3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9CF56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7F1FC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F2C0F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E20CB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1F704932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23915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附件4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8C7487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5F2D7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611B6E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6630F0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393FC9EF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B4CD1F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附件5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2DDC7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6F1ED6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FEE9A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55D7A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422D2178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32B79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附件6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BA90B9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4ED3C4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1EAF69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3C4B9A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1C15CA72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69E038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附件7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CBA633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B3D4E8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FBB527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61701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6708E291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0431B6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附件8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F3D2BB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E831F1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D0B482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A99D6B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50E05A2D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E8C691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附件9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16861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23CD6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8C554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AFF1E9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3EC2CF6C" w14:textId="77777777" w:rsidTr="00F27482">
        <w:trPr>
          <w:cantSplit/>
          <w:trHeight w:val="540"/>
        </w:trPr>
        <w:tc>
          <w:tcPr>
            <w:tcW w:w="99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F044B7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附件10</w:t>
            </w:r>
          </w:p>
        </w:tc>
        <w:tc>
          <w:tcPr>
            <w:tcW w:w="160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890E8D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31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000A8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8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A14FBC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</w:tc>
        <w:tc>
          <w:tcPr>
            <w:tcW w:w="1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7CC5F3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□ 無　□ 有</w:t>
            </w:r>
          </w:p>
        </w:tc>
      </w:tr>
      <w:tr w:rsidR="00367BD3" w:rsidRPr="0052419B" w14:paraId="4E9F97BD" w14:textId="77777777" w:rsidTr="00F95893">
        <w:trPr>
          <w:cantSplit/>
        </w:trPr>
        <w:tc>
          <w:tcPr>
            <w:tcW w:w="9180" w:type="dxa"/>
            <w:gridSpan w:val="5"/>
            <w:shd w:val="clear" w:color="auto" w:fill="E8F3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D74475" w14:textId="77777777" w:rsidR="00367BD3" w:rsidRDefault="00367BD3" w:rsidP="00F95893">
            <w:pPr>
              <w:spacing w:before="20" w:after="2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結案自評：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計畫執行　/40　　□ 報告完整　/25　　□ 經費合理　/20　　</w:t>
            </w:r>
          </w:p>
          <w:p w14:paraId="5A1B77B3" w14:textId="77777777" w:rsidR="00367BD3" w:rsidRDefault="00367BD3" w:rsidP="00367BD3">
            <w:pPr>
              <w:spacing w:before="20" w:after="20"/>
              <w:ind w:firstLineChars="500" w:firstLine="12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 計畫效益　/15　　自評總分：　　　/100。</w:t>
            </w:r>
          </w:p>
          <w:p w14:paraId="529C3B66" w14:textId="6ACBFEB8" w:rsidR="00367BD3" w:rsidRPr="0052419B" w:rsidRDefault="00367BD3" w:rsidP="00367BD3">
            <w:pPr>
              <w:spacing w:before="20" w:after="20"/>
              <w:ind w:firstLineChars="500" w:firstLine="120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成果審查及撥款仍以本中心審定為準。</w:t>
            </w:r>
          </w:p>
        </w:tc>
      </w:tr>
    </w:tbl>
    <w:p w14:paraId="4C236E25" w14:textId="77777777" w:rsidR="00367BD3" w:rsidRPr="0052419B" w:rsidRDefault="00367BD3" w:rsidP="00367BD3">
      <w:pPr>
        <w:keepNext/>
        <w:spacing w:after="0" w:line="240" w:lineRule="auto"/>
        <w:rPr>
          <w:rFonts w:ascii="標楷體" w:eastAsia="標楷體" w:hAnsi="標楷體" w:cs="標楷體"/>
          <w:sz w:val="24"/>
          <w:szCs w:val="24"/>
          <w:lang w:eastAsia="zh-TW"/>
        </w:rPr>
      </w:pPr>
    </w:p>
    <w:tbl>
      <w:tblPr>
        <w:tblW w:w="9180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3000"/>
        <w:gridCol w:w="1312"/>
        <w:gridCol w:w="3368"/>
      </w:tblGrid>
      <w:tr w:rsidR="00367BD3" w:rsidRPr="0052419B" w14:paraId="09538032" w14:textId="77777777" w:rsidTr="00367BD3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456CE4" w14:textId="77777777" w:rsidR="00367BD3" w:rsidRPr="0052419B" w:rsidRDefault="00367BD3" w:rsidP="00F95893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受補助事業負責人簽章</w:t>
            </w:r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6F2C70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0894B6" w14:textId="77777777" w:rsidR="00367BD3" w:rsidRPr="0052419B" w:rsidRDefault="00367BD3" w:rsidP="00F95893">
            <w:pPr>
              <w:keepNext/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3DE3A8" w14:textId="77777777" w:rsidR="00367BD3" w:rsidRPr="0052419B" w:rsidRDefault="00367BD3" w:rsidP="00F95893">
            <w:pPr>
              <w:keepNext/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　　年　　月　　日</w:t>
            </w:r>
          </w:p>
        </w:tc>
      </w:tr>
      <w:tr w:rsidR="00367BD3" w:rsidRPr="0052419B" w14:paraId="410E3A6D" w14:textId="77777777" w:rsidTr="00367BD3">
        <w:trPr>
          <w:cantSplit/>
          <w:trHeight w:val="600"/>
        </w:trPr>
        <w:tc>
          <w:tcPr>
            <w:tcW w:w="1500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69C1AC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0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37D692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  <w:tc>
          <w:tcPr>
            <w:tcW w:w="131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2F9F3D" w14:textId="77777777" w:rsidR="00367BD3" w:rsidRPr="0052419B" w:rsidRDefault="00367BD3" w:rsidP="00F9589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電子郵件</w:t>
            </w:r>
            <w:proofErr w:type="spellEnd"/>
          </w:p>
        </w:tc>
        <w:tc>
          <w:tcPr>
            <w:tcW w:w="33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FCDF45" w14:textId="77777777" w:rsidR="00367BD3" w:rsidRPr="0052419B" w:rsidRDefault="00367BD3" w:rsidP="00F9589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　　　　　　　　</w:t>
            </w:r>
          </w:p>
        </w:tc>
      </w:tr>
    </w:tbl>
    <w:p w14:paraId="59E431B3" w14:textId="77777777" w:rsidR="00367BD3" w:rsidRPr="0052419B" w:rsidRDefault="00367BD3" w:rsidP="00367BD3">
      <w:pPr>
        <w:rPr>
          <w:rFonts w:ascii="標楷體" w:eastAsia="標楷體" w:hAnsi="標楷體" w:cs="標楷體"/>
          <w:sz w:val="24"/>
          <w:szCs w:val="24"/>
        </w:rPr>
      </w:pPr>
    </w:p>
    <w:p w14:paraId="5E6D8034" w14:textId="421D1BFF" w:rsidR="00367BD3" w:rsidRPr="0052419B" w:rsidRDefault="00367BD3" w:rsidP="00367BD3">
      <w:pPr>
        <w:spacing w:after="0"/>
        <w:rPr>
          <w:rFonts w:ascii="標楷體" w:eastAsia="標楷體" w:hAnsi="標楷體" w:cs="標楷體"/>
          <w:sz w:val="24"/>
          <w:szCs w:val="24"/>
        </w:rPr>
      </w:pPr>
    </w:p>
    <w:p w14:paraId="01E9199B" w14:textId="77777777" w:rsidR="00674861" w:rsidRPr="0052419B" w:rsidRDefault="00674861">
      <w:pPr>
        <w:spacing w:after="60"/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687FCCA" w14:textId="77777777" w:rsidR="00674861" w:rsidRPr="0052419B" w:rsidRDefault="000E66B6">
      <w:pPr>
        <w:spacing w:after="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sz w:val="24"/>
          <w:szCs w:val="24"/>
          <w:lang w:eastAsia="zh-TW"/>
        </w:rPr>
        <w:br w:type="page"/>
      </w:r>
    </w:p>
    <w:p w14:paraId="09F9B50B" w14:textId="77777777" w:rsidR="00674861" w:rsidRPr="0052419B" w:rsidRDefault="000E66B6">
      <w:pPr>
        <w:spacing w:after="140"/>
        <w:rPr>
          <w:rFonts w:ascii="標楷體" w:eastAsia="標楷體" w:hAnsi="標楷體" w:cs="標楷體"/>
          <w:sz w:val="24"/>
          <w:szCs w:val="24"/>
          <w:lang w:eastAsia="zh-TW"/>
        </w:rPr>
      </w:pPr>
      <w:r w:rsidRPr="0052419B">
        <w:rPr>
          <w:rFonts w:ascii="標楷體" w:eastAsia="標楷體" w:hAnsi="標楷體" w:cs="標楷體"/>
          <w:b/>
          <w:color w:val="1F4E78"/>
          <w:sz w:val="24"/>
          <w:szCs w:val="24"/>
          <w:lang w:eastAsia="zh-TW"/>
        </w:rPr>
        <w:lastRenderedPageBreak/>
        <w:t>C-01</w:t>
      </w:r>
      <w:r w:rsidRPr="0052419B">
        <w:rPr>
          <w:rFonts w:ascii="標楷體" w:eastAsia="標楷體" w:hAnsi="標楷體" w:cs="標楷體"/>
          <w:b/>
          <w:color w:val="1F4E78"/>
          <w:sz w:val="24"/>
          <w:szCs w:val="24"/>
          <w:lang w:eastAsia="zh-TW"/>
        </w:rPr>
        <w:t xml:space="preserve">　結案成果報告書｜里程碑與績效</w:t>
      </w:r>
    </w:p>
    <w:tbl>
      <w:tblPr>
        <w:tblW w:w="9422" w:type="dxa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872"/>
        <w:gridCol w:w="462"/>
        <w:gridCol w:w="873"/>
        <w:gridCol w:w="872"/>
        <w:gridCol w:w="1108"/>
        <w:gridCol w:w="944"/>
        <w:gridCol w:w="441"/>
        <w:gridCol w:w="1406"/>
        <w:gridCol w:w="1931"/>
      </w:tblGrid>
      <w:tr w:rsidR="00367BD3" w:rsidRPr="0052419B" w14:paraId="4C31D7CD" w14:textId="77777777" w:rsidTr="001A6881">
        <w:trPr>
          <w:cantSplit/>
          <w:trHeight w:val="766"/>
        </w:trPr>
        <w:tc>
          <w:tcPr>
            <w:tcW w:w="1385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A32171" w14:textId="67D1A508" w:rsidR="00367BD3" w:rsidRPr="0052419B" w:rsidRDefault="00367BD3" w:rsidP="00367BD3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計畫名稱</w:t>
            </w:r>
            <w:proofErr w:type="spellEnd"/>
          </w:p>
        </w:tc>
        <w:tc>
          <w:tcPr>
            <w:tcW w:w="8037" w:type="dxa"/>
            <w:gridSpan w:val="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660BF" w14:textId="7777777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  <w:proofErr w:type="spellEnd"/>
          </w:p>
          <w:p w14:paraId="6D7F6AD1" w14:textId="5D1A7ED7" w:rsidR="00367BD3" w:rsidRPr="0052419B" w:rsidRDefault="00367BD3" w:rsidP="00367BD3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74861" w:rsidRPr="0052419B" w14:paraId="6A4941D7" w14:textId="77777777" w:rsidTr="001A6881">
        <w:trPr>
          <w:cantSplit/>
          <w:trHeight w:val="766"/>
        </w:trPr>
        <w:tc>
          <w:tcPr>
            <w:tcW w:w="1385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30A15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申請組別</w:t>
            </w:r>
            <w:proofErr w:type="spellEnd"/>
          </w:p>
        </w:tc>
        <w:tc>
          <w:tcPr>
            <w:tcW w:w="3315" w:type="dxa"/>
            <w:gridSpan w:val="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C0F265" w14:textId="77777777" w:rsidR="00367BD3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新創設立組　</w:t>
            </w:r>
          </w:p>
          <w:p w14:paraId="77A9BC6C" w14:textId="5C80D6E5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□ 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創業發展組</w:t>
            </w:r>
          </w:p>
        </w:tc>
        <w:tc>
          <w:tcPr>
            <w:tcW w:w="1385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AE822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申請人／事業</w:t>
            </w:r>
            <w:proofErr w:type="spellEnd"/>
          </w:p>
        </w:tc>
        <w:tc>
          <w:tcPr>
            <w:tcW w:w="3336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C4FDC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</w:tr>
      <w:tr w:rsidR="00674861" w:rsidRPr="0052419B" w14:paraId="56CE128B" w14:textId="77777777" w:rsidTr="001A6881">
        <w:trPr>
          <w:trHeight w:val="766"/>
          <w:tblHeader/>
        </w:trPr>
        <w:tc>
          <w:tcPr>
            <w:tcW w:w="513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6FC0E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項次</w:t>
            </w:r>
          </w:p>
        </w:tc>
        <w:tc>
          <w:tcPr>
            <w:tcW w:w="1334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492C8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里程碑</w:t>
            </w:r>
          </w:p>
        </w:tc>
        <w:tc>
          <w:tcPr>
            <w:tcW w:w="87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3ED8A4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核定權重</w:t>
            </w:r>
          </w:p>
        </w:tc>
        <w:tc>
          <w:tcPr>
            <w:tcW w:w="872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09E6F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完成比例</w:t>
            </w:r>
          </w:p>
        </w:tc>
        <w:tc>
          <w:tcPr>
            <w:tcW w:w="2052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F68D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實際成果</w:t>
            </w:r>
          </w:p>
        </w:tc>
        <w:tc>
          <w:tcPr>
            <w:tcW w:w="1847" w:type="dxa"/>
            <w:gridSpan w:val="2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955C97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佐證編號</w:t>
            </w:r>
          </w:p>
        </w:tc>
        <w:tc>
          <w:tcPr>
            <w:tcW w:w="1929" w:type="dxa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DE31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</w:rPr>
              <w:t>本中心認定</w:t>
            </w:r>
          </w:p>
        </w:tc>
      </w:tr>
      <w:tr w:rsidR="00674861" w:rsidRPr="0052419B" w14:paraId="54D152C5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AA3DE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14C35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96E24F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74B44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352837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549BB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05A7BC" w14:textId="77777777" w:rsidR="007E213F" w:rsidRDefault="000E66B6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7B15146C" w14:textId="77777777" w:rsidR="007E213F" w:rsidRDefault="000E66B6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14E5F414" w14:textId="5203E92C" w:rsidR="00674861" w:rsidRPr="0052419B" w:rsidRDefault="000E66B6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05B50EA3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612F8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6A01DA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D5C291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95FB4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D4F0DC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29189E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D03F0E" w14:textId="77777777" w:rsidR="007E213F" w:rsidRDefault="000E66B6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0102C3DB" w14:textId="77777777" w:rsidR="007E213F" w:rsidRDefault="000E66B6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2BA22012" w14:textId="4B25B7A3" w:rsidR="00674861" w:rsidRPr="0052419B" w:rsidRDefault="000E66B6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4DAEC818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FF2A4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04CB7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FD80FE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A9366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5851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CFF02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878634" w14:textId="77777777" w:rsidR="007E213F" w:rsidRDefault="000E66B6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7E974E57" w14:textId="77777777" w:rsidR="007E213F" w:rsidRDefault="000E66B6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693C69AC" w14:textId="789B72FD" w:rsidR="00674861" w:rsidRPr="0052419B" w:rsidRDefault="000E66B6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5A018608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3F2E0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61000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3085B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86ED1C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434262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568324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02B341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7CA397B5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75F1D83D" w14:textId="2AFFE574" w:rsidR="00674861" w:rsidRPr="0052419B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618429F9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7FD41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F7975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5FEE2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BFFDDD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AF85B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967248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B7E737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662E2283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69AB08F9" w14:textId="12EEED69" w:rsidR="00674861" w:rsidRPr="0052419B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54A20E56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4B166B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A7BBFF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E3F729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DAB5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F34BCD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AFC279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E7F4BE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46A51D13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14C49558" w14:textId="47594C13" w:rsidR="00674861" w:rsidRPr="0052419B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453B1D4E" w14:textId="77777777" w:rsidTr="001A6881">
        <w:trPr>
          <w:cantSplit/>
          <w:trHeight w:val="864"/>
        </w:trPr>
        <w:tc>
          <w:tcPr>
            <w:tcW w:w="5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0CCA03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1334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AECDF3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1FBC98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92DA7A" w14:textId="77777777" w:rsidR="00674861" w:rsidRPr="0052419B" w:rsidRDefault="000E66B6">
            <w:pPr>
              <w:spacing w:after="0" w:line="269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%</w:t>
            </w:r>
          </w:p>
        </w:tc>
        <w:tc>
          <w:tcPr>
            <w:tcW w:w="2052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D44A31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84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2F2BC5" w14:textId="77777777" w:rsidR="00674861" w:rsidRPr="0052419B" w:rsidRDefault="000E66B6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color w:val="7A8491"/>
                <w:sz w:val="24"/>
                <w:szCs w:val="24"/>
              </w:rPr>
              <w:t>請填寫</w:t>
            </w:r>
          </w:p>
        </w:tc>
        <w:tc>
          <w:tcPr>
            <w:tcW w:w="192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BBFF00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完成</w:t>
            </w:r>
            <w:proofErr w:type="spellEnd"/>
          </w:p>
          <w:p w14:paraId="5E32605D" w14:textId="77777777" w:rsidR="007E213F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部分</w:t>
            </w:r>
            <w:proofErr w:type="spellEnd"/>
          </w:p>
          <w:p w14:paraId="79AEE2AE" w14:textId="4DA7C6EC" w:rsidR="00674861" w:rsidRPr="0052419B" w:rsidRDefault="007E213F" w:rsidP="007E213F">
            <w:pPr>
              <w:spacing w:after="0" w:line="269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 xml:space="preserve">□ </w:t>
            </w:r>
            <w:proofErr w:type="spellStart"/>
            <w:r w:rsidRPr="0052419B">
              <w:rPr>
                <w:rFonts w:ascii="標楷體" w:eastAsia="標楷體" w:hAnsi="標楷體" w:cs="標楷體"/>
                <w:sz w:val="24"/>
                <w:szCs w:val="24"/>
              </w:rPr>
              <w:t>未完成</w:t>
            </w:r>
            <w:proofErr w:type="spellEnd"/>
          </w:p>
        </w:tc>
      </w:tr>
      <w:tr w:rsidR="00674861" w:rsidRPr="0052419B" w14:paraId="361527E7" w14:textId="77777777" w:rsidTr="001A6881">
        <w:trPr>
          <w:cantSplit/>
          <w:trHeight w:val="766"/>
        </w:trPr>
        <w:tc>
          <w:tcPr>
            <w:tcW w:w="2720" w:type="dxa"/>
            <w:gridSpan w:val="4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1BC7DE" w14:textId="77777777" w:rsidR="007E213F" w:rsidRDefault="000E66B6" w:rsidP="007E213F">
            <w:pPr>
              <w:spacing w:after="0" w:line="269" w:lineRule="auto"/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加權完成比例／</w:t>
            </w:r>
          </w:p>
          <w:p w14:paraId="07E008FD" w14:textId="4165F95A" w:rsidR="00674861" w:rsidRPr="0052419B" w:rsidRDefault="000E66B6" w:rsidP="007E213F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52419B">
              <w:rPr>
                <w:rFonts w:ascii="標楷體" w:eastAsia="標楷體" w:hAnsi="標楷體" w:cs="標楷體"/>
                <w:b/>
                <w:color w:val="17365D"/>
                <w:sz w:val="24"/>
                <w:szCs w:val="24"/>
                <w:lang w:eastAsia="zh-TW"/>
              </w:rPr>
              <w:t>結案認列</w:t>
            </w:r>
          </w:p>
        </w:tc>
        <w:tc>
          <w:tcPr>
            <w:tcW w:w="87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C5889C" w14:textId="77777777" w:rsidR="00674861" w:rsidRPr="0052419B" w:rsidRDefault="000E66B6" w:rsidP="007E213F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 xml:space="preserve">　</w:t>
            </w:r>
            <w:r w:rsidRPr="0052419B">
              <w:rPr>
                <w:rFonts w:ascii="標楷體" w:eastAsia="標楷體" w:hAnsi="標楷體" w:cs="標楷體"/>
                <w:b/>
                <w:sz w:val="24"/>
                <w:szCs w:val="24"/>
              </w:rPr>
              <w:t>%</w:t>
            </w:r>
          </w:p>
        </w:tc>
        <w:tc>
          <w:tcPr>
            <w:tcW w:w="5830" w:type="dxa"/>
            <w:gridSpan w:val="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169314" w14:textId="6E2F9D60" w:rsidR="00674861" w:rsidRPr="0052419B" w:rsidRDefault="007E213F">
            <w:pPr>
              <w:spacing w:after="0" w:line="269" w:lineRule="auto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</w:t>
            </w:r>
            <w:r w:rsidRPr="0052419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填寫：　　　　　　　　　　　</w:t>
            </w:r>
          </w:p>
        </w:tc>
      </w:tr>
    </w:tbl>
    <w:p w14:paraId="60B82B64" w14:textId="77777777" w:rsidR="00D54FC8" w:rsidRPr="0052419B" w:rsidRDefault="00D54FC8" w:rsidP="00367BD3">
      <w:pPr>
        <w:keepNext/>
        <w:spacing w:after="100"/>
        <w:rPr>
          <w:rFonts w:ascii="標楷體" w:eastAsia="標楷體" w:hAnsi="標楷體" w:cs="標楷體"/>
          <w:sz w:val="24"/>
          <w:szCs w:val="24"/>
          <w:lang w:eastAsia="zh-TW"/>
        </w:rPr>
      </w:pPr>
    </w:p>
    <w:sectPr w:rsidR="00D54FC8" w:rsidRPr="0052419B" w:rsidSect="0052419B">
      <w:footerReference w:type="default" r:id="rId8"/>
      <w:pgSz w:w="11906" w:h="16838"/>
      <w:pgMar w:top="1134" w:right="1134" w:bottom="1134" w:left="1134" w:header="709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340AB" w14:textId="77777777" w:rsidR="00046768" w:rsidRDefault="00046768">
      <w:pPr>
        <w:spacing w:after="0" w:line="240" w:lineRule="auto"/>
      </w:pPr>
      <w:r>
        <w:separator/>
      </w:r>
    </w:p>
  </w:endnote>
  <w:endnote w:type="continuationSeparator" w:id="0">
    <w:p w14:paraId="26F46378" w14:textId="77777777" w:rsidR="00046768" w:rsidRDefault="0004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C1282" w14:textId="77777777" w:rsidR="00674861" w:rsidRDefault="000E66B6">
    <w:pPr>
      <w:pStyle w:val="a7"/>
      <w:jc w:val="center"/>
    </w:pPr>
    <w:r>
      <w:rPr>
        <w:rFonts w:cs="Calibri"/>
        <w:color w:val="5F6B7A"/>
        <w:sz w:val="17"/>
      </w:rPr>
      <w:t xml:space="preserve">— </w:t>
    </w:r>
    <w:r>
      <w:rPr>
        <w:rFonts w:cs="Calibri"/>
        <w:color w:val="5F6B7A"/>
        <w:sz w:val="17"/>
      </w:rPr>
      <w:fldChar w:fldCharType="begin"/>
    </w:r>
    <w:r>
      <w:rPr>
        <w:rFonts w:cs="Calibri"/>
        <w:color w:val="5F6B7A"/>
        <w:sz w:val="17"/>
      </w:rPr>
      <w:instrText>PAGE</w:instrText>
    </w:r>
    <w:r>
      <w:rPr>
        <w:rFonts w:cs="Calibri"/>
        <w:color w:val="5F6B7A"/>
        <w:sz w:val="17"/>
      </w:rPr>
      <w:fldChar w:fldCharType="separate"/>
    </w:r>
    <w:r>
      <w:rPr>
        <w:rFonts w:cs="Calibri"/>
        <w:color w:val="5F6B7A"/>
        <w:sz w:val="17"/>
      </w:rPr>
      <w:t>1</w:t>
    </w:r>
    <w:r>
      <w:rPr>
        <w:rFonts w:cs="Calibri"/>
        <w:color w:val="5F6B7A"/>
        <w:sz w:val="17"/>
      </w:rPr>
      <w:fldChar w:fldCharType="end"/>
    </w:r>
    <w:r>
      <w:rPr>
        <w:rFonts w:cs="Calibri"/>
        <w:color w:val="5F6B7A"/>
        <w:sz w:val="17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3D02A" w14:textId="77777777" w:rsidR="00046768" w:rsidRDefault="00046768">
      <w:pPr>
        <w:spacing w:after="0" w:line="240" w:lineRule="auto"/>
      </w:pPr>
      <w:r>
        <w:separator/>
      </w:r>
    </w:p>
  </w:footnote>
  <w:footnote w:type="continuationSeparator" w:id="0">
    <w:p w14:paraId="0294D984" w14:textId="77777777" w:rsidR="00046768" w:rsidRDefault="00046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82279FA"/>
    <w:multiLevelType w:val="hybridMultilevel"/>
    <w:tmpl w:val="76FC28B8"/>
    <w:lvl w:ilvl="0" w:tplc="A0184942">
      <w:start w:val="1"/>
      <w:numFmt w:val="chineseCountingThousand"/>
      <w:lvlText w:val="%1、"/>
      <w:lvlJc w:val="left"/>
      <w:pPr>
        <w:ind w:left="700" w:hanging="537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27"/>
        <w:w w:val="100"/>
        <w:sz w:val="26"/>
        <w:szCs w:val="26"/>
        <w:lang w:val="en-US" w:eastAsia="zh-TW" w:bidi="ar-SA"/>
      </w:rPr>
    </w:lvl>
    <w:lvl w:ilvl="1" w:tplc="F6E66CBC">
      <w:start w:val="1"/>
      <w:numFmt w:val="chineseCountingThousand"/>
      <w:lvlText w:val="(%2)"/>
      <w:lvlJc w:val="left"/>
      <w:pPr>
        <w:ind w:left="1300" w:hanging="5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8"/>
        <w:szCs w:val="28"/>
        <w:lang w:val="en-US" w:eastAsia="zh-TW" w:bidi="ar-SA"/>
      </w:rPr>
    </w:lvl>
    <w:lvl w:ilvl="2" w:tplc="E2B84B28">
      <w:numFmt w:val="bullet"/>
      <w:lvlText w:val="•"/>
      <w:lvlJc w:val="left"/>
      <w:pPr>
        <w:ind w:left="2258" w:hanging="560"/>
      </w:pPr>
      <w:rPr>
        <w:rFonts w:hint="default"/>
        <w:lang w:val="en-US" w:eastAsia="zh-TW" w:bidi="ar-SA"/>
      </w:rPr>
    </w:lvl>
    <w:lvl w:ilvl="3" w:tplc="9558F4A8">
      <w:numFmt w:val="bullet"/>
      <w:lvlText w:val="•"/>
      <w:lvlJc w:val="left"/>
      <w:pPr>
        <w:ind w:left="3216" w:hanging="560"/>
      </w:pPr>
      <w:rPr>
        <w:rFonts w:hint="default"/>
        <w:lang w:val="en-US" w:eastAsia="zh-TW" w:bidi="ar-SA"/>
      </w:rPr>
    </w:lvl>
    <w:lvl w:ilvl="4" w:tplc="5226D956">
      <w:numFmt w:val="bullet"/>
      <w:lvlText w:val="•"/>
      <w:lvlJc w:val="left"/>
      <w:pPr>
        <w:ind w:left="4174" w:hanging="560"/>
      </w:pPr>
      <w:rPr>
        <w:rFonts w:hint="default"/>
        <w:lang w:val="en-US" w:eastAsia="zh-TW" w:bidi="ar-SA"/>
      </w:rPr>
    </w:lvl>
    <w:lvl w:ilvl="5" w:tplc="38B01B76">
      <w:numFmt w:val="bullet"/>
      <w:lvlText w:val="•"/>
      <w:lvlJc w:val="left"/>
      <w:pPr>
        <w:ind w:left="5132" w:hanging="560"/>
      </w:pPr>
      <w:rPr>
        <w:rFonts w:hint="default"/>
        <w:lang w:val="en-US" w:eastAsia="zh-TW" w:bidi="ar-SA"/>
      </w:rPr>
    </w:lvl>
    <w:lvl w:ilvl="6" w:tplc="D23CF098">
      <w:numFmt w:val="bullet"/>
      <w:lvlText w:val="•"/>
      <w:lvlJc w:val="left"/>
      <w:pPr>
        <w:ind w:left="6090" w:hanging="560"/>
      </w:pPr>
      <w:rPr>
        <w:rFonts w:hint="default"/>
        <w:lang w:val="en-US" w:eastAsia="zh-TW" w:bidi="ar-SA"/>
      </w:rPr>
    </w:lvl>
    <w:lvl w:ilvl="7" w:tplc="AC0A6584">
      <w:numFmt w:val="bullet"/>
      <w:lvlText w:val="•"/>
      <w:lvlJc w:val="left"/>
      <w:pPr>
        <w:ind w:left="7048" w:hanging="560"/>
      </w:pPr>
      <w:rPr>
        <w:rFonts w:hint="default"/>
        <w:lang w:val="en-US" w:eastAsia="zh-TW" w:bidi="ar-SA"/>
      </w:rPr>
    </w:lvl>
    <w:lvl w:ilvl="8" w:tplc="E3223BEC">
      <w:numFmt w:val="bullet"/>
      <w:lvlText w:val="•"/>
      <w:lvlJc w:val="left"/>
      <w:pPr>
        <w:ind w:left="8006" w:hanging="560"/>
      </w:pPr>
      <w:rPr>
        <w:rFonts w:hint="default"/>
        <w:lang w:val="en-US" w:eastAsia="zh-TW" w:bidi="ar-SA"/>
      </w:rPr>
    </w:lvl>
  </w:abstractNum>
  <w:abstractNum w:abstractNumId="10" w15:restartNumberingAfterBreak="0">
    <w:nsid w:val="323269C2"/>
    <w:multiLevelType w:val="hybridMultilevel"/>
    <w:tmpl w:val="02502FD8"/>
    <w:lvl w:ilvl="0" w:tplc="BD2E2438">
      <w:start w:val="2"/>
      <w:numFmt w:val="decimal"/>
      <w:lvlText w:val="%1."/>
      <w:lvlJc w:val="left"/>
      <w:pPr>
        <w:ind w:left="59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en-US" w:eastAsia="zh-TW" w:bidi="ar-SA"/>
      </w:rPr>
    </w:lvl>
    <w:lvl w:ilvl="1" w:tplc="D5A49EA2">
      <w:numFmt w:val="bullet"/>
      <w:lvlText w:val="•"/>
      <w:lvlJc w:val="left"/>
      <w:pPr>
        <w:ind w:left="1390" w:hanging="152"/>
      </w:pPr>
      <w:rPr>
        <w:rFonts w:hint="default"/>
        <w:lang w:val="en-US" w:eastAsia="zh-TW" w:bidi="ar-SA"/>
      </w:rPr>
    </w:lvl>
    <w:lvl w:ilvl="2" w:tplc="34564EA6">
      <w:numFmt w:val="bullet"/>
      <w:lvlText w:val="•"/>
      <w:lvlJc w:val="left"/>
      <w:pPr>
        <w:ind w:left="2181" w:hanging="152"/>
      </w:pPr>
      <w:rPr>
        <w:rFonts w:hint="default"/>
        <w:lang w:val="en-US" w:eastAsia="zh-TW" w:bidi="ar-SA"/>
      </w:rPr>
    </w:lvl>
    <w:lvl w:ilvl="3" w:tplc="C012EF68">
      <w:numFmt w:val="bullet"/>
      <w:lvlText w:val="•"/>
      <w:lvlJc w:val="left"/>
      <w:pPr>
        <w:ind w:left="2971" w:hanging="152"/>
      </w:pPr>
      <w:rPr>
        <w:rFonts w:hint="default"/>
        <w:lang w:val="en-US" w:eastAsia="zh-TW" w:bidi="ar-SA"/>
      </w:rPr>
    </w:lvl>
    <w:lvl w:ilvl="4" w:tplc="F246EDCC">
      <w:numFmt w:val="bullet"/>
      <w:lvlText w:val="•"/>
      <w:lvlJc w:val="left"/>
      <w:pPr>
        <w:ind w:left="3762" w:hanging="152"/>
      </w:pPr>
      <w:rPr>
        <w:rFonts w:hint="default"/>
        <w:lang w:val="en-US" w:eastAsia="zh-TW" w:bidi="ar-SA"/>
      </w:rPr>
    </w:lvl>
    <w:lvl w:ilvl="5" w:tplc="307ED10A">
      <w:numFmt w:val="bullet"/>
      <w:lvlText w:val="•"/>
      <w:lvlJc w:val="left"/>
      <w:pPr>
        <w:ind w:left="4553" w:hanging="152"/>
      </w:pPr>
      <w:rPr>
        <w:rFonts w:hint="default"/>
        <w:lang w:val="en-US" w:eastAsia="zh-TW" w:bidi="ar-SA"/>
      </w:rPr>
    </w:lvl>
    <w:lvl w:ilvl="6" w:tplc="F490FA7C">
      <w:numFmt w:val="bullet"/>
      <w:lvlText w:val="•"/>
      <w:lvlJc w:val="left"/>
      <w:pPr>
        <w:ind w:left="5343" w:hanging="152"/>
      </w:pPr>
      <w:rPr>
        <w:rFonts w:hint="default"/>
        <w:lang w:val="en-US" w:eastAsia="zh-TW" w:bidi="ar-SA"/>
      </w:rPr>
    </w:lvl>
    <w:lvl w:ilvl="7" w:tplc="EAC643AE">
      <w:numFmt w:val="bullet"/>
      <w:lvlText w:val="•"/>
      <w:lvlJc w:val="left"/>
      <w:pPr>
        <w:ind w:left="6134" w:hanging="152"/>
      </w:pPr>
      <w:rPr>
        <w:rFonts w:hint="default"/>
        <w:lang w:val="en-US" w:eastAsia="zh-TW" w:bidi="ar-SA"/>
      </w:rPr>
    </w:lvl>
    <w:lvl w:ilvl="8" w:tplc="FE0CD9BE">
      <w:numFmt w:val="bullet"/>
      <w:lvlText w:val="•"/>
      <w:lvlJc w:val="left"/>
      <w:pPr>
        <w:ind w:left="6925" w:hanging="152"/>
      </w:pPr>
      <w:rPr>
        <w:rFonts w:hint="default"/>
        <w:lang w:val="en-US" w:eastAsia="zh-TW" w:bidi="ar-SA"/>
      </w:rPr>
    </w:lvl>
  </w:abstractNum>
  <w:abstractNum w:abstractNumId="11" w15:restartNumberingAfterBreak="0">
    <w:nsid w:val="55DB6AB9"/>
    <w:multiLevelType w:val="hybridMultilevel"/>
    <w:tmpl w:val="A04AA822"/>
    <w:lvl w:ilvl="0" w:tplc="A7E21714">
      <w:start w:val="1"/>
      <w:numFmt w:val="chineseCountingThousand"/>
      <w:lvlText w:val="%1、"/>
      <w:lvlJc w:val="left"/>
      <w:pPr>
        <w:ind w:left="703" w:hanging="563"/>
        <w:jc w:val="left"/>
      </w:pPr>
      <w:rPr>
        <w:rFonts w:ascii="標楷體" w:eastAsia="標楷體" w:hAnsi="標楷體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53C0E16">
      <w:numFmt w:val="bullet"/>
      <w:lvlText w:val="•"/>
      <w:lvlJc w:val="left"/>
      <w:pPr>
        <w:ind w:left="1622" w:hanging="563"/>
      </w:pPr>
      <w:rPr>
        <w:rFonts w:hint="default"/>
        <w:lang w:val="en-US" w:eastAsia="zh-TW" w:bidi="ar-SA"/>
      </w:rPr>
    </w:lvl>
    <w:lvl w:ilvl="2" w:tplc="A8E029FA">
      <w:numFmt w:val="bullet"/>
      <w:lvlText w:val="•"/>
      <w:lvlJc w:val="left"/>
      <w:pPr>
        <w:ind w:left="2544" w:hanging="563"/>
      </w:pPr>
      <w:rPr>
        <w:rFonts w:hint="default"/>
        <w:lang w:val="en-US" w:eastAsia="zh-TW" w:bidi="ar-SA"/>
      </w:rPr>
    </w:lvl>
    <w:lvl w:ilvl="3" w:tplc="AB928896">
      <w:numFmt w:val="bullet"/>
      <w:lvlText w:val="•"/>
      <w:lvlJc w:val="left"/>
      <w:pPr>
        <w:ind w:left="3466" w:hanging="563"/>
      </w:pPr>
      <w:rPr>
        <w:rFonts w:hint="default"/>
        <w:lang w:val="en-US" w:eastAsia="zh-TW" w:bidi="ar-SA"/>
      </w:rPr>
    </w:lvl>
    <w:lvl w:ilvl="4" w:tplc="7D849066">
      <w:numFmt w:val="bullet"/>
      <w:lvlText w:val="•"/>
      <w:lvlJc w:val="left"/>
      <w:pPr>
        <w:ind w:left="4388" w:hanging="563"/>
      </w:pPr>
      <w:rPr>
        <w:rFonts w:hint="default"/>
        <w:lang w:val="en-US" w:eastAsia="zh-TW" w:bidi="ar-SA"/>
      </w:rPr>
    </w:lvl>
    <w:lvl w:ilvl="5" w:tplc="1DD0FDEE">
      <w:numFmt w:val="bullet"/>
      <w:lvlText w:val="•"/>
      <w:lvlJc w:val="left"/>
      <w:pPr>
        <w:ind w:left="5311" w:hanging="563"/>
      </w:pPr>
      <w:rPr>
        <w:rFonts w:hint="default"/>
        <w:lang w:val="en-US" w:eastAsia="zh-TW" w:bidi="ar-SA"/>
      </w:rPr>
    </w:lvl>
    <w:lvl w:ilvl="6" w:tplc="31C84F4A">
      <w:numFmt w:val="bullet"/>
      <w:lvlText w:val="•"/>
      <w:lvlJc w:val="left"/>
      <w:pPr>
        <w:ind w:left="6233" w:hanging="563"/>
      </w:pPr>
      <w:rPr>
        <w:rFonts w:hint="default"/>
        <w:lang w:val="en-US" w:eastAsia="zh-TW" w:bidi="ar-SA"/>
      </w:rPr>
    </w:lvl>
    <w:lvl w:ilvl="7" w:tplc="5C8A9840">
      <w:numFmt w:val="bullet"/>
      <w:lvlText w:val="•"/>
      <w:lvlJc w:val="left"/>
      <w:pPr>
        <w:ind w:left="7155" w:hanging="563"/>
      </w:pPr>
      <w:rPr>
        <w:rFonts w:hint="default"/>
        <w:lang w:val="en-US" w:eastAsia="zh-TW" w:bidi="ar-SA"/>
      </w:rPr>
    </w:lvl>
    <w:lvl w:ilvl="8" w:tplc="7884F992">
      <w:numFmt w:val="bullet"/>
      <w:lvlText w:val="•"/>
      <w:lvlJc w:val="left"/>
      <w:pPr>
        <w:ind w:left="8077" w:hanging="563"/>
      </w:pPr>
      <w:rPr>
        <w:rFonts w:hint="default"/>
        <w:lang w:val="en-US" w:eastAsia="zh-TW" w:bidi="ar-SA"/>
      </w:rPr>
    </w:lvl>
  </w:abstractNum>
  <w:abstractNum w:abstractNumId="12" w15:restartNumberingAfterBreak="0">
    <w:nsid w:val="6DBF0CCC"/>
    <w:multiLevelType w:val="hybridMultilevel"/>
    <w:tmpl w:val="56404A3E"/>
    <w:lvl w:ilvl="0" w:tplc="2FF06A3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微軟正黑體" w:hint="default"/>
        <w:b w:val="0"/>
        <w:bCs w:val="0"/>
        <w:i w:val="0"/>
        <w:iCs w:val="0"/>
        <w:spacing w:val="0"/>
        <w:w w:val="85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8614747">
    <w:abstractNumId w:val="8"/>
  </w:num>
  <w:num w:numId="2" w16cid:durableId="319164367">
    <w:abstractNumId w:val="6"/>
  </w:num>
  <w:num w:numId="3" w16cid:durableId="1560701163">
    <w:abstractNumId w:val="5"/>
  </w:num>
  <w:num w:numId="4" w16cid:durableId="666590590">
    <w:abstractNumId w:val="4"/>
  </w:num>
  <w:num w:numId="5" w16cid:durableId="727266733">
    <w:abstractNumId w:val="7"/>
  </w:num>
  <w:num w:numId="6" w16cid:durableId="810562891">
    <w:abstractNumId w:val="3"/>
  </w:num>
  <w:num w:numId="7" w16cid:durableId="649361180">
    <w:abstractNumId w:val="2"/>
  </w:num>
  <w:num w:numId="8" w16cid:durableId="25299282">
    <w:abstractNumId w:val="1"/>
  </w:num>
  <w:num w:numId="9" w16cid:durableId="356975747">
    <w:abstractNumId w:val="0"/>
  </w:num>
  <w:num w:numId="10" w16cid:durableId="1348094766">
    <w:abstractNumId w:val="12"/>
  </w:num>
  <w:num w:numId="11" w16cid:durableId="1352142581">
    <w:abstractNumId w:val="11"/>
  </w:num>
  <w:num w:numId="12" w16cid:durableId="42145137">
    <w:abstractNumId w:val="9"/>
  </w:num>
  <w:num w:numId="13" w16cid:durableId="211114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F0C"/>
    <w:rsid w:val="00034616"/>
    <w:rsid w:val="00046768"/>
    <w:rsid w:val="0006063C"/>
    <w:rsid w:val="000E66B6"/>
    <w:rsid w:val="0015074B"/>
    <w:rsid w:val="001629F5"/>
    <w:rsid w:val="001A6881"/>
    <w:rsid w:val="0029639D"/>
    <w:rsid w:val="002E6D00"/>
    <w:rsid w:val="002F03F4"/>
    <w:rsid w:val="00326F90"/>
    <w:rsid w:val="00367BD3"/>
    <w:rsid w:val="0052419B"/>
    <w:rsid w:val="00531CB5"/>
    <w:rsid w:val="0061538C"/>
    <w:rsid w:val="00674861"/>
    <w:rsid w:val="006E2B0C"/>
    <w:rsid w:val="00786CF0"/>
    <w:rsid w:val="007E213F"/>
    <w:rsid w:val="008F041E"/>
    <w:rsid w:val="009F53D1"/>
    <w:rsid w:val="00AA1D8D"/>
    <w:rsid w:val="00B47730"/>
    <w:rsid w:val="00BA1726"/>
    <w:rsid w:val="00CB0664"/>
    <w:rsid w:val="00D54FC8"/>
    <w:rsid w:val="00DE303F"/>
    <w:rsid w:val="00E27AB3"/>
    <w:rsid w:val="00E6563C"/>
    <w:rsid w:val="00E93756"/>
    <w:rsid w:val="00EA7E24"/>
    <w:rsid w:val="00EB711F"/>
    <w:rsid w:val="00EC388B"/>
    <w:rsid w:val="00F27482"/>
    <w:rsid w:val="00F4478C"/>
    <w:rsid w:val="00FB49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7A91F2"/>
  <w14:defaultImageDpi w14:val="300"/>
  <w15:docId w15:val="{5018369D-EBBE-0047-87AD-621979F8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Calibri" w:eastAsia="Noto Sans TC" w:hAnsi="Calibri"/>
      <w:color w:val="17233A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1F4E78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Theme="majorHAnsi" w:eastAsiaTheme="majorEastAsia" w:hAnsiTheme="majorHAnsi" w:cstheme="majorBidi"/>
      <w:b/>
      <w:bCs/>
      <w:color w:val="1F4E78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80" w:after="100"/>
      <w:outlineLvl w:val="2"/>
    </w:pPr>
    <w:rPr>
      <w:rFonts w:asciiTheme="majorHAnsi" w:eastAsiaTheme="majorEastAsia" w:hAnsiTheme="majorHAnsi" w:cstheme="majorBidi"/>
      <w:b/>
      <w:bCs/>
      <w:color w:val="17365D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160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8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b/>
      <w:i/>
      <w:iCs/>
      <w:color w:val="1F4E78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80"/>
      <w:ind w:left="539" w:hanging="255"/>
      <w:contextualSpacing/>
    </w:pPr>
    <w:rPr>
      <w:sz w:val="20"/>
    </w:r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80"/>
      <w:ind w:left="539" w:hanging="255"/>
      <w:contextualSpacing/>
    </w:pPr>
    <w:rPr>
      <w:sz w:val="20"/>
    </w:r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basedOn w:val="a1"/>
    <w:rPr>
      <w:b/>
      <w:color w:val="17365D"/>
      <w:sz w:val="18"/>
    </w:rPr>
  </w:style>
  <w:style w:type="table" w:customStyle="1" w:styleId="TableNormal">
    <w:name w:val="Table Normal"/>
    <w:uiPriority w:val="2"/>
    <w:semiHidden/>
    <w:unhideWhenUsed/>
    <w:qFormat/>
    <w:rsid w:val="009F53D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9F53D1"/>
    <w:pPr>
      <w:widowControl w:val="0"/>
      <w:autoSpaceDE w:val="0"/>
      <w:autoSpaceDN w:val="0"/>
      <w:spacing w:after="0" w:line="240" w:lineRule="auto"/>
    </w:pPr>
    <w:rPr>
      <w:rFonts w:ascii="SimSun" w:eastAsia="SimSun" w:hAnsi="SimSun" w:cs="SimSun"/>
      <w:color w:val="auto"/>
      <w:sz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115年度花蓮縣青年創業發展補助計畫申請及執行表單冊</dc:title>
  <dc:subject>申請、期中查核、兩期請款、結案及終止結算表單</dc:subject>
  <dc:creator>花蓮縣政府青年發展中心</dc:creator>
  <cp:keywords>青年創業, 花蓮縣, 補助, 申請表, 計畫書, 請款, 結案</cp:keywords>
  <dc:description>generated by python-docx</dc:description>
  <cp:lastModifiedBy>邱文秀</cp:lastModifiedBy>
  <cp:revision>2</cp:revision>
  <cp:lastPrinted>2026-08-12T09:52:00Z</cp:lastPrinted>
  <dcterms:created xsi:type="dcterms:W3CDTF">2026-08-13T08:36:00Z</dcterms:created>
  <dcterms:modified xsi:type="dcterms:W3CDTF">2026-08-13T08:36:00Z</dcterms:modified>
  <cp:category/>
</cp:coreProperties>
</file>