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C4C6" w14:textId="77777777" w:rsidR="00674861" w:rsidRPr="0052419B" w:rsidRDefault="00A24701">
      <w:pPr>
        <w:spacing w:after="100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115</w:t>
      </w: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年度花蓮縣青年創業發展補助計畫</w:t>
      </w:r>
    </w:p>
    <w:p w14:paraId="712DCD87" w14:textId="2FC86113" w:rsidR="00674861" w:rsidRPr="0052419B" w:rsidRDefault="00A24701" w:rsidP="0052419B">
      <w:pPr>
        <w:spacing w:after="260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申請及執行表單冊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90"/>
        <w:gridCol w:w="1500"/>
        <w:gridCol w:w="3090"/>
      </w:tblGrid>
      <w:tr w:rsidR="00674861" w:rsidRPr="0052419B" w14:paraId="2C060B25" w14:textId="77777777">
        <w:trPr>
          <w:cantSplit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32B6A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適用組別</w:t>
            </w:r>
            <w:proofErr w:type="spellEnd"/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95A28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新創設立組／創業發展組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87B1B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補助上限</w:t>
            </w:r>
            <w:proofErr w:type="spellEnd"/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B9693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每案</w:t>
            </w: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100</w:t>
            </w: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萬元</w:t>
            </w:r>
          </w:p>
        </w:tc>
      </w:tr>
      <w:tr w:rsidR="0052419B" w:rsidRPr="0052419B" w14:paraId="383E083B" w14:textId="77777777" w:rsidTr="00816502">
        <w:trPr>
          <w:cantSplit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E64BB3" w14:textId="77777777" w:rsidR="0052419B" w:rsidRPr="0052419B" w:rsidRDefault="0052419B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補助比例</w:t>
            </w:r>
            <w:proofErr w:type="spellEnd"/>
          </w:p>
        </w:tc>
        <w:tc>
          <w:tcPr>
            <w:tcW w:w="768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9C6E3E" w14:textId="3BEDE3EB" w:rsidR="0052419B" w:rsidRPr="0052419B" w:rsidRDefault="0052419B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補助最高70%；自籌至少30%</w:t>
            </w:r>
          </w:p>
        </w:tc>
      </w:tr>
      <w:tr w:rsidR="00674861" w:rsidRPr="0052419B" w14:paraId="1A62F098" w14:textId="77777777">
        <w:trPr>
          <w:cantSplit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CEA12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執行期間</w:t>
            </w:r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08B68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核定起七個月內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4F015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期中查核</w:t>
            </w:r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F3CF4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至第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個月</w:t>
            </w:r>
          </w:p>
        </w:tc>
      </w:tr>
      <w:tr w:rsidR="00674861" w:rsidRPr="0052419B" w14:paraId="59A999C6" w14:textId="77777777">
        <w:trPr>
          <w:cantSplit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B4B3F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必要配合</w:t>
            </w:r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9B04E" w14:textId="4F81C4F3" w:rsidR="00674861" w:rsidRPr="0052419B" w:rsidRDefault="00EC388B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E66B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  <w:shd w:val="clear" w:color="auto" w:fill="FFFFFF" w:themeFill="background1"/>
                <w:lang w:eastAsia="zh-TW"/>
              </w:rPr>
              <w:t>3</w:t>
            </w:r>
            <w:r w:rsidR="00A24701" w:rsidRPr="0052419B">
              <w:rPr>
                <w:rFonts w:ascii="標楷體" w:eastAsia="標楷體" w:hAnsi="標楷體" w:cs="標楷體"/>
                <w:sz w:val="24"/>
                <w:szCs w:val="24"/>
              </w:rPr>
              <w:t>場培力、</w:t>
            </w:r>
            <w:r w:rsidR="00A24701"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="00A24701" w:rsidRPr="0052419B">
              <w:rPr>
                <w:rFonts w:ascii="標楷體" w:eastAsia="標楷體" w:hAnsi="標楷體" w:cs="標楷體"/>
                <w:sz w:val="24"/>
                <w:szCs w:val="24"/>
              </w:rPr>
              <w:t>次輔導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9D471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成果要求</w:t>
            </w:r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BC7A3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場訪視、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場成果發表</w:t>
            </w:r>
          </w:p>
        </w:tc>
      </w:tr>
    </w:tbl>
    <w:p w14:paraId="5A7D1C31" w14:textId="77777777" w:rsidR="00674861" w:rsidRPr="0052419B" w:rsidRDefault="00674861">
      <w:pPr>
        <w:spacing w:after="100"/>
        <w:rPr>
          <w:rFonts w:ascii="標楷體" w:eastAsia="標楷體" w:hAnsi="標楷體" w:cs="標楷體"/>
          <w:sz w:val="24"/>
          <w:szCs w:val="24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74861" w:rsidRPr="0052419B" w14:paraId="41BEAAB0" w14:textId="77777777">
        <w:trPr>
          <w:cantSplit/>
        </w:trPr>
        <w:tc>
          <w:tcPr>
            <w:tcW w:w="9180" w:type="dxa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AF7240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使用提醒：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本表單冊應與申請須知、申請文件、核定計畫、核定函及契約一併使用。表格欄位可依實際內容增列，但不得刪除應填事項或變更核定規則。</w:t>
            </w:r>
          </w:p>
        </w:tc>
      </w:tr>
    </w:tbl>
    <w:p w14:paraId="4AA6E692" w14:textId="77777777" w:rsidR="00674861" w:rsidRPr="0052419B" w:rsidRDefault="00A24701">
      <w:pPr>
        <w:spacing w:before="480" w:after="0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申請諮詢</w:t>
      </w:r>
      <w:proofErr w:type="gramStart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｜</w:t>
      </w:r>
      <w:proofErr w:type="gramEnd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花蓮縣政府青年發展中心專案辦公室</w:t>
      </w:r>
      <w:proofErr w:type="gramStart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｜</w:t>
      </w:r>
      <w:proofErr w:type="gramEnd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03-8221316</w:t>
      </w:r>
      <w:proofErr w:type="gramStart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｜</w:t>
      </w:r>
      <w:proofErr w:type="gramEnd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花蓮縣花蓮市海岸路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17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號</w:t>
      </w:r>
    </w:p>
    <w:p w14:paraId="7FE8578F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表單總覽　使用說明與表單清單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5280"/>
        <w:gridCol w:w="2700"/>
      </w:tblGrid>
      <w:tr w:rsidR="00674861" w:rsidRPr="0052419B" w14:paraId="73CBF540" w14:textId="77777777">
        <w:trPr>
          <w:cantSplit/>
        </w:trPr>
        <w:tc>
          <w:tcPr>
            <w:tcW w:w="9180" w:type="dxa"/>
            <w:gridSpan w:val="3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741811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填寫方式：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請以電腦繕打為原則；可依內容增列頁數。申請文件應依表單編號排序，並由申請人、事業負責人或團隊成員於指定欄位簽章。</w:t>
            </w:r>
          </w:p>
        </w:tc>
      </w:tr>
      <w:tr w:rsidR="00674861" w:rsidRPr="0052419B" w14:paraId="335276E2" w14:textId="77777777">
        <w:trPr>
          <w:tblHeader/>
        </w:trPr>
        <w:tc>
          <w:tcPr>
            <w:tcW w:w="1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8C977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編號</w:t>
            </w:r>
            <w:proofErr w:type="spellEnd"/>
          </w:p>
        </w:tc>
        <w:tc>
          <w:tcPr>
            <w:tcW w:w="52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9C0DA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表單名稱</w:t>
            </w:r>
          </w:p>
        </w:tc>
        <w:tc>
          <w:tcPr>
            <w:tcW w:w="2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C4433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使用階段</w:t>
            </w:r>
          </w:p>
        </w:tc>
      </w:tr>
      <w:tr w:rsidR="00674861" w:rsidRPr="0052419B" w14:paraId="65E6D648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A78C0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A-01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B4A14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申請文件檢核表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9C9AA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54C4D58B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B776A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A-02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50A19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54EAE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176EC21C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411AB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A-03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AB22A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青年創業計畫書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5CDBF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3AE0C36E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1974E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A-04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A7903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經費概算表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55AD2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19ED1643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B61C0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A-05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5DA31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里程碑暨補助權重表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476B5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2C1EA5D1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7BCA4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A-06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0BD9A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團隊名冊暨參與同意書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A925D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  <w:proofErr w:type="spellEnd"/>
          </w:p>
        </w:tc>
      </w:tr>
      <w:tr w:rsidR="00674861" w:rsidRPr="0052419B" w14:paraId="0E5D72B6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CC198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A-07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FCC26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其他政府補助揭露表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BC0D7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57ECF9CA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0679D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A-08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7D497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利害關係及關係人交易揭露表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78D0C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  <w:proofErr w:type="spellEnd"/>
          </w:p>
        </w:tc>
      </w:tr>
      <w:tr w:rsidR="00674861" w:rsidRPr="0052419B" w14:paraId="2661DF0A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37A26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A-09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5D67F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申請切結書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692FF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5A4F978C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B640F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A-10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E76F1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個人資料告知暨同意書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9DAF0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  <w:proofErr w:type="spellEnd"/>
          </w:p>
        </w:tc>
      </w:tr>
      <w:tr w:rsidR="00674861" w:rsidRPr="0052419B" w14:paraId="4076338E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75BC1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A-11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BC825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新創設立組設立切結書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E1E76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核定後適用</w:t>
            </w:r>
            <w:proofErr w:type="spellEnd"/>
          </w:p>
        </w:tc>
      </w:tr>
      <w:tr w:rsidR="00674861" w:rsidRPr="0052419B" w14:paraId="5C6A488D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A494B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A-12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EA314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提案簡報建議架構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717A36" w14:textId="68EF4F92" w:rsidR="00674861" w:rsidRPr="008F041E" w:rsidRDefault="008F041E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proofErr w:type="spellStart"/>
            <w:r w:rsidRPr="000E66B6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  <w:proofErr w:type="spellEnd"/>
          </w:p>
        </w:tc>
      </w:tr>
      <w:tr w:rsidR="00674861" w:rsidRPr="0052419B" w14:paraId="3815892E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6E286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B-01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10054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計畫變更申請表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A842C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執行期間</w:t>
            </w:r>
          </w:p>
        </w:tc>
      </w:tr>
      <w:tr w:rsidR="00674861" w:rsidRPr="0052419B" w14:paraId="158A362B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3C83D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B-02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9B096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期中進度報告暨查核表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C3972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至第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個月</w:t>
            </w:r>
          </w:p>
        </w:tc>
      </w:tr>
      <w:tr w:rsidR="00674861" w:rsidRPr="0052419B" w14:paraId="4443EE68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4CCD4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B-03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6C562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限期改善計畫表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3271C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接獲通知後</w:t>
            </w:r>
          </w:p>
        </w:tc>
      </w:tr>
      <w:tr w:rsidR="00674861" w:rsidRPr="0052419B" w14:paraId="691148E2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1DE31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B-04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9D1AD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第一期款請領檢核表及領據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1B296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核定／設立後</w:t>
            </w:r>
            <w:proofErr w:type="spellEnd"/>
          </w:p>
        </w:tc>
      </w:tr>
      <w:tr w:rsidR="00674861" w:rsidRPr="0052419B" w14:paraId="2F9844A3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2603E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B-05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70B42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第二期款請領檢核表及領據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BBD99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期程結束後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日內</w:t>
            </w:r>
          </w:p>
        </w:tc>
      </w:tr>
      <w:tr w:rsidR="00674861" w:rsidRPr="0052419B" w14:paraId="7F10E601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8DEA9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B-06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6CB63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經費支出明細及收支結算表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97011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核銷結案</w:t>
            </w:r>
            <w:proofErr w:type="spellEnd"/>
          </w:p>
        </w:tc>
      </w:tr>
      <w:tr w:rsidR="00674861" w:rsidRPr="0052419B" w14:paraId="69E73088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54BCB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B-07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D9424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主動終止及補助款結算申請表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CF75C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必要時</w:t>
            </w:r>
            <w:proofErr w:type="spellEnd"/>
          </w:p>
        </w:tc>
      </w:tr>
      <w:tr w:rsidR="00674861" w:rsidRPr="0052419B" w14:paraId="39C85CEB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3DC34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C-01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7A180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結案成果報告書格式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F94B3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結案時</w:t>
            </w:r>
          </w:p>
        </w:tc>
      </w:tr>
    </w:tbl>
    <w:p w14:paraId="56A18394" w14:textId="77777777" w:rsidR="00674861" w:rsidRPr="0052419B" w:rsidRDefault="00A24701">
      <w:pPr>
        <w:spacing w:before="120" w:after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文件命名建議：組別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_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計畫名稱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_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申請人或事業名稱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_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表單編號。</w:t>
      </w:r>
    </w:p>
    <w:p w14:paraId="0D41A74D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A-01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申請文件檢核表</w:t>
      </w:r>
    </w:p>
    <w:p w14:paraId="2ABBE2FB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請依申請組別勾選並按表列順序排列文件；本中心審查欄由承辦人填寫。</w:t>
      </w:r>
    </w:p>
    <w:tbl>
      <w:tblPr>
        <w:tblW w:w="1034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750"/>
        <w:gridCol w:w="3230"/>
        <w:gridCol w:w="1090"/>
        <w:gridCol w:w="260"/>
        <w:gridCol w:w="1441"/>
        <w:gridCol w:w="1134"/>
        <w:gridCol w:w="993"/>
        <w:gridCol w:w="850"/>
      </w:tblGrid>
      <w:tr w:rsidR="00674861" w:rsidRPr="0052419B" w14:paraId="7807874C" w14:textId="77777777" w:rsidTr="0052419B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FF7EE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案件編號</w:t>
            </w:r>
            <w:proofErr w:type="spellEnd"/>
          </w:p>
        </w:tc>
        <w:tc>
          <w:tcPr>
            <w:tcW w:w="32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B3C42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（本中心填寫）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8BF0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</w:p>
        </w:tc>
        <w:tc>
          <w:tcPr>
            <w:tcW w:w="4418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45EFA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CFE698E" w14:textId="77777777" w:rsidTr="0052419B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DE603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</w:p>
        </w:tc>
        <w:tc>
          <w:tcPr>
            <w:tcW w:w="32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1D6C7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D6758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4418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66CE1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9C7AD8C" w14:textId="77777777" w:rsidTr="0052419B">
        <w:trPr>
          <w:tblHeader/>
        </w:trPr>
        <w:tc>
          <w:tcPr>
            <w:tcW w:w="600" w:type="dxa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72454C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5070" w:type="dxa"/>
            <w:gridSpan w:val="3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7D67C7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文件名稱</w:t>
            </w:r>
            <w:proofErr w:type="spellEnd"/>
          </w:p>
        </w:tc>
        <w:tc>
          <w:tcPr>
            <w:tcW w:w="1701" w:type="dxa"/>
            <w:gridSpan w:val="2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A70BC7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適用</w:t>
            </w:r>
            <w:proofErr w:type="spellEnd"/>
          </w:p>
        </w:tc>
        <w:tc>
          <w:tcPr>
            <w:tcW w:w="1134" w:type="dxa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1FAEAA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</w:p>
        </w:tc>
        <w:tc>
          <w:tcPr>
            <w:tcW w:w="993" w:type="dxa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2092F8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</w:t>
            </w:r>
            <w:proofErr w:type="spellEnd"/>
          </w:p>
        </w:tc>
        <w:tc>
          <w:tcPr>
            <w:tcW w:w="850" w:type="dxa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57161F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備註</w:t>
            </w:r>
            <w:proofErr w:type="spellEnd"/>
          </w:p>
        </w:tc>
      </w:tr>
      <w:tr w:rsidR="00674861" w:rsidRPr="0052419B" w14:paraId="54759644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C59C0E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A495C9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申請書（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A-02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B71F96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E7AAC0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325814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0DE1FC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70C92A77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E12966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2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A20D63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青年創業計畫書（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8C7E6C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7ED73D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B81587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C2ACB6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B8979D1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06F1C7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3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1A3667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經費概算表（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A-04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49F5C8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0AD1A1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BCE613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774165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222A91B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41336F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4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02FAA9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里程碑暨補助權重表（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A-05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；權重合計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100%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FB06A6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DEEBB7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A99EFE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E9696C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C61F29C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6BE4AB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5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D4573D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提案簡報（建議架構見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A-12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C7A211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454B10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018E19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5933B9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45FA8DB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4A533F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6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0C6AC9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申請人身分證明及戶籍資料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0D9243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54ED3E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C2520A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762CD02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751DC5C3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4DDBF5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7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A012D2B" w14:textId="0CDC955D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申請日前</w:t>
            </w:r>
            <w:proofErr w:type="gramStart"/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三</w:t>
            </w:r>
            <w:proofErr w:type="gramEnd"/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年內</w:t>
            </w:r>
            <w:r w:rsidR="007349CC" w:rsidRPr="007349CC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  <w:lang w:eastAsia="zh-TW"/>
              </w:rPr>
              <w:t>1</w:t>
            </w:r>
            <w:r w:rsidRPr="007349CC"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  <w:t>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小時以上創業課程證明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A2E7A9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4213CD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A2792A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B31808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42C7ECF5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238C58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8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6FF618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團隊名冊暨參與同意書（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A-06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E4C5CF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296638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E7584B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D723E2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3DBCFD11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ADA5E1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9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657EE6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其他政府補助揭露表（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A-07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6617D5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5118A8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CFC51C9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6DA3F5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9995FE6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64556C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10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D2010A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利害關係及關係人交易揭露表（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A-08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22C8FA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28F7BD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58ECB3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216A3D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012286E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C00FC4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11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CDA339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申請切結書（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A-09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9F8EF0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DF5F57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FD5E87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C43CCBB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4FFB952D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3A5DF9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12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D7FD00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個人資料告知暨同意書（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A-10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B5CF93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8D13D8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E32EEC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2FF876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C2891D7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196AFE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13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CE6C82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預定營運地址及租賃意向或合法使用證明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C99192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新創設立組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8658BE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AB4B94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234BC4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550021E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B6FC3F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14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9BDB2E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市場訪談、測試、原型、合作意向、報價單等可行性佐證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D85D98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新創設立組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2F803E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FBAEE1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14BD5A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80D32CF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96E174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15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F8111E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公司或商業登記、稅籍登記及股權／出資資料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598D3C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創業發展組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302A6E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7CAE689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DFAC2BB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22E564A3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D6315D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16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D4A203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最近一期營業稅申報或免稅證明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FC1C30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創業發展組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763CB7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A8191F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7C95C4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7B355B55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552831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17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97B632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營運照片、產品或服務成果、營收／客戶及轉型升級佐證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D9743D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創業發展組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F12F1F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4DA510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66426E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48FDCFFA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</w:rPr>
      </w:pPr>
    </w:p>
    <w:tbl>
      <w:tblPr>
        <w:tblW w:w="1034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500"/>
        <w:gridCol w:w="4348"/>
      </w:tblGrid>
      <w:tr w:rsidR="00674861" w:rsidRPr="0052419B" w14:paraId="18DDBEF4" w14:textId="77777777" w:rsidTr="0052419B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B665CF" w14:textId="64A18A07" w:rsidR="00E93756" w:rsidRDefault="00A24701" w:rsidP="00E93756">
            <w:pPr>
              <w:keepNext/>
              <w:spacing w:after="0" w:line="269" w:lineRule="auto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 w:hint="eastAsia"/>
                <w:b/>
                <w:color w:val="17365D"/>
                <w:sz w:val="24"/>
                <w:szCs w:val="24"/>
                <w:lang w:eastAsia="zh-TW"/>
              </w:rPr>
              <w:t>申</w:t>
            </w: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請人</w:t>
            </w:r>
            <w:proofErr w:type="spellEnd"/>
            <w:r w:rsidR="00E93756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/</w:t>
            </w:r>
          </w:p>
          <w:p w14:paraId="4C208CA6" w14:textId="2EB6A3CB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C0AC8D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A85472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43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BC6E3C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7F35CF3E" w14:textId="77777777" w:rsidTr="0052419B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F3513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80464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15300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43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E0E17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4E5C6EE4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A-02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申請書</w:t>
      </w:r>
      <w:proofErr w:type="spellEnd"/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030"/>
        <w:gridCol w:w="1600"/>
        <w:gridCol w:w="2990"/>
      </w:tblGrid>
      <w:tr w:rsidR="00E93756" w:rsidRPr="0052419B" w14:paraId="0B460A19" w14:textId="77777777" w:rsidTr="001B7ABE">
        <w:trPr>
          <w:cantSplit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16F3EC" w14:textId="77777777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案件編號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9286B1" w14:textId="1CCCF5CF" w:rsidR="00E93756" w:rsidRPr="0052419B" w:rsidRDefault="00E93756" w:rsidP="00E93756">
            <w:pPr>
              <w:spacing w:after="0" w:line="269" w:lineRule="auto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（</w:t>
            </w: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本中心填寫</w:t>
            </w:r>
            <w:proofErr w:type="spellEnd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）</w:t>
            </w:r>
          </w:p>
        </w:tc>
      </w:tr>
      <w:tr w:rsidR="00E93756" w:rsidRPr="0052419B" w14:paraId="4AD6DC6F" w14:textId="77777777" w:rsidTr="001B7ABE">
        <w:trPr>
          <w:cantSplit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AEA477" w14:textId="70F7DC8E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8677D" w14:textId="6FD53715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新創設立組　□ 創業發展組</w:t>
            </w:r>
          </w:p>
        </w:tc>
      </w:tr>
      <w:tr w:rsidR="00E93756" w:rsidRPr="0052419B" w14:paraId="115D3273" w14:textId="77777777" w:rsidTr="001B7ABE">
        <w:trPr>
          <w:cantSplit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7D329F" w14:textId="79CFD01B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0BF25A" w14:textId="77777777" w:rsidR="00E93756" w:rsidRPr="0052419B" w:rsidRDefault="00E93756" w:rsidP="00E93756">
            <w:pPr>
              <w:spacing w:after="0" w:line="269" w:lineRule="auto"/>
              <w:jc w:val="right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</w:p>
        </w:tc>
      </w:tr>
      <w:tr w:rsidR="00674861" w:rsidRPr="0052419B" w14:paraId="16CC7DFA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25639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申請人姓名</w:t>
            </w:r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69E77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E119F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身分證字號</w:t>
            </w:r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AD135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FE923BE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09934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出生日期</w:t>
            </w:r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649C4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民國　　年　　月　　日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CC4F8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申請截止日年齡</w:t>
            </w:r>
            <w:proofErr w:type="spellEnd"/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147C15" w14:textId="097A1ECA" w:rsidR="00674861" w:rsidRPr="0052419B" w:rsidRDefault="00A24701" w:rsidP="00E93756">
            <w:pPr>
              <w:spacing w:after="0" w:line="269" w:lineRule="auto"/>
              <w:jc w:val="righ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</w:t>
            </w:r>
            <w:r w:rsidR="00E937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     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歲</w:t>
            </w:r>
          </w:p>
        </w:tc>
      </w:tr>
      <w:tr w:rsidR="00E93756" w:rsidRPr="0052419B" w14:paraId="68253827" w14:textId="77777777" w:rsidTr="00AC2CE1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0D2270" w14:textId="77777777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戶籍地址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0D76C" w14:textId="288D517C" w:rsidR="00E93756" w:rsidRPr="0052419B" w:rsidRDefault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E93756" w:rsidRPr="0052419B" w14:paraId="776DA9C9" w14:textId="77777777" w:rsidTr="004B69DB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65CAF1" w14:textId="235CDF2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通訊地址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68E6DD" w14:textId="3B5E2EE8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同戶籍</w:t>
            </w:r>
            <w:proofErr w:type="spellEnd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 xml:space="preserve">　□ </w:t>
            </w: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另填</w:t>
            </w:r>
            <w:proofErr w:type="spellEnd"/>
          </w:p>
        </w:tc>
      </w:tr>
      <w:tr w:rsidR="00E93756" w:rsidRPr="0052419B" w14:paraId="146204AD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E81BFD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86A15C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E9285A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BDEE0B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E93756" w:rsidRPr="0052419B" w14:paraId="192173AD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5A0AD0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最高學歷／專長</w:t>
            </w:r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5D7641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8E40ED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目前職業</w:t>
            </w:r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5DAF79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E93756" w:rsidRPr="0052419B" w14:paraId="405E1B79" w14:textId="77777777" w:rsidTr="00A279CE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5F6899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創業課程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DB2B6E" w14:textId="4B4F7BE6" w:rsidR="00E93756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課程名稱／單位／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日期</w:t>
            </w:r>
            <w:r w:rsidRPr="0052419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時數</w:t>
            </w:r>
          </w:p>
          <w:p w14:paraId="3D682EC6" w14:textId="77777777" w:rsidR="00E93756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3AC0F5E3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53D6BD2" w14:textId="069C576B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總時數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</w:t>
            </w:r>
          </w:p>
        </w:tc>
      </w:tr>
      <w:tr w:rsidR="00E93756" w:rsidRPr="0052419B" w14:paraId="2AA024BF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50D608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事業名稱</w:t>
            </w:r>
            <w:proofErr w:type="spellEnd"/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2FF262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  <w:lang w:eastAsia="zh-TW"/>
              </w:rPr>
              <w:t>新創組填預定名稱；發展組填登記名稱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726EA4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統一編號</w:t>
            </w:r>
            <w:proofErr w:type="spellEnd"/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0B8FFF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新創組免填</w:t>
            </w:r>
          </w:p>
        </w:tc>
      </w:tr>
      <w:tr w:rsidR="00E93756" w:rsidRPr="0052419B" w14:paraId="3E54CF7C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AE7792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設立日期</w:t>
            </w:r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2E011E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發展組填寫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EDB702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資本額</w:t>
            </w:r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92C322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　　　　　元</w:t>
            </w:r>
          </w:p>
        </w:tc>
      </w:tr>
      <w:tr w:rsidR="00E93756" w:rsidRPr="0052419B" w14:paraId="6C64B988" w14:textId="77777777" w:rsidTr="00837B18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5A42D" w14:textId="5807841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營運地址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1A84C8" w14:textId="277269E0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花蓮縣（預定或實際地址）</w:t>
            </w:r>
          </w:p>
        </w:tc>
      </w:tr>
      <w:tr w:rsidR="00E93756" w:rsidRPr="0052419B" w14:paraId="47762795" w14:textId="77777777" w:rsidTr="003852FE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A8A39C" w14:textId="404E0F6F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營業項目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E5F1B3" w14:textId="10379E05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E93756" w:rsidRPr="0052419B" w14:paraId="09BACA5C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D96AE1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計畫經費</w:t>
            </w:r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E5F4DC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總經費　　　　　元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EF5B77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申請／自籌</w:t>
            </w:r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18ADE6" w14:textId="07473AC7" w:rsidR="00E93756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　　　　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元</w:t>
            </w:r>
          </w:p>
          <w:p w14:paraId="329498E8" w14:textId="2F60408E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自籌　　　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元</w:t>
            </w:r>
          </w:p>
        </w:tc>
      </w:tr>
      <w:tr w:rsidR="00E93756" w:rsidRPr="0052419B" w14:paraId="248D9D62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F1E93C" w14:textId="77777777" w:rsidR="00E93756" w:rsidRPr="0052419B" w:rsidRDefault="00E93756" w:rsidP="00E9375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申請摘要（200字內）</w:t>
            </w:r>
          </w:p>
        </w:tc>
      </w:tr>
      <w:tr w:rsidR="00E93756" w:rsidRPr="0052419B" w14:paraId="68BF8212" w14:textId="77777777">
        <w:trPr>
          <w:cantSplit/>
          <w:trHeight w:val="116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DB725F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請說明欲解決的市場問題、主要產品或服務、目標客群、七個月內預計達成的核心成果。</w:t>
            </w:r>
          </w:p>
        </w:tc>
      </w:tr>
    </w:tbl>
    <w:p w14:paraId="15EDEB65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74861" w:rsidRPr="0052419B" w14:paraId="4C3A4205" w14:textId="77777777">
        <w:trPr>
          <w:cantSplit/>
        </w:trPr>
        <w:tc>
          <w:tcPr>
            <w:tcW w:w="91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6C4905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申請人及團隊簡介</w:t>
            </w:r>
            <w:proofErr w:type="spellEnd"/>
          </w:p>
        </w:tc>
      </w:tr>
      <w:tr w:rsidR="00674861" w:rsidRPr="0052419B" w14:paraId="1143E32D" w14:textId="77777777">
        <w:trPr>
          <w:cantSplit/>
          <w:trHeight w:val="960"/>
        </w:trPr>
        <w:tc>
          <w:tcPr>
            <w:tcW w:w="91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03A7A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請摘要說明創業經驗、核心專長、分工及投入程度；詳細資料另見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A-03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及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A-06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。</w:t>
            </w:r>
          </w:p>
        </w:tc>
      </w:tr>
    </w:tbl>
    <w:p w14:paraId="746EF4A9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FACE3E4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3840CD42" w14:textId="77777777" w:rsidTr="00BA1726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41C772" w14:textId="77777777" w:rsidR="00E93756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06AF7C45" w14:textId="52A68B7B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F1FC3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B23443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8BBF91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65B2A2F9" w14:textId="77777777" w:rsidTr="00BA1726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0F1D9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EE0D2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7C7ED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1A015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11231D07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A-03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青年創業計畫書</w:t>
      </w:r>
      <w:proofErr w:type="spellEnd"/>
    </w:p>
    <w:p w14:paraId="0B1D3E9B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計畫內容應對應審查構面；可依實際需要增列圖表、照片與附件。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230"/>
        <w:gridCol w:w="1350"/>
        <w:gridCol w:w="3250"/>
      </w:tblGrid>
      <w:tr w:rsidR="00E93756" w:rsidRPr="0052419B" w14:paraId="1C84BA6C" w14:textId="77777777" w:rsidTr="00416A44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F78876" w14:textId="77777777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案件編號</w:t>
            </w:r>
            <w:proofErr w:type="spellEnd"/>
          </w:p>
        </w:tc>
        <w:tc>
          <w:tcPr>
            <w:tcW w:w="78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6EBE3A" w14:textId="0AE20255" w:rsidR="00E93756" w:rsidRPr="0052419B" w:rsidRDefault="00E93756" w:rsidP="00E93756">
            <w:pPr>
              <w:spacing w:after="0" w:line="269" w:lineRule="auto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（</w:t>
            </w: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本中心填寫</w:t>
            </w:r>
            <w:proofErr w:type="spellEnd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）</w:t>
            </w:r>
          </w:p>
        </w:tc>
      </w:tr>
      <w:tr w:rsidR="00E93756" w:rsidRPr="0052419B" w14:paraId="29A585CD" w14:textId="77777777" w:rsidTr="00F03D4B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A6D6DA" w14:textId="4192DA3D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585AF1" w14:textId="77777777" w:rsidR="00E93756" w:rsidRPr="0052419B" w:rsidRDefault="00E93756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</w:p>
        </w:tc>
      </w:tr>
      <w:tr w:rsidR="00674861" w:rsidRPr="0052419B" w14:paraId="79CCDA3F" w14:textId="77777777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F084B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AD8B96" w14:textId="77777777" w:rsidR="00E93756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6821601C" w14:textId="22EC9F72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71125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DABE8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A08EF13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DD977A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一、計畫摘要</w:t>
            </w:r>
          </w:p>
        </w:tc>
      </w:tr>
      <w:tr w:rsidR="00674861" w:rsidRPr="0052419B" w14:paraId="4CABD39F" w14:textId="77777777">
        <w:trPr>
          <w:cantSplit/>
          <w:trHeight w:val="168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C877E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請以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500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字內說明創業構想、產品或服務、目標市場、競爭優勢、申請補助用途及預期成果。</w:t>
            </w:r>
          </w:p>
        </w:tc>
      </w:tr>
      <w:tr w:rsidR="00674861" w:rsidRPr="0052419B" w14:paraId="515D4DA0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0852CC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二、市場問題、需求與目標客群</w:t>
            </w:r>
          </w:p>
        </w:tc>
      </w:tr>
      <w:tr w:rsidR="00674861" w:rsidRPr="0052419B" w14:paraId="2710051E" w14:textId="77777777">
        <w:trPr>
          <w:cantSplit/>
          <w:trHeight w:val="172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7D41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請具體描述</w:t>
            </w:r>
            <w:proofErr w:type="gramStart"/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客群痛點</w:t>
            </w:r>
            <w:proofErr w:type="gramEnd"/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、需求規模、使用情境及問題證據；可引用訪談、訂單、測試或市場資料。</w:t>
            </w:r>
          </w:p>
        </w:tc>
      </w:tr>
      <w:tr w:rsidR="00674861" w:rsidRPr="0052419B" w14:paraId="60A9F167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8BF7B0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三、產品／服務內容與創新差異</w:t>
            </w:r>
          </w:p>
        </w:tc>
      </w:tr>
      <w:tr w:rsidR="00674861" w:rsidRPr="0052419B" w14:paraId="56150B0A" w14:textId="77777777">
        <w:trPr>
          <w:cantSplit/>
          <w:trHeight w:val="172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9EEDC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請說明解決方案、功能或服務流程、目前成熟度、與既有方案的差異、智慧財產或技術門檻。</w:t>
            </w:r>
          </w:p>
        </w:tc>
      </w:tr>
      <w:tr w:rsidR="00674861" w:rsidRPr="0052419B" w14:paraId="56BDF272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AB5A8E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四、市場驗證與既有成果</w:t>
            </w:r>
          </w:p>
        </w:tc>
      </w:tr>
      <w:tr w:rsidR="00674861" w:rsidRPr="0052419B" w14:paraId="4D512C5C" w14:textId="77777777">
        <w:trPr>
          <w:cantSplit/>
          <w:trHeight w:val="180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0AE71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新創設立組請說明訪談、原型、測試、合作意向或首次交易規劃；創業發展組請提出既有營收、客戶、通路及轉型前基準。</w:t>
            </w:r>
          </w:p>
        </w:tc>
      </w:tr>
      <w:tr w:rsidR="00674861" w:rsidRPr="0052419B" w14:paraId="30CD2EAA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64819D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lastRenderedPageBreak/>
              <w:t>五、商業模式與營運策略</w:t>
            </w:r>
          </w:p>
        </w:tc>
      </w:tr>
      <w:tr w:rsidR="00674861" w:rsidRPr="0052419B" w14:paraId="45F289F2" w14:textId="77777777">
        <w:trPr>
          <w:cantSplit/>
          <w:trHeight w:val="180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84064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請說明價值主張、定價、收入來源、成本結構、銷售通路、客戶取得及夥伴關係。</w:t>
            </w:r>
          </w:p>
        </w:tc>
      </w:tr>
      <w:tr w:rsidR="00674861" w:rsidRPr="0052419B" w14:paraId="49F7AF5F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3E2AAA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六、行銷與成長策略</w:t>
            </w:r>
            <w:proofErr w:type="spellEnd"/>
          </w:p>
        </w:tc>
      </w:tr>
      <w:tr w:rsidR="00674861" w:rsidRPr="0052419B" w14:paraId="7B732142" w14:textId="77777777">
        <w:trPr>
          <w:cantSplit/>
          <w:trHeight w:val="172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0FB3D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請說明品牌定位、推廣工具、通路布局、轉換目標及七個月內可驗證的客戶或營收成長方法。</w:t>
            </w:r>
          </w:p>
        </w:tc>
      </w:tr>
      <w:tr w:rsidR="00674861" w:rsidRPr="0052419B" w14:paraId="00796EB5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B3B6D1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七、團隊與治理</w:t>
            </w:r>
            <w:proofErr w:type="spellEnd"/>
          </w:p>
        </w:tc>
      </w:tr>
      <w:tr w:rsidR="00674861" w:rsidRPr="0052419B" w14:paraId="7B5B17DC" w14:textId="77777777">
        <w:trPr>
          <w:cantSplit/>
          <w:trHeight w:val="156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98D61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請說明團隊專長、角色分工、決策方式、外部顧問或合作夥伴，以及主要人員投入時間。</w:t>
            </w:r>
          </w:p>
        </w:tc>
      </w:tr>
      <w:tr w:rsidR="00674861" w:rsidRPr="0052419B" w14:paraId="1C13116C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FDF0FF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八、花蓮在地連結與效益</w:t>
            </w:r>
          </w:p>
        </w:tc>
      </w:tr>
      <w:tr w:rsidR="00674861" w:rsidRPr="0052419B" w14:paraId="0FD67B54" w14:textId="77777777">
        <w:trPr>
          <w:cantSplit/>
          <w:trHeight w:val="172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902B3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請具體說明在地採購、產業鏈結、就業、地方需求、文化／環境</w:t>
            </w:r>
            <w:proofErr w:type="gramStart"/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永續及結案</w:t>
            </w:r>
            <w:proofErr w:type="gramEnd"/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後持續營運效益。</w:t>
            </w:r>
          </w:p>
        </w:tc>
      </w:tr>
      <w:tr w:rsidR="00674861" w:rsidRPr="0052419B" w14:paraId="672C76AB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1E72F1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九、七個月執行策略</w:t>
            </w:r>
            <w:proofErr w:type="spellEnd"/>
          </w:p>
        </w:tc>
      </w:tr>
      <w:tr w:rsidR="00674861" w:rsidRPr="0052419B" w14:paraId="0F503136" w14:textId="77777777">
        <w:trPr>
          <w:cantSplit/>
          <w:trHeight w:val="168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D1665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請依月份說明主要工作、負責人、產出及相互依存關係；另須填寫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A-05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里程碑暨補助權重表。</w:t>
            </w:r>
          </w:p>
        </w:tc>
      </w:tr>
      <w:tr w:rsidR="00674861" w:rsidRPr="0052419B" w14:paraId="67029F61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FA4A56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lastRenderedPageBreak/>
              <w:t>十、財務規劃與自籌能力</w:t>
            </w:r>
          </w:p>
        </w:tc>
      </w:tr>
      <w:tr w:rsidR="00674861" w:rsidRPr="0052419B" w14:paraId="791A9CEC" w14:textId="77777777">
        <w:trPr>
          <w:cantSplit/>
          <w:trHeight w:val="164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A939C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請說明補助款與自籌款來源、現金流、收入預估、成本合理性及結案後一年營運規劃；另填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A-04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。</w:t>
            </w:r>
          </w:p>
        </w:tc>
      </w:tr>
      <w:tr w:rsidR="00674861" w:rsidRPr="0052419B" w14:paraId="3E7BB312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1CFF51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十一、法規、風險與因應</w:t>
            </w:r>
          </w:p>
        </w:tc>
      </w:tr>
      <w:tr w:rsidR="00674861" w:rsidRPr="0052419B" w14:paraId="2FFD68D2" w14:textId="77777777">
        <w:trPr>
          <w:cantSplit/>
          <w:trHeight w:val="164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91A1E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請盤點登記、稅務、場地、產品安全、食品／消防／建管、智慧財產、人力及供應鏈風險與因應方案。</w:t>
            </w:r>
          </w:p>
        </w:tc>
      </w:tr>
      <w:tr w:rsidR="00674861" w:rsidRPr="0052419B" w14:paraId="2DFCDD7A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F0ABD4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十二、組別特別說明</w:t>
            </w:r>
            <w:proofErr w:type="spellEnd"/>
          </w:p>
        </w:tc>
      </w:tr>
      <w:tr w:rsidR="00674861" w:rsidRPr="0052419B" w14:paraId="3EEABA8E" w14:textId="77777777">
        <w:trPr>
          <w:cantSplit/>
          <w:trHeight w:val="168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C955B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新創設立組：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60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日內設立、稅籍登記、首次營運與市場驗證路徑。創業發展組：既有營運基礎、升級項目、基準值與成長目標。</w:t>
            </w:r>
          </w:p>
        </w:tc>
      </w:tr>
    </w:tbl>
    <w:p w14:paraId="4E03A856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D5DC168" w14:textId="77777777" w:rsidR="00674861" w:rsidRPr="0052419B" w:rsidRDefault="00A24701">
      <w:pPr>
        <w:keepNext/>
        <w:spacing w:before="160"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十三、七個月績效指標與附件索引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200"/>
        <w:gridCol w:w="1800"/>
        <w:gridCol w:w="2480"/>
        <w:gridCol w:w="2100"/>
      </w:tblGrid>
      <w:tr w:rsidR="00674861" w:rsidRPr="0052419B" w14:paraId="31AD671A" w14:textId="77777777">
        <w:trPr>
          <w:tblHeader/>
        </w:trPr>
        <w:tc>
          <w:tcPr>
            <w:tcW w:w="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D1AEA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2586C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績效指標</w:t>
            </w:r>
          </w:p>
        </w:tc>
        <w:tc>
          <w:tcPr>
            <w:tcW w:w="18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B102F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基準值</w:t>
            </w:r>
          </w:p>
        </w:tc>
        <w:tc>
          <w:tcPr>
            <w:tcW w:w="24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CAD8A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七個月目標值</w:t>
            </w:r>
          </w:p>
        </w:tc>
        <w:tc>
          <w:tcPr>
            <w:tcW w:w="21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E6573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佐證方式</w:t>
            </w:r>
          </w:p>
        </w:tc>
      </w:tr>
      <w:tr w:rsidR="00674861" w:rsidRPr="0052419B" w14:paraId="2DBD4EA8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5913C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59AAF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18DF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B11A3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46D09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40B6F6D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7F4B3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74473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DC7CC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AB542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C92E8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322CB81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BE75C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B90A3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C9BF4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BC558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29AEC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06725F20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E5EB1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78489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85991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4F68E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77C2A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0174309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B810C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68D7C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2A780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4ABDA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5B13E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9E5300B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7379F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1C21A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43BA5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51728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A4733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</w:tbl>
    <w:p w14:paraId="2752FF88" w14:textId="77777777" w:rsidR="00E93756" w:rsidRDefault="00E93756">
      <w:pPr>
        <w:spacing w:before="140" w:after="8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991E880" w14:textId="77777777" w:rsidR="00E93756" w:rsidRDefault="00E93756">
      <w:pPr>
        <w:spacing w:after="20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br w:type="page"/>
      </w:r>
    </w:p>
    <w:p w14:paraId="5870E3D8" w14:textId="3621CBBD" w:rsidR="00674861" w:rsidRPr="0052419B" w:rsidRDefault="00A24701">
      <w:pPr>
        <w:spacing w:before="140" w:after="8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lastRenderedPageBreak/>
        <w:t>附件索引：請依序列出市場佐證、報價、照片、意向書、財務或其他補充資料。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200"/>
        <w:gridCol w:w="5080"/>
      </w:tblGrid>
      <w:tr w:rsidR="00674861" w:rsidRPr="0052419B" w14:paraId="16437B3E" w14:textId="77777777">
        <w:tc>
          <w:tcPr>
            <w:tcW w:w="9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E1CB1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編號</w:t>
            </w:r>
            <w:proofErr w:type="spellEnd"/>
          </w:p>
        </w:tc>
        <w:tc>
          <w:tcPr>
            <w:tcW w:w="3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39AB6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附件名稱</w:t>
            </w:r>
          </w:p>
        </w:tc>
        <w:tc>
          <w:tcPr>
            <w:tcW w:w="50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70FA6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內容摘要／頁碼</w:t>
            </w:r>
          </w:p>
        </w:tc>
      </w:tr>
      <w:tr w:rsidR="00674861" w:rsidRPr="0052419B" w14:paraId="312ACD44" w14:textId="77777777">
        <w:trPr>
          <w:cantSplit/>
        </w:trPr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DBBEF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3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3A8BA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50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0BA7A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E0A7BF3" w14:textId="77777777">
        <w:trPr>
          <w:cantSplit/>
        </w:trPr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11744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A5D78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50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4B125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060B1288" w14:textId="77777777">
        <w:trPr>
          <w:cantSplit/>
        </w:trPr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4217E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9BF83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50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8E6D7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29C6A4A" w14:textId="77777777">
        <w:trPr>
          <w:cantSplit/>
        </w:trPr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D28EC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BC119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50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FB37E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</w:tbl>
    <w:p w14:paraId="25A67CC4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A-04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經費概算表</w:t>
      </w:r>
    </w:p>
    <w:p w14:paraId="7F0D238C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補助款不得超過總經費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70%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，自籌款至少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30%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；每案補助最高新臺幣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100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萬元。</w:t>
      </w:r>
    </w:p>
    <w:tbl>
      <w:tblPr>
        <w:tblW w:w="9923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830"/>
        <w:gridCol w:w="570"/>
        <w:gridCol w:w="2500"/>
        <w:gridCol w:w="160"/>
        <w:gridCol w:w="1350"/>
        <w:gridCol w:w="24"/>
        <w:gridCol w:w="1323"/>
        <w:gridCol w:w="1323"/>
        <w:gridCol w:w="1323"/>
      </w:tblGrid>
      <w:tr w:rsidR="00E93756" w:rsidRPr="0052419B" w14:paraId="3BD56D4E" w14:textId="77777777" w:rsidTr="002F03F4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B257BD" w14:textId="7457A01B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8573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ECDC8B" w14:textId="77777777" w:rsidR="00E93756" w:rsidRPr="0052419B" w:rsidRDefault="00E93756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</w:p>
        </w:tc>
      </w:tr>
      <w:tr w:rsidR="00674861" w:rsidRPr="0052419B" w14:paraId="12DA8967" w14:textId="77777777" w:rsidTr="002F03F4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5408A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ED34CF" w14:textId="77777777" w:rsidR="00E93756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5EDC8E96" w14:textId="6B598FC4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56F8D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993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96377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CC525D6" w14:textId="77777777" w:rsidTr="002F03F4">
        <w:trPr>
          <w:tblHeader/>
        </w:trPr>
        <w:tc>
          <w:tcPr>
            <w:tcW w:w="52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D5FEA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4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97E68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經費類別</w:t>
            </w:r>
          </w:p>
        </w:tc>
        <w:tc>
          <w:tcPr>
            <w:tcW w:w="2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746F6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項目、規格及用途</w:t>
            </w:r>
          </w:p>
        </w:tc>
        <w:tc>
          <w:tcPr>
            <w:tcW w:w="1534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E3E8B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單價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×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數量</w:t>
            </w:r>
          </w:p>
        </w:tc>
        <w:tc>
          <w:tcPr>
            <w:tcW w:w="132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638F4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總價</w:t>
            </w:r>
          </w:p>
        </w:tc>
        <w:tc>
          <w:tcPr>
            <w:tcW w:w="132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7D0FC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申請補助</w:t>
            </w:r>
          </w:p>
        </w:tc>
        <w:tc>
          <w:tcPr>
            <w:tcW w:w="132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D335D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自籌款</w:t>
            </w:r>
          </w:p>
        </w:tc>
      </w:tr>
      <w:tr w:rsidR="00674861" w:rsidRPr="0052419B" w14:paraId="1DCDBC54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496D7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F854B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D6504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D1F02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F6215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AE4E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DC058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04FFFC42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BEAEA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3EB86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34ED6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848C2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01278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556552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1CAC0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28E5B6E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7D2B8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FC5CD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82B34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25228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A99C0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D3D1B2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207DF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EA2C5A0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5662D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1B218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E149A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D4365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35359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56C6F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1BC00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E38442E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84795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30064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6E900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97AD6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E48BA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F79B0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7C28D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79A89DE7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9C84C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9DDD9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4BD9D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F0754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D007E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CCCE7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1A5E82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2C91AA43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BEB0B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8E117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40791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723B0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50377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6BBC1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1BE0F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1EB229B2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3D99F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48797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6890E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B395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22C4F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EC4C0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2E20E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69A324B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F6665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9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C0AE7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F1A7B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BB7F2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08ED8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8E2EE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A98D2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FB800D0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88489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552DB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C8425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A6C50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E2407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D0E129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5AD55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5BC5185" w14:textId="77777777" w:rsidTr="002F03F4">
        <w:trPr>
          <w:cantSplit/>
        </w:trPr>
        <w:tc>
          <w:tcPr>
            <w:tcW w:w="5954" w:type="dxa"/>
            <w:gridSpan w:val="7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0415F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合計</w:t>
            </w:r>
          </w:p>
        </w:tc>
        <w:tc>
          <w:tcPr>
            <w:tcW w:w="1323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CB558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</w:t>
            </w:r>
          </w:p>
        </w:tc>
        <w:tc>
          <w:tcPr>
            <w:tcW w:w="1323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9C3F9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</w:t>
            </w:r>
          </w:p>
        </w:tc>
        <w:tc>
          <w:tcPr>
            <w:tcW w:w="1323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4016E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C</w:t>
            </w:r>
          </w:p>
        </w:tc>
      </w:tr>
    </w:tbl>
    <w:p w14:paraId="349049D6" w14:textId="64D7C9B2" w:rsidR="00674861" w:rsidRPr="0052419B" w:rsidRDefault="00A24701">
      <w:pPr>
        <w:spacing w:before="80"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經費類別請填：產品／服務開發、品牌與市場推廣、專業服務、智慧財產與認證、營業場所租金、空間改善</w:t>
      </w:r>
      <w:r w:rsidR="002F03F4">
        <w:rPr>
          <w:rFonts w:ascii="標楷體" w:eastAsia="標楷體" w:hAnsi="標楷體" w:cs="標楷體" w:hint="eastAsia"/>
          <w:color w:val="5F6B7A"/>
          <w:sz w:val="24"/>
          <w:szCs w:val="24"/>
          <w:lang w:eastAsia="zh-TW"/>
        </w:rPr>
        <w:t>、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營業用設備。</w:t>
      </w:r>
    </w:p>
    <w:p w14:paraId="1E6D6D83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A-04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（續）　經費比例檢核及簽章</w:t>
      </w:r>
    </w:p>
    <w:p w14:paraId="670EFB1A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請依前頁經費合計檢核補助、自籌及各科目上限。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50"/>
        <w:gridCol w:w="2200"/>
        <w:gridCol w:w="80"/>
        <w:gridCol w:w="1350"/>
        <w:gridCol w:w="870"/>
        <w:gridCol w:w="2380"/>
      </w:tblGrid>
      <w:tr w:rsidR="002F03F4" w:rsidRPr="0052419B" w14:paraId="05240A4D" w14:textId="77777777" w:rsidTr="00430FF9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BD0691" w14:textId="65841ACE" w:rsidR="002F03F4" w:rsidRPr="0052419B" w:rsidRDefault="002F03F4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3403D" w14:textId="77777777" w:rsidR="002F03F4" w:rsidRPr="0052419B" w:rsidRDefault="002F03F4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</w:p>
        </w:tc>
      </w:tr>
      <w:tr w:rsidR="00674861" w:rsidRPr="0052419B" w14:paraId="73BB91E0" w14:textId="77777777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A5B2C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51B0CA" w14:textId="77777777" w:rsidR="002F03F4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2FC87C6C" w14:textId="18F4BF0A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5A05F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A2A5B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9D55CCC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D8340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總經費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5037D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＝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B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＋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C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7A605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補助比例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CD9B8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B÷A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＝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70%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</w:tr>
      <w:tr w:rsidR="00674861" w:rsidRPr="0052419B" w14:paraId="43390651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55B92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自籌比例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ACEC1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C÷A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＝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≥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EA80A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補助上限</w:t>
            </w:r>
            <w:proofErr w:type="spellEnd"/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5767E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B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1,000,000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元</w:t>
            </w:r>
          </w:p>
        </w:tc>
      </w:tr>
      <w:tr w:rsidR="00674861" w:rsidRPr="0052419B" w14:paraId="6566DDE5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B43A9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品牌與市場推廣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39E6D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補助款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30%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5A84E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專業服務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AA4D5F" w14:textId="1B698D2D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補助款</w:t>
            </w:r>
            <w:r w:rsidR="00BA1726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0%</w:t>
            </w:r>
          </w:p>
        </w:tc>
      </w:tr>
      <w:tr w:rsidR="00674861" w:rsidRPr="0052419B" w14:paraId="0E92C514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5B96B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營業場所租金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B20CB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最長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個月且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補助款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20%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9E128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空間改善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39CDA3" w14:textId="21CBEC9C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補助款</w:t>
            </w:r>
            <w:r w:rsidR="002F03F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0%</w:t>
            </w:r>
          </w:p>
        </w:tc>
      </w:tr>
      <w:tr w:rsidR="00674861" w:rsidRPr="0052419B" w14:paraId="2A898CB3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9F421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空間改善＋設備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B7648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合計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補助款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60%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98E97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報價附件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119D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已附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免附說明</w:t>
            </w:r>
          </w:p>
        </w:tc>
      </w:tr>
      <w:tr w:rsidR="00674861" w:rsidRPr="0052419B" w14:paraId="5E280FE1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E773F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計算確認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58826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比例及上限均符合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8F81C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重複補助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042C28" w14:textId="77777777" w:rsidR="00BA1726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無　</w:t>
            </w:r>
          </w:p>
          <w:p w14:paraId="3971CF3C" w14:textId="38CB72E9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已於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A-07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揭露</w:t>
            </w:r>
          </w:p>
        </w:tc>
      </w:tr>
      <w:tr w:rsidR="00BA1726" w:rsidRPr="0052419B" w14:paraId="59FDCD5B" w14:textId="77777777" w:rsidTr="009C284E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F617D6" w14:textId="77777777" w:rsidR="00BA1726" w:rsidRPr="0052419B" w:rsidRDefault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自籌款來源</w:t>
            </w:r>
            <w:proofErr w:type="spellEnd"/>
          </w:p>
        </w:tc>
        <w:tc>
          <w:tcPr>
            <w:tcW w:w="68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E881A5" w14:textId="77777777" w:rsidR="00BA1726" w:rsidRPr="0052419B" w:rsidRDefault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自有資金／營收／借款／其他：</w:t>
            </w:r>
          </w:p>
          <w:p w14:paraId="5927769A" w14:textId="17C292CD" w:rsidR="00BA1726" w:rsidRPr="0052419B" w:rsidRDefault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674861" w:rsidRPr="0052419B" w14:paraId="614AA264" w14:textId="77777777">
        <w:trPr>
          <w:cantSplit/>
        </w:trPr>
        <w:tc>
          <w:tcPr>
            <w:tcW w:w="9180" w:type="dxa"/>
            <w:gridSpan w:val="7"/>
            <w:shd w:val="clear" w:color="auto" w:fill="FFF4D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BC0CF9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空間改善：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不得作為唯一或主要補助內容，且應以花蓮縣內實際營業場所之固定設施為限。</w:t>
            </w:r>
          </w:p>
        </w:tc>
      </w:tr>
    </w:tbl>
    <w:p w14:paraId="0744D2F0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592C4F4B" w14:textId="77777777" w:rsidTr="002F03F4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8555F0" w14:textId="77777777" w:rsidR="002F03F4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765CF748" w14:textId="58F7D3CD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78AE7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E8A299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B2A9E3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39B15D3F" w14:textId="77777777" w:rsidTr="002F03F4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EAC45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7A29A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9B9C9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D23E6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64531393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A-05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里程碑暨補助權重表</w:t>
      </w:r>
      <w:proofErr w:type="spellEnd"/>
    </w:p>
    <w:p w14:paraId="6222D880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里程碑補助權重合計必須為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100%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；本表為期中查核、結案及終止結算之依據。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850"/>
        <w:gridCol w:w="600"/>
        <w:gridCol w:w="980"/>
        <w:gridCol w:w="1650"/>
        <w:gridCol w:w="900"/>
        <w:gridCol w:w="450"/>
        <w:gridCol w:w="1350"/>
        <w:gridCol w:w="900"/>
        <w:gridCol w:w="1000"/>
      </w:tblGrid>
      <w:tr w:rsidR="00BA1726" w:rsidRPr="0052419B" w14:paraId="1C32F9CE" w14:textId="77777777" w:rsidTr="004F08D5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283A94" w14:textId="0128F68D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4CB7C5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</w:p>
        </w:tc>
      </w:tr>
      <w:tr w:rsidR="00BA1726" w:rsidRPr="0052419B" w14:paraId="28701272" w14:textId="7777777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507839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CF783F" w14:textId="77777777" w:rsidR="00BA1726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新創設立組　</w:t>
            </w:r>
          </w:p>
          <w:p w14:paraId="5D20FF8B" w14:textId="082E5DC1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F8535B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A2BE6C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BA1726" w:rsidRPr="0052419B" w14:paraId="4CF83217" w14:textId="77777777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8077C1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14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7F06DF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里程碑</w:t>
            </w:r>
          </w:p>
        </w:tc>
        <w:tc>
          <w:tcPr>
            <w:tcW w:w="9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377840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完成月份</w:t>
            </w:r>
          </w:p>
        </w:tc>
        <w:tc>
          <w:tcPr>
            <w:tcW w:w="25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0A99A7" w14:textId="77777777" w:rsidR="00BA1726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可驗收成果／</w:t>
            </w:r>
          </w:p>
          <w:p w14:paraId="180CDD8F" w14:textId="3344FF80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量化標準</w:t>
            </w:r>
          </w:p>
        </w:tc>
        <w:tc>
          <w:tcPr>
            <w:tcW w:w="18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9C742A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佐證方式</w:t>
            </w:r>
            <w:proofErr w:type="spellEnd"/>
          </w:p>
        </w:tc>
        <w:tc>
          <w:tcPr>
            <w:tcW w:w="9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215875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期中前應完成</w:t>
            </w:r>
          </w:p>
        </w:tc>
        <w:tc>
          <w:tcPr>
            <w:tcW w:w="10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B3B123" w14:textId="77777777" w:rsidR="00BA1726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</w:t>
            </w:r>
            <w:proofErr w:type="spellEnd"/>
          </w:p>
          <w:p w14:paraId="134B5B3F" w14:textId="26B598CD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權重</w:t>
            </w:r>
            <w:proofErr w:type="spellEnd"/>
          </w:p>
        </w:tc>
      </w:tr>
      <w:tr w:rsidR="00BA1726" w:rsidRPr="0052419B" w14:paraId="41A3476D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A66AA7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5681C0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BC90F8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125B5A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475CB2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BBD9B3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9B9B57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657B0582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F7ECE0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4723C4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4009A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07EB16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D28E58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ABC0A0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09A13A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5D463491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8F4B75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4E8B51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4364A9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79971D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A71DB6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2B916D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76F949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536905DC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5B90B7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CBA7D9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F33B33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32E7AD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EE8AA7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49E1FD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6F7F07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3BD4B05F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12AC59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6AD3F6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524122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999B1A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027EA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67EBF7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D41FCC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176841A2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7F0F7D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822C97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F57232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2AE419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7D5757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8C90A6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962DCF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52582C9E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AA98C1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B2E0BB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643DC1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A1C417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ECA249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1AB525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A41221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0CBC3939" w14:textId="77777777">
        <w:trPr>
          <w:cantSplit/>
        </w:trPr>
        <w:tc>
          <w:tcPr>
            <w:tcW w:w="8180" w:type="dxa"/>
            <w:gridSpan w:val="9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B47ED2" w14:textId="77777777" w:rsidR="00BA1726" w:rsidRPr="0052419B" w:rsidRDefault="00BA1726" w:rsidP="00BA1726">
            <w:pPr>
              <w:spacing w:after="0" w:line="269" w:lineRule="auto"/>
              <w:jc w:val="righ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補助權重合計</w:t>
            </w:r>
          </w:p>
        </w:tc>
        <w:tc>
          <w:tcPr>
            <w:tcW w:w="10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71F476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100%</w:t>
            </w:r>
          </w:p>
        </w:tc>
      </w:tr>
      <w:tr w:rsidR="00BA1726" w:rsidRPr="0052419B" w14:paraId="16951B79" w14:textId="77777777">
        <w:trPr>
          <w:cantSplit/>
        </w:trPr>
        <w:tc>
          <w:tcPr>
            <w:tcW w:w="9180" w:type="dxa"/>
            <w:gridSpan w:val="10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EBF7FB" w14:textId="77777777" w:rsidR="00BA1726" w:rsidRPr="0052419B" w:rsidRDefault="00BA1726" w:rsidP="00BA172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認列原則：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部分成果須可獨立使用或驗收，始得按實際完成比例認列；進度達成率依截至查核日已完成權重除以應完成權重計算。</w:t>
            </w:r>
          </w:p>
        </w:tc>
      </w:tr>
    </w:tbl>
    <w:p w14:paraId="714BA8C7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150B261B" w14:textId="77777777" w:rsidTr="00BA1726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E10EA0" w14:textId="77777777" w:rsidR="00BA1726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7E96C07E" w14:textId="586272F5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6398AE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E5559B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11E1AB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446DB0F3" w14:textId="77777777" w:rsidTr="00BA1726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C18A2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D40A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0500C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FBDD8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3F2A2342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A-06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團隊名冊暨參與同意書</w:t>
      </w:r>
    </w:p>
    <w:p w14:paraId="4E9771AB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請列出實際參與計畫之核心成員；重要人員於核定後變更，應事前申請並經本中心同意。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850"/>
        <w:gridCol w:w="450"/>
        <w:gridCol w:w="1150"/>
        <w:gridCol w:w="1630"/>
        <w:gridCol w:w="70"/>
        <w:gridCol w:w="1280"/>
        <w:gridCol w:w="620"/>
        <w:gridCol w:w="1350"/>
        <w:gridCol w:w="1280"/>
      </w:tblGrid>
      <w:tr w:rsidR="00BA1726" w:rsidRPr="0052419B" w14:paraId="6FA3A7E2" w14:textId="77777777" w:rsidTr="00EF476D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F08D08" w14:textId="5F7DAC78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376ED5" w14:textId="4EBD1D54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64B47ADE" w14:textId="7777777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6C866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EB4915" w14:textId="77777777" w:rsidR="00BA1726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026C2C0E" w14:textId="481AF9BB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E2CF7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3D821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CFED6A3" w14:textId="77777777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DA955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1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A07D7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姓名</w:t>
            </w:r>
          </w:p>
        </w:tc>
        <w:tc>
          <w:tcPr>
            <w:tcW w:w="11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F9AA5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職稱／角色</w:t>
            </w:r>
          </w:p>
        </w:tc>
        <w:tc>
          <w:tcPr>
            <w:tcW w:w="17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09F98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專長及經歷</w:t>
            </w:r>
          </w:p>
        </w:tc>
        <w:tc>
          <w:tcPr>
            <w:tcW w:w="19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B72D1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本案工作內容</w:t>
            </w:r>
          </w:p>
        </w:tc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491B1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電話／電子郵件</w:t>
            </w:r>
          </w:p>
        </w:tc>
        <w:tc>
          <w:tcPr>
            <w:tcW w:w="12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A18F2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本人簽名</w:t>
            </w:r>
          </w:p>
        </w:tc>
      </w:tr>
      <w:tr w:rsidR="00674861" w:rsidRPr="0052419B" w14:paraId="43C17C2E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7D1FE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3CCD8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A5CF9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19D75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678F6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F652D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D4E0D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2F616F05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C5CAC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00F48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B0EC5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6728E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9936A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D3885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2C80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193A3CC4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ECD3A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7FA5E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C3D4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98772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201E9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4321D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76D0E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4BC5325D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39D9E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68932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E2607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9C780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B5452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2A2A2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9FFD4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0BF5502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29E6E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8B68C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3FA41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86BB4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CA8FB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F951C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C30C6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D946B59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2D112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F806C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297CB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A2C36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2E824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49E65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16890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491B32B3" w14:textId="77777777">
        <w:trPr>
          <w:cantSplit/>
        </w:trPr>
        <w:tc>
          <w:tcPr>
            <w:tcW w:w="9180" w:type="dxa"/>
            <w:gridSpan w:val="10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E714F0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參與同意：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本人確認上列資料正確，了解並同意參與本計畫；同意主辦單位於本計畫申請、審查、執行、查核、撥款、結案及追蹤所需範圍內蒐集、處理及利用本人資料；並願配合提供執行及成果佐證。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各成員應於名冊簽名，並另簽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A-10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</w:tc>
      </w:tr>
    </w:tbl>
    <w:p w14:paraId="3374CC14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7DB045FF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C7D555" w14:textId="77777777" w:rsidR="00786CF0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22C5E6F2" w14:textId="083ACC9A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3996ED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5FC0BD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71E6CF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0A04CF1B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7A4DA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030AC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C0D31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6F546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7589E552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A-07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其他政府補助揭露表</w:t>
      </w:r>
      <w:proofErr w:type="spellEnd"/>
    </w:p>
    <w:p w14:paraId="462F6291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同一計畫內容或同一支出項目不得重複獲取政府補助；已申請、審查中或已獲補助者均應揭露。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850"/>
        <w:gridCol w:w="650"/>
        <w:gridCol w:w="1700"/>
        <w:gridCol w:w="880"/>
        <w:gridCol w:w="420"/>
        <w:gridCol w:w="930"/>
        <w:gridCol w:w="170"/>
        <w:gridCol w:w="1300"/>
        <w:gridCol w:w="1780"/>
      </w:tblGrid>
      <w:tr w:rsidR="00786CF0" w:rsidRPr="0052419B" w14:paraId="20AEFE06" w14:textId="77777777" w:rsidTr="0036084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E51E2F" w14:textId="621320B3" w:rsidR="00786CF0" w:rsidRPr="0052419B" w:rsidRDefault="00786CF0" w:rsidP="00786CF0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CDF7FA" w14:textId="2BC66E79" w:rsidR="00786CF0" w:rsidRPr="0052419B" w:rsidRDefault="00786CF0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776AB561" w14:textId="7777777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53FB9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27A507" w14:textId="77777777" w:rsidR="00786CF0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54E83177" w14:textId="7688D386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BE791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37956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BE130A3" w14:textId="77777777">
        <w:trPr>
          <w:cantSplit/>
        </w:trPr>
        <w:tc>
          <w:tcPr>
            <w:tcW w:w="9180" w:type="dxa"/>
            <w:gridSpan w:val="10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A9B1B9" w14:textId="77777777" w:rsidR="00786CF0" w:rsidRDefault="00A24701">
            <w:pPr>
              <w:spacing w:before="20" w:after="20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申請情形：</w:t>
            </w:r>
          </w:p>
          <w:p w14:paraId="4A7C827C" w14:textId="56768A6F" w:rsidR="00786CF0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本案內容及經費未向其他政府機關（構）申請或獲取補助。　</w:t>
            </w:r>
          </w:p>
          <w:p w14:paraId="53BD2FD7" w14:textId="08DF6531" w:rsidR="00674861" w:rsidRPr="0052419B" w:rsidRDefault="00A24701" w:rsidP="00786CF0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曾申請、審查中或已獲補助，詳如下表。</w:t>
            </w:r>
          </w:p>
        </w:tc>
      </w:tr>
      <w:tr w:rsidR="00674861" w:rsidRPr="0052419B" w14:paraId="6C8D3914" w14:textId="77777777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13956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5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57BFD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機關（構）</w:t>
            </w:r>
          </w:p>
        </w:tc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66E3F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</w:p>
        </w:tc>
        <w:tc>
          <w:tcPr>
            <w:tcW w:w="1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30B04" w14:textId="77777777" w:rsidR="00786CF0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4A4413D5" w14:textId="3537519F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核定金額</w:t>
            </w:r>
            <w:proofErr w:type="spellEnd"/>
          </w:p>
        </w:tc>
        <w:tc>
          <w:tcPr>
            <w:tcW w:w="11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B9A67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期間／狀態</w:t>
            </w:r>
          </w:p>
        </w:tc>
        <w:tc>
          <w:tcPr>
            <w:tcW w:w="13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335BF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涉及項目</w:t>
            </w:r>
          </w:p>
        </w:tc>
        <w:tc>
          <w:tcPr>
            <w:tcW w:w="17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483C1E" w14:textId="77777777" w:rsidR="00786CF0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未重複補助</w:t>
            </w:r>
            <w:proofErr w:type="spellEnd"/>
          </w:p>
          <w:p w14:paraId="165C4344" w14:textId="5A11ADDF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說明</w:t>
            </w:r>
            <w:proofErr w:type="spellEnd"/>
          </w:p>
        </w:tc>
      </w:tr>
      <w:tr w:rsidR="00674861" w:rsidRPr="0052419B" w14:paraId="475D5A3A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D3A90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7653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C24D9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26722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F6A1D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AB236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7ADC2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0DCB7D4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5B3F8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A123C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E6DEF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056B4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F039D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E79A7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1C906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4171472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515E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A55F1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3D9C9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AE3A2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F8F0E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3FDEB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4FB67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DDF8539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783BD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9DA76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2C595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6C0B2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F60D3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65498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C1838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50F5DE0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06918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08EBB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487E6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2575C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25318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E9219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BB78A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3A5D116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914CB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38E98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63290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2A7EC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4DCAA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64D51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4EC9F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61E7697" w14:textId="77777777">
        <w:trPr>
          <w:cantSplit/>
        </w:trPr>
        <w:tc>
          <w:tcPr>
            <w:tcW w:w="9180" w:type="dxa"/>
            <w:gridSpan w:val="10"/>
            <w:shd w:val="clear" w:color="auto" w:fill="FFF4D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52E4C0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切結事項：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本人保證已完整揭露；後續如另向政府機關（構）申請或獲取補助，將主動通知本中心，並就經費及成果明確區隔。若有重複補助或隱匿情形，同意依規定不予認列、撤銷或廢止補助並繳回款項。</w:t>
            </w:r>
          </w:p>
        </w:tc>
      </w:tr>
    </w:tbl>
    <w:p w14:paraId="29B8345B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2F6AE80B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D81888" w14:textId="77777777" w:rsidR="00786CF0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1ABD5510" w14:textId="750A7284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74FDA8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3414BC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0C5021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212F70C3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54B0C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DD63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E10B9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85D45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34059EF0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A-08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利害關係及關係人交易揭露表</w:t>
      </w:r>
    </w:p>
    <w:p w14:paraId="56AF3C92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本表用於辨識公職人員利益衝突及關係人交易風險；如依法應揭露者，仍應另附法定格式。</w:t>
      </w:r>
    </w:p>
    <w:p w14:paraId="0380D82B" w14:textId="77777777" w:rsidR="00674861" w:rsidRDefault="00A24701">
      <w:pPr>
        <w:keepNext/>
        <w:spacing w:before="160" w:after="10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關係人交易或特殊採購揭露</w:t>
      </w:r>
    </w:p>
    <w:tbl>
      <w:tblPr>
        <w:tblStyle w:val="TableNormal"/>
        <w:tblW w:w="9894" w:type="dxa"/>
        <w:tblInd w:w="1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2044"/>
        <w:gridCol w:w="1468"/>
        <w:gridCol w:w="4436"/>
      </w:tblGrid>
      <w:tr w:rsidR="009F53D1" w:rsidRPr="00BE07D9" w14:paraId="5ACCFD6B" w14:textId="77777777" w:rsidTr="009F53D1">
        <w:trPr>
          <w:trHeight w:val="497"/>
        </w:trPr>
        <w:tc>
          <w:tcPr>
            <w:tcW w:w="9894" w:type="dxa"/>
            <w:gridSpan w:val="4"/>
            <w:tcBorders>
              <w:top w:val="nil"/>
              <w:left w:val="nil"/>
              <w:right w:val="nil"/>
            </w:tcBorders>
          </w:tcPr>
          <w:p w14:paraId="0D6E4801" w14:textId="77777777" w:rsidR="009F53D1" w:rsidRPr="00BE07D9" w:rsidRDefault="009F53D1" w:rsidP="002E2293">
            <w:pPr>
              <w:pStyle w:val="TableParagraph"/>
              <w:spacing w:line="367" w:lineRule="exact"/>
              <w:ind w:left="122"/>
              <w:rPr>
                <w:rFonts w:ascii="標楷體" w:eastAsia="標楷體" w:hAnsi="標楷體"/>
                <w:b/>
                <w:sz w:val="28"/>
              </w:rPr>
            </w:pPr>
            <w:r w:rsidRPr="00BE07D9">
              <w:rPr>
                <w:rFonts w:ascii="標楷體" w:eastAsia="標楷體" w:hAnsi="標楷體"/>
                <w:b/>
                <w:spacing w:val="-2"/>
                <w:sz w:val="28"/>
              </w:rPr>
              <w:t>公司名稱：</w:t>
            </w:r>
          </w:p>
        </w:tc>
      </w:tr>
      <w:tr w:rsidR="009F53D1" w:rsidRPr="00BE07D9" w14:paraId="06419D22" w14:textId="77777777" w:rsidTr="009F53D1">
        <w:trPr>
          <w:trHeight w:val="714"/>
        </w:trPr>
        <w:tc>
          <w:tcPr>
            <w:tcW w:w="1946" w:type="dxa"/>
            <w:tcBorders>
              <w:bottom w:val="single" w:sz="6" w:space="0" w:color="000000"/>
              <w:right w:val="single" w:sz="6" w:space="0" w:color="000000"/>
            </w:tcBorders>
          </w:tcPr>
          <w:p w14:paraId="0522CE69" w14:textId="77777777" w:rsidR="009F53D1" w:rsidRPr="00BE07D9" w:rsidRDefault="009F53D1" w:rsidP="002E2293">
            <w:pPr>
              <w:pStyle w:val="TableParagraph"/>
              <w:spacing w:before="191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 w:rsidRPr="00BE07D9">
              <w:rPr>
                <w:rFonts w:ascii="標楷體" w:eastAsia="標楷體" w:hAnsi="標楷體"/>
                <w:spacing w:val="-5"/>
                <w:sz w:val="24"/>
              </w:rPr>
              <w:t>姓名</w:t>
            </w:r>
          </w:p>
        </w:tc>
        <w:tc>
          <w:tcPr>
            <w:tcW w:w="20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55223" w14:textId="77777777" w:rsidR="009F53D1" w:rsidRPr="00BE07D9" w:rsidRDefault="009F53D1" w:rsidP="002E2293">
            <w:pPr>
              <w:pStyle w:val="TableParagraph"/>
              <w:spacing w:before="215"/>
              <w:ind w:left="351"/>
              <w:rPr>
                <w:rFonts w:ascii="標楷體" w:eastAsia="標楷體" w:hAnsi="標楷體"/>
                <w:sz w:val="24"/>
              </w:rPr>
            </w:pPr>
            <w:r w:rsidRPr="00BE07D9">
              <w:rPr>
                <w:rFonts w:ascii="標楷體" w:eastAsia="標楷體" w:hAnsi="標楷體"/>
                <w:spacing w:val="-3"/>
                <w:sz w:val="24"/>
              </w:rPr>
              <w:t>任職單位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C0D7" w14:textId="77777777" w:rsidR="009F53D1" w:rsidRPr="00BE07D9" w:rsidRDefault="009F53D1" w:rsidP="002E2293">
            <w:pPr>
              <w:pStyle w:val="TableParagraph"/>
              <w:spacing w:before="215"/>
              <w:ind w:left="348"/>
              <w:rPr>
                <w:rFonts w:ascii="標楷體" w:eastAsia="標楷體" w:hAnsi="標楷體"/>
                <w:sz w:val="24"/>
              </w:rPr>
            </w:pPr>
            <w:r w:rsidRPr="00BE07D9">
              <w:rPr>
                <w:rFonts w:ascii="標楷體" w:eastAsia="標楷體" w:hAnsi="標楷體"/>
                <w:spacing w:val="-5"/>
                <w:sz w:val="24"/>
              </w:rPr>
              <w:t>職稱</w:t>
            </w:r>
          </w:p>
        </w:tc>
        <w:tc>
          <w:tcPr>
            <w:tcW w:w="4434" w:type="dxa"/>
            <w:tcBorders>
              <w:left w:val="single" w:sz="6" w:space="0" w:color="000000"/>
              <w:bottom w:val="single" w:sz="6" w:space="0" w:color="000000"/>
            </w:tcBorders>
          </w:tcPr>
          <w:p w14:paraId="04BEAD75" w14:textId="77777777" w:rsidR="009F53D1" w:rsidRPr="00BE07D9" w:rsidRDefault="009F53D1" w:rsidP="002E2293">
            <w:pPr>
              <w:pStyle w:val="TableParagraph"/>
              <w:spacing w:before="35"/>
              <w:ind w:left="1" w:right="27"/>
              <w:jc w:val="center"/>
              <w:rPr>
                <w:rFonts w:ascii="標楷體" w:eastAsia="標楷體" w:hAnsi="標楷體"/>
                <w:sz w:val="24"/>
              </w:rPr>
            </w:pPr>
            <w:r w:rsidRPr="00BE07D9">
              <w:rPr>
                <w:rFonts w:ascii="標楷體" w:eastAsia="標楷體" w:hAnsi="標楷體"/>
                <w:spacing w:val="-1"/>
                <w:sz w:val="24"/>
              </w:rPr>
              <w:t>具體應迴避理由及事證(請務必</w:t>
            </w:r>
          </w:p>
          <w:p w14:paraId="22112192" w14:textId="77777777" w:rsidR="009F53D1" w:rsidRPr="00BE07D9" w:rsidRDefault="009F53D1" w:rsidP="002E2293">
            <w:pPr>
              <w:pStyle w:val="TableParagraph"/>
              <w:spacing w:before="53" w:line="304" w:lineRule="exact"/>
              <w:ind w:right="27"/>
              <w:jc w:val="center"/>
              <w:rPr>
                <w:rFonts w:ascii="標楷體" w:eastAsia="標楷體" w:hAnsi="標楷體"/>
                <w:sz w:val="24"/>
              </w:rPr>
            </w:pPr>
            <w:r w:rsidRPr="00BE07D9">
              <w:rPr>
                <w:rFonts w:ascii="標楷體" w:eastAsia="標楷體" w:hAnsi="標楷體"/>
                <w:spacing w:val="-4"/>
                <w:sz w:val="24"/>
              </w:rPr>
              <w:t>填寫)</w:t>
            </w:r>
          </w:p>
        </w:tc>
      </w:tr>
      <w:tr w:rsidR="009F53D1" w:rsidRPr="00BE07D9" w14:paraId="108F1EB6" w14:textId="77777777" w:rsidTr="009F53D1">
        <w:trPr>
          <w:trHeight w:val="977"/>
        </w:trPr>
        <w:tc>
          <w:tcPr>
            <w:tcW w:w="1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5D295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C5E92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4C29B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A9DA8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9F53D1" w:rsidRPr="00BE07D9" w14:paraId="2FC2E13F" w14:textId="77777777" w:rsidTr="009F53D1">
        <w:trPr>
          <w:trHeight w:val="980"/>
        </w:trPr>
        <w:tc>
          <w:tcPr>
            <w:tcW w:w="1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9D627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96C2F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834FE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95E019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9F53D1" w:rsidRPr="00BE07D9" w14:paraId="01D7210F" w14:textId="77777777" w:rsidTr="009F53D1">
        <w:trPr>
          <w:trHeight w:val="977"/>
        </w:trPr>
        <w:tc>
          <w:tcPr>
            <w:tcW w:w="1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7F045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984B8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57823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9EA2C5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9F53D1" w:rsidRPr="00BE07D9" w14:paraId="61128620" w14:textId="77777777" w:rsidTr="009F53D1">
        <w:trPr>
          <w:trHeight w:val="979"/>
        </w:trPr>
        <w:tc>
          <w:tcPr>
            <w:tcW w:w="1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BE67C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5F912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0DFBD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6411FA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9F53D1" w:rsidRPr="00BE07D9" w14:paraId="16C6CEC3" w14:textId="77777777" w:rsidTr="009F53D1">
        <w:trPr>
          <w:trHeight w:val="977"/>
        </w:trPr>
        <w:tc>
          <w:tcPr>
            <w:tcW w:w="1946" w:type="dxa"/>
            <w:tcBorders>
              <w:top w:val="single" w:sz="6" w:space="0" w:color="000000"/>
              <w:right w:val="single" w:sz="6" w:space="0" w:color="000000"/>
            </w:tcBorders>
          </w:tcPr>
          <w:p w14:paraId="1EB05F74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4AB935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B01ED1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434" w:type="dxa"/>
            <w:tcBorders>
              <w:top w:val="single" w:sz="6" w:space="0" w:color="000000"/>
              <w:left w:val="single" w:sz="6" w:space="0" w:color="000000"/>
            </w:tcBorders>
          </w:tcPr>
          <w:p w14:paraId="1F9AF572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</w:tbl>
    <w:p w14:paraId="045B3BE1" w14:textId="77777777" w:rsidR="009F53D1" w:rsidRPr="00BE07D9" w:rsidRDefault="009F53D1" w:rsidP="009F53D1">
      <w:pPr>
        <w:pStyle w:val="af"/>
        <w:spacing w:before="8"/>
        <w:ind w:left="45"/>
        <w:rPr>
          <w:rFonts w:ascii="標楷體" w:eastAsia="標楷體" w:hAnsi="標楷體"/>
          <w:lang w:eastAsia="zh-TW"/>
        </w:rPr>
      </w:pPr>
      <w:proofErr w:type="gramStart"/>
      <w:r w:rsidRPr="00BE07D9">
        <w:rPr>
          <w:rFonts w:ascii="標楷體" w:eastAsia="標楷體" w:hAnsi="標楷體"/>
          <w:spacing w:val="-2"/>
          <w:lang w:eastAsia="zh-TW"/>
        </w:rPr>
        <w:t>註</w:t>
      </w:r>
      <w:proofErr w:type="gramEnd"/>
      <w:r w:rsidRPr="00BE07D9">
        <w:rPr>
          <w:rFonts w:ascii="標楷體" w:eastAsia="標楷體" w:hAnsi="標楷體"/>
          <w:spacing w:val="-2"/>
          <w:lang w:eastAsia="zh-TW"/>
        </w:rPr>
        <w:t>：1.</w:t>
      </w:r>
      <w:r w:rsidRPr="00BE07D9">
        <w:rPr>
          <w:rFonts w:ascii="標楷體" w:eastAsia="標楷體" w:hAnsi="標楷體"/>
          <w:spacing w:val="-9"/>
          <w:lang w:eastAsia="zh-TW"/>
        </w:rPr>
        <w:t>若無建議迴避之人員，請於表格內填「無」。</w:t>
      </w:r>
    </w:p>
    <w:p w14:paraId="3B14D259" w14:textId="77777777" w:rsidR="009F53D1" w:rsidRPr="00BE07D9" w:rsidRDefault="009F53D1" w:rsidP="009F53D1">
      <w:pPr>
        <w:pStyle w:val="ae"/>
        <w:widowControl w:val="0"/>
        <w:numPr>
          <w:ilvl w:val="0"/>
          <w:numId w:val="13"/>
        </w:numPr>
        <w:tabs>
          <w:tab w:val="left" w:pos="588"/>
        </w:tabs>
        <w:autoSpaceDE w:val="0"/>
        <w:autoSpaceDN w:val="0"/>
        <w:spacing w:before="3" w:after="0" w:line="240" w:lineRule="auto"/>
        <w:ind w:left="588" w:hanging="150"/>
        <w:contextualSpacing w:val="0"/>
        <w:rPr>
          <w:rFonts w:ascii="標楷體" w:eastAsia="標楷體" w:hAnsi="標楷體"/>
          <w:sz w:val="20"/>
          <w:lang w:eastAsia="zh-TW"/>
        </w:rPr>
      </w:pPr>
      <w:r w:rsidRPr="00BE07D9">
        <w:rPr>
          <w:rFonts w:ascii="標楷體" w:eastAsia="標楷體" w:hAnsi="標楷體"/>
          <w:spacing w:val="-3"/>
          <w:sz w:val="20"/>
          <w:lang w:eastAsia="zh-TW"/>
        </w:rPr>
        <w:t>須加蓋公司印鑑及負責人章。</w:t>
      </w:r>
    </w:p>
    <w:p w14:paraId="28D66F3C" w14:textId="77777777" w:rsidR="009F53D1" w:rsidRPr="00BE07D9" w:rsidRDefault="009F53D1" w:rsidP="009F53D1">
      <w:pPr>
        <w:pStyle w:val="ae"/>
        <w:widowControl w:val="0"/>
        <w:numPr>
          <w:ilvl w:val="0"/>
          <w:numId w:val="13"/>
        </w:numPr>
        <w:tabs>
          <w:tab w:val="left" w:pos="588"/>
        </w:tabs>
        <w:autoSpaceDE w:val="0"/>
        <w:autoSpaceDN w:val="0"/>
        <w:spacing w:before="3" w:after="0" w:line="240" w:lineRule="auto"/>
        <w:ind w:left="588" w:hanging="150"/>
        <w:contextualSpacing w:val="0"/>
        <w:rPr>
          <w:rFonts w:ascii="標楷體" w:eastAsia="標楷體" w:hAnsi="標楷體"/>
          <w:sz w:val="20"/>
          <w:lang w:eastAsia="zh-TW"/>
        </w:rPr>
      </w:pPr>
      <w:r w:rsidRPr="00BE07D9">
        <w:rPr>
          <w:rFonts w:ascii="標楷體" w:eastAsia="標楷體" w:hAnsi="標楷體"/>
          <w:spacing w:val="-3"/>
          <w:sz w:val="20"/>
          <w:lang w:eastAsia="zh-TW"/>
        </w:rPr>
        <w:t>建議迴避之人員，請務必具體說明迴避理由及事證，否則不予以採納。</w:t>
      </w:r>
    </w:p>
    <w:p w14:paraId="5D189162" w14:textId="77777777" w:rsidR="009F53D1" w:rsidRPr="00BE07D9" w:rsidRDefault="009F53D1" w:rsidP="009F53D1">
      <w:pPr>
        <w:pStyle w:val="af"/>
        <w:spacing w:before="83"/>
        <w:rPr>
          <w:rFonts w:ascii="標楷體" w:eastAsia="標楷體" w:hAnsi="標楷體"/>
          <w:lang w:eastAsia="zh-TW"/>
        </w:rPr>
      </w:pPr>
    </w:p>
    <w:p w14:paraId="128E40DC" w14:textId="5C1519DF" w:rsidR="009F53D1" w:rsidRPr="00BE07D9" w:rsidRDefault="009F53D1" w:rsidP="009F53D1">
      <w:pPr>
        <w:ind w:left="16"/>
        <w:rPr>
          <w:rFonts w:ascii="標楷體" w:eastAsia="標楷體" w:hAnsi="標楷體"/>
          <w:sz w:val="28"/>
          <w:lang w:eastAsia="zh-TW"/>
        </w:rPr>
      </w:pPr>
      <w:r w:rsidRPr="00BE07D9">
        <w:rPr>
          <w:rFonts w:ascii="標楷體" w:eastAsia="標楷體" w:hAnsi="標楷體"/>
          <w:noProof/>
          <w:sz w:val="28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722A8C90" wp14:editId="7E5032EE">
                <wp:simplePos x="0" y="0"/>
                <wp:positionH relativeFrom="page">
                  <wp:posOffset>1947545</wp:posOffset>
                </wp:positionH>
                <wp:positionV relativeFrom="paragraph">
                  <wp:posOffset>6350</wp:posOffset>
                </wp:positionV>
                <wp:extent cx="3110865" cy="1714500"/>
                <wp:effectExtent l="0" t="0" r="0" b="19050"/>
                <wp:wrapSquare wrapText="bothSides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0865" cy="1714500"/>
                          <a:chOff x="6350" y="6350"/>
                          <a:chExt cx="3111587" cy="1714500"/>
                        </a:xfrm>
                      </wpg:grpSpPr>
                      <wps:wsp>
                        <wps:cNvPr id="7" name="Textbox 3"/>
                        <wps:cNvSpPr txBox="1"/>
                        <wps:spPr>
                          <a:xfrm>
                            <a:off x="2179710" y="518508"/>
                            <a:ext cx="938227" cy="330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6E5818" w14:textId="262C1657" w:rsidR="009F53D1" w:rsidRDefault="009F53D1" w:rsidP="009F53D1"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pacing w:val="-6"/>
                                  <w:sz w:val="28"/>
                                  <w:lang w:eastAsia="zh-TW"/>
                                </w:rPr>
                                <w:t>(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4"/>
                        <wps:cNvSpPr/>
                        <wps:spPr>
                          <a:xfrm>
                            <a:off x="6350" y="6350"/>
                            <a:ext cx="19431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1714500">
                                <a:moveTo>
                                  <a:pt x="1943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4499"/>
                                </a:lnTo>
                                <a:lnTo>
                                  <a:pt x="1943100" y="1714499"/>
                                </a:lnTo>
                                <a:lnTo>
                                  <a:pt x="1943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5"/>
                        <wps:cNvSpPr/>
                        <wps:spPr>
                          <a:xfrm>
                            <a:off x="6350" y="6350"/>
                            <a:ext cx="19431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1714500">
                                <a:moveTo>
                                  <a:pt x="0" y="1714499"/>
                                </a:moveTo>
                                <a:lnTo>
                                  <a:pt x="1943100" y="1714499"/>
                                </a:lnTo>
                                <a:lnTo>
                                  <a:pt x="1943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44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2A8C90" id="Group 2" o:spid="_x0000_s1026" style="position:absolute;left:0;text-align:left;margin-left:153.35pt;margin-top:.5pt;width:244.95pt;height:135pt;z-index:251661312;mso-wrap-distance-left:0;mso-wrap-distance-right:0;mso-position-horizontal-relative:page;mso-width-relative:margin;mso-height-relative:margin" coordorigin="63,63" coordsize="3111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21797;top:5185;width:9382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06E5818" w14:textId="262C1657" w:rsidR="009F53D1" w:rsidRDefault="009F53D1" w:rsidP="009F53D1"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pacing w:val="-6"/>
                            <w:sz w:val="28"/>
                            <w:lang w:eastAsia="zh-TW"/>
                          </w:rPr>
                          <w:t>(</w:t>
                        </w:r>
                        <w:r>
                          <w:rPr>
                            <w:spacing w:val="-6"/>
                            <w:sz w:val="28"/>
                          </w:rPr>
                          <w:t>印</w:t>
                        </w:r>
                        <w:r>
                          <w:rPr>
                            <w:spacing w:val="-6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Graphic 4" o:spid="_x0000_s1028" style="position:absolute;left:63;top:63;width:19431;height:17145;visibility:visible;mso-wrap-style:square;v-text-anchor:top" coordsize="194310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" path="m1943100,l,,,1714499r1943100,l1943100,xe" stroked="f">
                  <v:path arrowok="t"/>
                </v:shape>
                <v:shape id="Graphic 5" o:spid="_x0000_s1029" style="position:absolute;left:63;top:63;width:19431;height:17145;visibility:visible;mso-wrap-style:square;v-text-anchor:top" coordsize="194310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" path="m,1714499r1943100,l1943100,,,,,1714499xe" filled="f" strokeweight="1pt">
                  <v:stroke dashstyle="3 1"/>
                  <v:path arrowok="t"/>
                </v:shape>
                <w10:wrap type="square" anchorx="page"/>
              </v:group>
            </w:pict>
          </mc:Fallback>
        </mc:AlternateContent>
      </w:r>
      <w:r w:rsidRPr="00BE07D9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9E361D" wp14:editId="308E71D4">
                <wp:simplePos x="0" y="0"/>
                <wp:positionH relativeFrom="page">
                  <wp:posOffset>3667378</wp:posOffset>
                </wp:positionH>
                <wp:positionV relativeFrom="paragraph">
                  <wp:posOffset>498697</wp:posOffset>
                </wp:positionV>
                <wp:extent cx="268605" cy="178435"/>
                <wp:effectExtent l="0" t="0" r="0" b="0"/>
                <wp:wrapNone/>
                <wp:docPr id="5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05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67975" w14:textId="77777777" w:rsidR="009F53D1" w:rsidRDefault="009F53D1" w:rsidP="009F53D1">
                            <w:pPr>
                              <w:spacing w:line="28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(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E361D" id="Textbox 1" o:spid="_x0000_s1030" type="#_x0000_t202" style="position:absolute;left:0;text-align:left;margin-left:288.75pt;margin-top:39.25pt;width:21.15pt;height:14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" filled="f" stroked="f">
                <v:textbox inset="0,0,0,0">
                  <w:txbxContent>
                    <w:p w14:paraId="41067975" w14:textId="77777777" w:rsidR="009F53D1" w:rsidRDefault="009F53D1" w:rsidP="009F53D1">
                      <w:pPr>
                        <w:spacing w:line="281" w:lineRule="exact"/>
                        <w:rPr>
                          <w:sz w:val="28"/>
                        </w:rPr>
                      </w:pPr>
                      <w:r>
                        <w:rPr>
                          <w:spacing w:val="-5"/>
                          <w:sz w:val="28"/>
                        </w:rPr>
                        <w:t>(</w:t>
                      </w:r>
                      <w:r>
                        <w:rPr>
                          <w:spacing w:val="-5"/>
                          <w:sz w:val="28"/>
                        </w:rPr>
                        <w:t>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D9">
        <w:rPr>
          <w:rFonts w:ascii="標楷體" w:eastAsia="標楷體" w:hAnsi="標楷體"/>
          <w:spacing w:val="-4"/>
          <w:sz w:val="28"/>
          <w:lang w:eastAsia="zh-TW"/>
        </w:rPr>
        <w:t>公司印鑑：</w:t>
      </w:r>
    </w:p>
    <w:p w14:paraId="765AECBE" w14:textId="77777777" w:rsidR="009F53D1" w:rsidRPr="00BE07D9" w:rsidRDefault="009F53D1" w:rsidP="009F53D1">
      <w:pPr>
        <w:pStyle w:val="af"/>
        <w:rPr>
          <w:rFonts w:ascii="標楷體" w:eastAsia="標楷體" w:hAnsi="標楷體"/>
          <w:sz w:val="28"/>
          <w:lang w:eastAsia="zh-TW"/>
        </w:rPr>
      </w:pPr>
    </w:p>
    <w:p w14:paraId="19393767" w14:textId="77777777" w:rsidR="009F53D1" w:rsidRPr="00BE07D9" w:rsidRDefault="009F53D1" w:rsidP="009F53D1">
      <w:pPr>
        <w:pStyle w:val="af"/>
        <w:rPr>
          <w:rFonts w:ascii="標楷體" w:eastAsia="標楷體" w:hAnsi="標楷體"/>
          <w:sz w:val="28"/>
          <w:lang w:eastAsia="zh-TW"/>
        </w:rPr>
      </w:pPr>
    </w:p>
    <w:p w14:paraId="430F1FFE" w14:textId="77777777" w:rsidR="009F53D1" w:rsidRPr="00BE07D9" w:rsidRDefault="009F53D1" w:rsidP="009F53D1">
      <w:pPr>
        <w:pStyle w:val="af"/>
        <w:rPr>
          <w:rFonts w:ascii="標楷體" w:eastAsia="標楷體" w:hAnsi="標楷體"/>
          <w:sz w:val="28"/>
          <w:lang w:eastAsia="zh-TW"/>
        </w:rPr>
      </w:pPr>
    </w:p>
    <w:p w14:paraId="364B283E" w14:textId="77777777" w:rsidR="009F53D1" w:rsidRPr="00BE07D9" w:rsidRDefault="009F53D1" w:rsidP="009F53D1">
      <w:pPr>
        <w:pStyle w:val="af"/>
        <w:rPr>
          <w:rFonts w:ascii="標楷體" w:eastAsia="標楷體" w:hAnsi="標楷體"/>
          <w:sz w:val="28"/>
          <w:lang w:eastAsia="zh-TW"/>
        </w:rPr>
      </w:pPr>
    </w:p>
    <w:p w14:paraId="7C53AB9C" w14:textId="77777777" w:rsidR="009F53D1" w:rsidRPr="00BE07D9" w:rsidRDefault="009F53D1" w:rsidP="009F53D1">
      <w:pPr>
        <w:pStyle w:val="af"/>
        <w:rPr>
          <w:rFonts w:ascii="標楷體" w:eastAsia="標楷體" w:hAnsi="標楷體"/>
          <w:sz w:val="28"/>
          <w:lang w:eastAsia="zh-TW"/>
        </w:rPr>
      </w:pPr>
    </w:p>
    <w:p w14:paraId="6E241F63" w14:textId="2667920D" w:rsidR="009F53D1" w:rsidRPr="00BE07D9" w:rsidRDefault="009F53D1" w:rsidP="009F53D1">
      <w:pPr>
        <w:pStyle w:val="af"/>
        <w:spacing w:before="50"/>
        <w:rPr>
          <w:rFonts w:ascii="標楷體" w:eastAsia="標楷體" w:hAnsi="標楷體"/>
          <w:sz w:val="28"/>
          <w:lang w:eastAsia="zh-TW"/>
        </w:rPr>
      </w:pPr>
      <w:r w:rsidRPr="00BE07D9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766E0FB" wp14:editId="015F93B5">
                <wp:simplePos x="0" y="0"/>
                <wp:positionH relativeFrom="page">
                  <wp:posOffset>2810617</wp:posOffset>
                </wp:positionH>
                <wp:positionV relativeFrom="paragraph">
                  <wp:posOffset>261620</wp:posOffset>
                </wp:positionV>
                <wp:extent cx="882650" cy="800100"/>
                <wp:effectExtent l="0" t="0" r="0" b="0"/>
                <wp:wrapNone/>
                <wp:docPr id="10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2650" cy="800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2650" h="800100">
                              <a:moveTo>
                                <a:pt x="0" y="800099"/>
                              </a:moveTo>
                              <a:lnTo>
                                <a:pt x="882650" y="800099"/>
                              </a:lnTo>
                              <a:lnTo>
                                <a:pt x="882650" y="0"/>
                              </a:lnTo>
                              <a:lnTo>
                                <a:pt x="0" y="0"/>
                              </a:lnTo>
                              <a:lnTo>
                                <a:pt x="0" y="8000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ABAE1" id="Graphic 6" o:spid="_x0000_s1026" style="position:absolute;margin-left:221.3pt;margin-top:20.6pt;width:69.5pt;height:6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265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" path="m,800099r882650,l882650,,,,,800099xe" filled="f" strokeweight="1pt">
                <v:stroke dashstyle="3 1"/>
                <v:path arrowok="t"/>
                <w10:wrap anchorx="page"/>
              </v:shape>
            </w:pict>
          </mc:Fallback>
        </mc:AlternateContent>
      </w:r>
    </w:p>
    <w:p w14:paraId="3F7F9DDD" w14:textId="2DDD8460" w:rsidR="00674861" w:rsidRPr="009F53D1" w:rsidRDefault="009F53D1" w:rsidP="009F53D1">
      <w:pPr>
        <w:tabs>
          <w:tab w:val="left" w:pos="4778"/>
        </w:tabs>
        <w:ind w:left="16"/>
        <w:rPr>
          <w:rFonts w:ascii="標楷體" w:eastAsia="標楷體" w:hAnsi="標楷體"/>
          <w:sz w:val="28"/>
          <w:lang w:eastAsia="zh-TW"/>
        </w:rPr>
      </w:pPr>
      <w:r w:rsidRPr="00BE07D9">
        <w:rPr>
          <w:rFonts w:ascii="標楷體" w:eastAsia="標楷體" w:hAnsi="標楷體"/>
          <w:sz w:val="28"/>
          <w:lang w:eastAsia="zh-TW"/>
        </w:rPr>
        <w:t>負</w:t>
      </w:r>
      <w:r w:rsidRPr="00BE07D9">
        <w:rPr>
          <w:rFonts w:ascii="標楷體" w:eastAsia="標楷體" w:hAnsi="標楷體"/>
          <w:spacing w:val="-1"/>
          <w:sz w:val="28"/>
          <w:lang w:eastAsia="zh-TW"/>
        </w:rPr>
        <w:t xml:space="preserve"> </w:t>
      </w:r>
      <w:r w:rsidRPr="00BE07D9">
        <w:rPr>
          <w:rFonts w:ascii="標楷體" w:eastAsia="標楷體" w:hAnsi="標楷體"/>
          <w:sz w:val="28"/>
          <w:lang w:eastAsia="zh-TW"/>
        </w:rPr>
        <w:t>責</w:t>
      </w:r>
      <w:r w:rsidRPr="00BE07D9">
        <w:rPr>
          <w:rFonts w:ascii="標楷體" w:eastAsia="標楷體" w:hAnsi="標楷體"/>
          <w:spacing w:val="-2"/>
          <w:sz w:val="28"/>
          <w:lang w:eastAsia="zh-TW"/>
        </w:rPr>
        <w:t xml:space="preserve"> </w:t>
      </w:r>
      <w:r w:rsidRPr="00BE07D9">
        <w:rPr>
          <w:rFonts w:ascii="標楷體" w:eastAsia="標楷體" w:hAnsi="標楷體"/>
          <w:sz w:val="28"/>
          <w:lang w:eastAsia="zh-TW"/>
        </w:rPr>
        <w:t>人</w:t>
      </w:r>
      <w:r w:rsidRPr="00BE07D9">
        <w:rPr>
          <w:rFonts w:ascii="標楷體" w:eastAsia="標楷體" w:hAnsi="標楷體"/>
          <w:spacing w:val="-10"/>
          <w:sz w:val="28"/>
          <w:lang w:eastAsia="zh-TW"/>
        </w:rPr>
        <w:t>：</w:t>
      </w:r>
      <w:r w:rsidRPr="00BE07D9">
        <w:rPr>
          <w:rFonts w:ascii="標楷體" w:eastAsia="標楷體" w:hAnsi="標楷體"/>
          <w:sz w:val="28"/>
          <w:lang w:eastAsia="zh-TW"/>
        </w:rPr>
        <w:tab/>
      </w:r>
      <w:r>
        <w:rPr>
          <w:rFonts w:ascii="標楷體" w:eastAsia="標楷體" w:hAnsi="標楷體" w:hint="eastAsia"/>
          <w:sz w:val="28"/>
          <w:lang w:eastAsia="zh-TW"/>
        </w:rPr>
        <w:t xml:space="preserve">  </w:t>
      </w:r>
      <w:r w:rsidRPr="00BE07D9">
        <w:rPr>
          <w:rFonts w:ascii="標楷體" w:eastAsia="標楷體" w:hAnsi="標楷體"/>
          <w:spacing w:val="-2"/>
          <w:sz w:val="28"/>
          <w:lang w:eastAsia="zh-TW"/>
        </w:rPr>
        <w:t>(用印</w:t>
      </w:r>
      <w:r w:rsidRPr="00BE07D9">
        <w:rPr>
          <w:rFonts w:ascii="標楷體" w:eastAsia="標楷體" w:hAnsi="標楷體"/>
          <w:spacing w:val="-10"/>
          <w:sz w:val="28"/>
          <w:lang w:eastAsia="zh-TW"/>
        </w:rPr>
        <w:t>)</w:t>
      </w:r>
    </w:p>
    <w:p w14:paraId="7C9F41D7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A-09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申請切結書</w:t>
      </w:r>
    </w:p>
    <w:p w14:paraId="04ADD636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申請人應逐項確認；如有不實，願負法律責任並依規定返還已領補助款。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230"/>
        <w:gridCol w:w="1350"/>
        <w:gridCol w:w="3250"/>
      </w:tblGrid>
      <w:tr w:rsidR="00786CF0" w:rsidRPr="0052419B" w14:paraId="510E6D63" w14:textId="77777777" w:rsidTr="00F95A6D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FF87E6" w14:textId="7CABEB9D" w:rsidR="00786CF0" w:rsidRPr="0052419B" w:rsidRDefault="00786CF0" w:rsidP="00786CF0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48A5D2" w14:textId="0A2326BF" w:rsidR="00786CF0" w:rsidRPr="0052419B" w:rsidRDefault="00786CF0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6A369528" w14:textId="77777777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8751C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4EA39D" w14:textId="77777777" w:rsidR="00786CF0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2F59C8FD" w14:textId="0192157A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06F7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422FF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</w:tbl>
    <w:p w14:paraId="4B05007D" w14:textId="4B631DAE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本人符合申請截止日年滿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18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歲且未滿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46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歲、設籍花蓮縣，以及申請日前三年內完成</w:t>
      </w:r>
      <w:r w:rsidR="00786CF0" w:rsidRPr="00786CF0">
        <w:rPr>
          <w:rFonts w:ascii="標楷體" w:eastAsia="標楷體" w:hAnsi="標楷體" w:cs="標楷體"/>
          <w:sz w:val="24"/>
          <w:szCs w:val="24"/>
          <w:lang w:eastAsia="zh-TW"/>
        </w:rPr>
        <w:t>1</w:t>
      </w:r>
      <w:r w:rsidRPr="00786CF0">
        <w:rPr>
          <w:rFonts w:ascii="標楷體" w:eastAsia="標楷體" w:hAnsi="標楷體" w:cs="標楷體" w:hint="eastAsia"/>
          <w:sz w:val="24"/>
          <w:szCs w:val="24"/>
          <w:lang w:eastAsia="zh-TW"/>
        </w:rPr>
        <w:t>0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小時以上創業課程之共同資格。</w:t>
      </w:r>
    </w:p>
    <w:p w14:paraId="19F096E6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本人僅擇一組提出一案；本人、同一事業或實質相同團隊未重複申請，且未曾獲本計畫補助。</w:t>
      </w:r>
    </w:p>
    <w:p w14:paraId="3DD9C714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申請新創設立組者，於申請截止日尚未以擬申請事業完成公司、商業或稅籍登記，且本人現非其他營利事業代表人或負責人。</w:t>
      </w:r>
    </w:p>
    <w:p w14:paraId="66B715B7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申請創業發展組者，事業之公司或商業及稅籍登記均在花蓮縣且未滿五年；本人為代表人或負責人，並符合出資及資本額規定。</w:t>
      </w:r>
    </w:p>
    <w:p w14:paraId="18C90A50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申請資料、附件、經費、成果及各項說明均真實完整，無冒名、借名、抄襲或侵害他人權利。</w:t>
      </w:r>
    </w:p>
    <w:p w14:paraId="739D6A10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本人及事業無申請須知所列重大欠稅、欠繳保險費、重大違反勞動法令、停歇業、破產未復權或禁止補助行業等不受理情形。</w:t>
      </w:r>
    </w:p>
    <w:p w14:paraId="78FAE131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本案未以相同計畫內容或同一支出項目重複獲取其他政府補助；如有其他申請或獲補助情形，已於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A-07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完整揭露。</w:t>
      </w:r>
    </w:p>
    <w:p w14:paraId="4B9E1EE5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補助款及自籌款僅用於核定計畫，並依核定比例、會計科目、期間、採購、憑證及財產管理規定辦理。</w:t>
      </w:r>
    </w:p>
    <w:p w14:paraId="0C14080B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本人同意配合資料補正、簡報、簽約、培力、輔導、訪視、成果發表、進度查核、經費核銷、財產查驗及後續追蹤。</w:t>
      </w:r>
    </w:p>
    <w:p w14:paraId="77854118" w14:textId="1C1E51B0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本人將於七個月內完成計畫，並完成至少</w:t>
      </w:r>
      <w:r w:rsidR="00786CF0" w:rsidRPr="00786CF0">
        <w:rPr>
          <w:rFonts w:ascii="標楷體" w:eastAsia="標楷體" w:hAnsi="標楷體" w:cs="標楷體"/>
          <w:sz w:val="24"/>
          <w:szCs w:val="24"/>
          <w:lang w:eastAsia="zh-TW"/>
        </w:rPr>
        <w:t>3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場培力工作坊、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3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次專業輔導、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1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場實地訪視及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1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場成果發表會。</w:t>
      </w:r>
    </w:p>
    <w:p w14:paraId="4E1F3146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核定後如需變更內容、期程、工作項目、經費科目或重要人員，將事前提出書面申請，經同意後始執行。</w:t>
      </w:r>
    </w:p>
    <w:p w14:paraId="1DB23880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受補助事業於執行期間及結案後一年持續於花蓮縣實際營運；補助設備於同期間不任意出售、轉讓、出租、設定負擔或移作他用。</w:t>
      </w:r>
    </w:p>
    <w:p w14:paraId="592E59D2" w14:textId="77777777" w:rsidR="00674861" w:rsidRPr="00786CF0" w:rsidRDefault="00A24701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如有資格不符、資料不實、重複補助、憑證違規、挪用款項、拒絕查核或其他違規，願接受停止撥款、撤銷或廢止補助及追繳。</w:t>
      </w:r>
    </w:p>
    <w:p w14:paraId="35AAC5A0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33CE5D94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1EB9AE" w14:textId="77777777" w:rsidR="00786CF0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736C4CAF" w14:textId="2948778A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C6D34E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A52963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316A78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28CBD919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E8C46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C3111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72596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DC559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2F544EC1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A-10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個人資料告知暨同意書</w:t>
      </w:r>
      <w:proofErr w:type="spellEnd"/>
    </w:p>
    <w:p w14:paraId="1A1B6193" w14:textId="56E4FB91" w:rsidR="00EA7E24" w:rsidRPr="002D2695" w:rsidRDefault="00A24701" w:rsidP="00EA7E24">
      <w:pPr>
        <w:pStyle w:val="1"/>
        <w:rPr>
          <w:rFonts w:ascii="標楷體" w:eastAsia="標楷體" w:hAnsi="標楷體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申請人及名冊所列團隊</w:t>
      </w:r>
      <w:proofErr w:type="gramStart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成員均應閱讀</w:t>
      </w:r>
      <w:proofErr w:type="gramEnd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並簽署；可依成員人數複印本表。</w:t>
      </w:r>
    </w:p>
    <w:p w14:paraId="277B03DE" w14:textId="77777777" w:rsidR="00EA7E24" w:rsidRPr="002D2695" w:rsidRDefault="00EA7E24" w:rsidP="00EA7E24">
      <w:pPr>
        <w:pStyle w:val="21"/>
        <w:rPr>
          <w:rFonts w:ascii="標楷體" w:eastAsia="標楷體" w:hAnsi="標楷體"/>
          <w:lang w:eastAsia="zh-TW"/>
        </w:rPr>
      </w:pPr>
      <w:r w:rsidRPr="002D2695">
        <w:rPr>
          <w:rFonts w:ascii="標楷體" w:eastAsia="標楷體" w:hAnsi="標楷體"/>
          <w:spacing w:val="-5"/>
          <w:lang w:eastAsia="zh-TW"/>
        </w:rPr>
        <w:t>蒐集個人資料告知事項</w:t>
      </w:r>
    </w:p>
    <w:p w14:paraId="35502FB8" w14:textId="77777777" w:rsidR="00EA7E24" w:rsidRPr="002D2695" w:rsidRDefault="00EA7E24" w:rsidP="00EA7E24">
      <w:pPr>
        <w:pStyle w:val="af"/>
        <w:spacing w:line="317" w:lineRule="exact"/>
        <w:ind w:left="140"/>
        <w:rPr>
          <w:rFonts w:ascii="標楷體" w:eastAsia="標楷體" w:hAnsi="標楷體"/>
          <w:lang w:eastAsia="zh-TW"/>
        </w:rPr>
      </w:pPr>
      <w:r w:rsidRPr="002D2695">
        <w:rPr>
          <w:rFonts w:ascii="標楷體" w:eastAsia="標楷體" w:hAnsi="標楷體"/>
          <w:spacing w:val="-3"/>
          <w:lang w:eastAsia="zh-TW"/>
        </w:rPr>
        <w:t>花蓮縣政府為遵守個人資料保護法規定，在您提供個人</w:t>
      </w:r>
      <w:proofErr w:type="gramStart"/>
      <w:r w:rsidRPr="002D2695">
        <w:rPr>
          <w:rFonts w:ascii="標楷體" w:eastAsia="標楷體" w:hAnsi="標楷體"/>
          <w:spacing w:val="-3"/>
          <w:lang w:eastAsia="zh-TW"/>
        </w:rPr>
        <w:t>資料予本府</w:t>
      </w:r>
      <w:proofErr w:type="gramEnd"/>
      <w:r w:rsidRPr="002D2695">
        <w:rPr>
          <w:rFonts w:ascii="標楷體" w:eastAsia="標楷體" w:hAnsi="標楷體"/>
          <w:spacing w:val="-3"/>
          <w:lang w:eastAsia="zh-TW"/>
        </w:rPr>
        <w:t>前，依法告</w:t>
      </w:r>
    </w:p>
    <w:p w14:paraId="6043780A" w14:textId="77777777" w:rsidR="00EA7E24" w:rsidRPr="002D2695" w:rsidRDefault="00EA7E24" w:rsidP="00EA7E24">
      <w:pPr>
        <w:pStyle w:val="af"/>
        <w:spacing w:before="1"/>
        <w:ind w:left="140"/>
        <w:rPr>
          <w:rFonts w:ascii="標楷體" w:eastAsia="標楷體" w:hAnsi="標楷體"/>
        </w:rPr>
      </w:pPr>
      <w:proofErr w:type="spellStart"/>
      <w:r w:rsidRPr="002D2695">
        <w:rPr>
          <w:rFonts w:ascii="標楷體" w:eastAsia="標楷體" w:hAnsi="標楷體"/>
          <w:spacing w:val="-4"/>
        </w:rPr>
        <w:t>知下列事項</w:t>
      </w:r>
      <w:proofErr w:type="spellEnd"/>
      <w:r w:rsidRPr="002D2695">
        <w:rPr>
          <w:rFonts w:ascii="標楷體" w:eastAsia="標楷體" w:hAnsi="標楷體"/>
          <w:spacing w:val="-4"/>
        </w:rPr>
        <w:t>：</w:t>
      </w:r>
    </w:p>
    <w:p w14:paraId="1760FB71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花蓮縣政府(以下簡稱本府)因協助產業創新活動補助等目的而獲取您下列個人資料類別：姓名、出生年月日、國民身分證統一編號、性別、職業、教育、連絡方式(包括但不限於電話號碼、E-MAIL、居住或工作地址)等，或其他得以直接或間接識別您個人之資料。</w:t>
      </w:r>
    </w:p>
    <w:p w14:paraId="7E9ACF6D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本府將依個人資料保護法及相關法令之規定下，依本府隱私權保護政策，蒐集、處理及利用您的個人資料。</w:t>
      </w:r>
    </w:p>
    <w:p w14:paraId="14147D57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本府將於蒐集目的之存續期間合理利用您的個人資料。</w:t>
      </w:r>
    </w:p>
    <w:p w14:paraId="71192614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除蒐集之目的涉及國際業務或活動外，本府僅於中華民國領域內利用您的個人資料。</w:t>
      </w:r>
    </w:p>
    <w:p w14:paraId="6CD6C54C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本府將於原蒐集之特定目的、本次以外之產業之推廣、宣導及輔導、以及其他公務機關請求行政協助之目的範圍內，合理利用您的個人資料。</w:t>
      </w:r>
    </w:p>
    <w:p w14:paraId="065BF484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您可依個人資料保護法第 3 條規定，就您的個人資料向本府行使之下列權利：</w:t>
      </w:r>
    </w:p>
    <w:p w14:paraId="10C021D4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查詢或請求閱覽。</w:t>
      </w:r>
    </w:p>
    <w:p w14:paraId="35DE8C7F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請求製給複製本。</w:t>
      </w:r>
    </w:p>
    <w:p w14:paraId="35C0ACBE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請求補充或更正。</w:t>
      </w:r>
    </w:p>
    <w:p w14:paraId="3BAFCF3D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請求停止蒐集、處理及利用。</w:t>
      </w:r>
    </w:p>
    <w:p w14:paraId="62AE254F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請求刪除。</w:t>
      </w:r>
    </w:p>
    <w:p w14:paraId="4DDA32D9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您因行使上述權利而導致對您的權益產生減損時，本府不負相關賠償責任。另依個人資料保護法第 14 條規定，</w:t>
      </w:r>
      <w:proofErr w:type="gramStart"/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本府得酌</w:t>
      </w:r>
      <w:proofErr w:type="gramEnd"/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收行政作業費用。</w:t>
      </w:r>
    </w:p>
    <w:p w14:paraId="46DD7EEE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若您未提供正確之個人資料，本府將無法為您提供特定目的之相關業務。</w:t>
      </w:r>
    </w:p>
    <w:p w14:paraId="3A5B50F8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本府因業務</w:t>
      </w:r>
      <w:proofErr w:type="gramEnd"/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需要而委託其他機關處理您的個人資料時，本府將會善盡監督之責。</w:t>
      </w:r>
    </w:p>
    <w:p w14:paraId="5C3E1222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您瞭解此一同意書符合個人資料保護法及相關法規之要求，且同意本府留存此同意書，供日後取出查驗。</w:t>
      </w:r>
    </w:p>
    <w:p w14:paraId="544A8C99" w14:textId="77777777" w:rsidR="00EA7E24" w:rsidRPr="002D2695" w:rsidRDefault="00EA7E24" w:rsidP="00EA7E24">
      <w:pPr>
        <w:pStyle w:val="21"/>
        <w:spacing w:before="217"/>
        <w:rPr>
          <w:rFonts w:ascii="標楷體" w:eastAsia="標楷體" w:hAnsi="標楷體"/>
        </w:rPr>
      </w:pPr>
      <w:proofErr w:type="spellStart"/>
      <w:r w:rsidRPr="002D2695">
        <w:rPr>
          <w:rFonts w:ascii="標楷體" w:eastAsia="標楷體" w:hAnsi="標楷體"/>
          <w:spacing w:val="-5"/>
        </w:rPr>
        <w:t>個人資料之同意提供</w:t>
      </w:r>
      <w:proofErr w:type="spellEnd"/>
    </w:p>
    <w:p w14:paraId="4B00B926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本人已充分知悉貴處上述告知事項。</w:t>
      </w:r>
    </w:p>
    <w:p w14:paraId="75CBD266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before="1" w:after="0" w:line="240" w:lineRule="auto"/>
        <w:ind w:left="700" w:right="261" w:hanging="560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本人同意貴處蒐集、處理、利用本人之個人資料，以及其他公務機關請求行政協助目的之提供。</w:t>
      </w:r>
    </w:p>
    <w:p w14:paraId="1EFECA8F" w14:textId="77777777" w:rsidR="001629F5" w:rsidRDefault="001629F5">
      <w:pPr>
        <w:spacing w:after="1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05DE9D6" w14:textId="77777777" w:rsidR="001629F5" w:rsidRDefault="001629F5">
      <w:pPr>
        <w:spacing w:after="1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B2E74C4" w14:textId="77777777" w:rsidR="001629F5" w:rsidRDefault="001629F5">
      <w:pPr>
        <w:spacing w:after="1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DB5F823" w14:textId="77777777" w:rsidR="001629F5" w:rsidRDefault="001629F5">
      <w:pPr>
        <w:spacing w:after="1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DE75232" w14:textId="77777777" w:rsidR="001629F5" w:rsidRDefault="001629F5">
      <w:pPr>
        <w:spacing w:after="1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505DFE35" w14:textId="68FD064B" w:rsidR="00674861" w:rsidRPr="00EA7E24" w:rsidRDefault="001629F5" w:rsidP="001629F5">
      <w:pPr>
        <w:spacing w:after="140"/>
        <w:jc w:val="distribute"/>
        <w:rPr>
          <w:rFonts w:ascii="標楷體" w:eastAsia="標楷體" w:hAnsi="標楷體" w:cs="標楷體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中華民國　　年　　月　　日</w:t>
      </w:r>
      <w:r w:rsidRPr="002D269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DBD492" wp14:editId="6760824F">
                <wp:simplePos x="0" y="0"/>
                <wp:positionH relativeFrom="page">
                  <wp:posOffset>3043384</wp:posOffset>
                </wp:positionH>
                <wp:positionV relativeFrom="page">
                  <wp:posOffset>8343265</wp:posOffset>
                </wp:positionV>
                <wp:extent cx="3632200" cy="222885"/>
                <wp:effectExtent l="0" t="0" r="0" b="0"/>
                <wp:wrapSquare wrapText="bothSides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220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D06F27" w14:textId="77777777" w:rsidR="001629F5" w:rsidRDefault="001629F5" w:rsidP="001629F5">
                            <w:pPr>
                              <w:pStyle w:val="af"/>
                              <w:tabs>
                                <w:tab w:val="left" w:pos="5137"/>
                              </w:tabs>
                              <w:spacing w:line="349" w:lineRule="exact"/>
                              <w:ind w:left="20"/>
                            </w:pPr>
                            <w:r w:rsidRPr="001629F5">
                              <w:rPr>
                                <w:rFonts w:ascii="標楷體" w:eastAsia="標楷體" w:hAnsi="標楷體" w:cs="標楷體"/>
                                <w:b/>
                                <w:color w:val="17365D"/>
                                <w:sz w:val="24"/>
                                <w:szCs w:val="24"/>
                                <w:lang w:eastAsia="zh-TW"/>
                              </w:rPr>
                              <w:t>立同意書人:</w:t>
                            </w:r>
                            <w:r w:rsidRPr="001629F5">
                              <w:rPr>
                                <w:rFonts w:ascii="標楷體" w:eastAsia="標楷體" w:hAnsi="標楷體" w:cs="標楷體"/>
                                <w:b/>
                                <w:color w:val="17365D"/>
                                <w:sz w:val="24"/>
                                <w:szCs w:val="24"/>
                                <w:lang w:eastAsia="zh-TW"/>
                              </w:rPr>
                              <w:tab/>
                              <w:t>簽章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BD492" id="_x0000_s1031" type="#_x0000_t202" style="position:absolute;left:0;text-align:left;margin-left:239.65pt;margin-top:656.95pt;width:286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" filled="f" stroked="f">
                <v:textbox inset="0,0,0,0">
                  <w:txbxContent>
                    <w:p w14:paraId="1FD06F27" w14:textId="77777777" w:rsidR="001629F5" w:rsidRDefault="001629F5" w:rsidP="001629F5">
                      <w:pPr>
                        <w:pStyle w:val="af"/>
                        <w:tabs>
                          <w:tab w:val="left" w:pos="5137"/>
                        </w:tabs>
                        <w:spacing w:line="349" w:lineRule="exact"/>
                        <w:ind w:left="20"/>
                      </w:pPr>
                      <w:proofErr w:type="spellStart"/>
                      <w:r w:rsidRPr="001629F5">
                        <w:rPr>
                          <w:rFonts w:ascii="標楷體" w:eastAsia="標楷體" w:hAnsi="標楷體" w:cs="標楷體"/>
                          <w:b/>
                          <w:color w:val="17365D"/>
                          <w:sz w:val="24"/>
                          <w:szCs w:val="24"/>
                          <w:lang w:eastAsia="zh-TW"/>
                        </w:rPr>
                        <w:t>立同意書人</w:t>
                      </w:r>
                      <w:proofErr w:type="spellEnd"/>
                      <w:r w:rsidRPr="001629F5">
                        <w:rPr>
                          <w:rFonts w:ascii="標楷體" w:eastAsia="標楷體" w:hAnsi="標楷體" w:cs="標楷體"/>
                          <w:b/>
                          <w:color w:val="17365D"/>
                          <w:sz w:val="24"/>
                          <w:szCs w:val="24"/>
                          <w:lang w:eastAsia="zh-TW"/>
                        </w:rPr>
                        <w:t>:</w:t>
                      </w:r>
                      <w:r w:rsidRPr="001629F5">
                        <w:rPr>
                          <w:rFonts w:ascii="標楷體" w:eastAsia="標楷體" w:hAnsi="標楷體" w:cs="標楷體"/>
                          <w:b/>
                          <w:color w:val="17365D"/>
                          <w:sz w:val="24"/>
                          <w:szCs w:val="24"/>
                          <w:lang w:eastAsia="zh-TW"/>
                        </w:rPr>
                        <w:tab/>
                      </w:r>
                      <w:proofErr w:type="spellStart"/>
                      <w:r w:rsidRPr="001629F5">
                        <w:rPr>
                          <w:rFonts w:ascii="標楷體" w:eastAsia="標楷體" w:hAnsi="標楷體" w:cs="標楷體"/>
                          <w:b/>
                          <w:color w:val="17365D"/>
                          <w:sz w:val="24"/>
                          <w:szCs w:val="24"/>
                          <w:lang w:eastAsia="zh-TW"/>
                        </w:rPr>
                        <w:t>簽章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562ECA1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A-11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新創設立組設立切結書</w:t>
      </w:r>
    </w:p>
    <w:p w14:paraId="1F1CC085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僅新創設立組使用；獲核定後，於完成花蓮縣公司或商業及稅籍登記時提出。</w:t>
      </w:r>
    </w:p>
    <w:tbl>
      <w:tblPr>
        <w:tblW w:w="9639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559"/>
        <w:gridCol w:w="3402"/>
      </w:tblGrid>
      <w:tr w:rsidR="00786CF0" w:rsidRPr="0052419B" w14:paraId="7841FC0B" w14:textId="77777777" w:rsidTr="00786CF0">
        <w:trPr>
          <w:cantSplit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12749A" w14:textId="5DD53DAD" w:rsidR="00786CF0" w:rsidRPr="0052419B" w:rsidRDefault="00786CF0" w:rsidP="00786CF0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8363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135F75" w14:textId="2AC25652" w:rsidR="00786CF0" w:rsidRPr="0052419B" w:rsidRDefault="00786CF0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12311712" w14:textId="77777777" w:rsidTr="00786CF0">
        <w:trPr>
          <w:cantSplit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6F2B9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1F4B18" w14:textId="77777777" w:rsidR="00786CF0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41E8ABA8" w14:textId="7C765171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70818A" w14:textId="77777777" w:rsidR="00786CF0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160E1769" w14:textId="56C9F95E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事業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A4E6A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189FA2B6" w14:textId="77777777" w:rsidTr="00786CF0">
        <w:trPr>
          <w:cantSplit/>
          <w:trHeight w:val="600"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4EB9D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核定通知送達日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3B948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BE578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原完成期限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42FEE7" w14:textId="77777777" w:rsidR="00786CF0" w:rsidRDefault="00A24701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送達次日起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60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日：</w:t>
            </w:r>
          </w:p>
          <w:p w14:paraId="68301B99" w14:textId="1C964788" w:rsidR="00674861" w:rsidRPr="0052419B" w:rsidRDefault="00786CF0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667C63A5" w14:textId="77777777" w:rsidTr="00786CF0">
        <w:trPr>
          <w:cantSplit/>
          <w:trHeight w:val="600"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31E9B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設立型態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DF39B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公司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商業</w:t>
            </w:r>
            <w:proofErr w:type="spellEnd"/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B6ECF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統一編號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AD896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12E58625" w14:textId="77777777" w:rsidTr="00786CF0">
        <w:trPr>
          <w:cantSplit/>
          <w:trHeight w:val="600"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07921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事業名稱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7D9FA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B7F6E7" w14:textId="77777777" w:rsidR="00786CF0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設立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0C62B532" w14:textId="04E80943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登記日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CDE56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13F01EED" w14:textId="77777777" w:rsidTr="00786CF0">
        <w:trPr>
          <w:cantSplit/>
          <w:trHeight w:val="600"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57ECF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登記地址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2BA4E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花蓮縣　　　　　　　　　</w:t>
            </w:r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627A4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稅籍登記日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F9C46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217D0B8D" w14:textId="77777777" w:rsidTr="00786CF0">
        <w:trPr>
          <w:cantSplit/>
          <w:trHeight w:val="600"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9223A" w14:textId="77777777" w:rsidR="00786CF0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</w:p>
          <w:p w14:paraId="7DDF2177" w14:textId="395F39CC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身分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3138DC" w14:textId="77777777" w:rsidR="00786CF0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公司代表人　</w:t>
            </w:r>
          </w:p>
          <w:p w14:paraId="7413DB59" w14:textId="00263E50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商業負責人</w:t>
            </w:r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FCDACF" w14:textId="77777777" w:rsidR="00786CF0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公司出資</w:t>
            </w:r>
            <w:proofErr w:type="spellEnd"/>
          </w:p>
          <w:p w14:paraId="38D2CEC2" w14:textId="4BE2B9C0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比例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52B1D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（商業免填）</w:t>
            </w:r>
          </w:p>
        </w:tc>
      </w:tr>
    </w:tbl>
    <w:p w14:paraId="5530EB86" w14:textId="77777777" w:rsidR="00674861" w:rsidRPr="0052419B" w:rsidRDefault="00A24701" w:rsidP="00786CF0">
      <w:pPr>
        <w:pStyle w:val="a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本人已於核定通知送達次日起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60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日內完成花蓮縣公司或商業及稅籍登記；如有正當理由，將於期限屆滿前申請展延一次，最長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30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日。</w:t>
      </w:r>
    </w:p>
    <w:p w14:paraId="50C86293" w14:textId="77777777" w:rsidR="00674861" w:rsidRPr="0052419B" w:rsidRDefault="00A24701" w:rsidP="00786CF0">
      <w:pPr>
        <w:pStyle w:val="a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本人為該公司代表人或商業負責人；採公司型態者，本人以自然人名義之出資額原則不低於公司資本額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20%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p w14:paraId="327A74A6" w14:textId="77777777" w:rsidR="00674861" w:rsidRPr="0052419B" w:rsidRDefault="00A24701" w:rsidP="00786CF0">
      <w:pPr>
        <w:pStyle w:val="a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本人同意於完成登記及與本中心簽約後始辦理支出；登記、簽約前發生之費用不列入補助核銷。</w:t>
      </w:r>
    </w:p>
    <w:p w14:paraId="1ED9D694" w14:textId="77777777" w:rsidR="00674861" w:rsidRPr="0052419B" w:rsidRDefault="00A24701" w:rsidP="00786CF0">
      <w:pPr>
        <w:pStyle w:val="a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本人將於執行期間及結案後一年持續於花蓮縣實際營運；如有停歇業、遷址或負責人、出資重大變更，將事前通知並依法辦理。</w:t>
      </w:r>
    </w:p>
    <w:p w14:paraId="2609B02D" w14:textId="77777777" w:rsidR="00674861" w:rsidRPr="0052419B" w:rsidRDefault="00A24701" w:rsidP="00786CF0">
      <w:pPr>
        <w:pStyle w:val="a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如未依限完成設立或所填資料不實，同意取消補助資格、停止簽約或撥款，並返還應繳回款項。</w:t>
      </w:r>
    </w:p>
    <w:tbl>
      <w:tblPr>
        <w:tblW w:w="949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674861" w:rsidRPr="0052419B" w14:paraId="2D5ED5D8" w14:textId="77777777" w:rsidTr="00786CF0">
        <w:trPr>
          <w:cantSplit/>
        </w:trPr>
        <w:tc>
          <w:tcPr>
            <w:tcW w:w="9498" w:type="dxa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B881F7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附件：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公司或商業設立登記、稅籍登記、申請人為代表人或負責人之證明；公司型態者另附足資證明出資比例之文件。</w:t>
            </w:r>
          </w:p>
        </w:tc>
      </w:tr>
    </w:tbl>
    <w:p w14:paraId="2A3E95A3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49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500"/>
        <w:gridCol w:w="3498"/>
      </w:tblGrid>
      <w:tr w:rsidR="00674861" w:rsidRPr="0052419B" w14:paraId="590518E0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276291" w14:textId="77777777" w:rsidR="00786CF0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3DFF63B5" w14:textId="198C01A2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A0FA43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AD9834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4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B5081D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2BB6A5C1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98292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6EDC6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0B7B6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4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8AA3B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19019889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A-12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提案簡報建議架構</w:t>
      </w:r>
    </w:p>
    <w:p w14:paraId="6D4574D1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下列為建議內容；簡報頁數、時間、檔案格式及繳交期限仍以本中心通知為準。</w:t>
      </w:r>
    </w:p>
    <w:tbl>
      <w:tblPr>
        <w:tblW w:w="9441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879"/>
        <w:gridCol w:w="5945"/>
      </w:tblGrid>
      <w:tr w:rsidR="00674861" w:rsidRPr="0052419B" w14:paraId="3A624DE2" w14:textId="77777777" w:rsidTr="009F53D1">
        <w:trPr>
          <w:trHeight w:val="950"/>
          <w:tblHeader/>
        </w:trPr>
        <w:tc>
          <w:tcPr>
            <w:tcW w:w="617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1BC0C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頁次</w:t>
            </w:r>
            <w:proofErr w:type="spellEnd"/>
          </w:p>
        </w:tc>
        <w:tc>
          <w:tcPr>
            <w:tcW w:w="287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BF0D5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主題</w:t>
            </w:r>
          </w:p>
        </w:tc>
        <w:tc>
          <w:tcPr>
            <w:tcW w:w="5944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6FE99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建議內容</w:t>
            </w:r>
          </w:p>
        </w:tc>
      </w:tr>
      <w:tr w:rsidR="00674861" w:rsidRPr="0052419B" w14:paraId="4880B42D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5297C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950AA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封面與一句話提案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C76BD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計畫名稱、組別、申請人／事業、核心價值主張。</w:t>
            </w:r>
          </w:p>
        </w:tc>
      </w:tr>
      <w:tr w:rsidR="00674861" w:rsidRPr="0052419B" w14:paraId="7A401A02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8D0E7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70EF8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需求與痛點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A2EBE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目標客群、在地需求、問題規模及現況佐證。</w:t>
            </w:r>
          </w:p>
        </w:tc>
      </w:tr>
      <w:tr w:rsidR="00674861" w:rsidRPr="0052419B" w14:paraId="248AE879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32C7E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2C72B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產品或服務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38AE7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解決方案、特色、目前完成程度及展示方式。</w:t>
            </w:r>
          </w:p>
        </w:tc>
      </w:tr>
      <w:tr w:rsidR="00674861" w:rsidRPr="0052419B" w14:paraId="6E7325B7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05357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E1B37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市場與競爭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AF62E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客群輪廓、市場驗證、替代方案、差異化。</w:t>
            </w:r>
          </w:p>
        </w:tc>
      </w:tr>
      <w:tr w:rsidR="00674861" w:rsidRPr="0052419B" w14:paraId="441AB9FB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7AD4D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44239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商業模式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15DF0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收入來源、定價、通路、成本與合作夥伴。</w:t>
            </w:r>
          </w:p>
        </w:tc>
      </w:tr>
      <w:tr w:rsidR="00674861" w:rsidRPr="0052419B" w14:paraId="48C868FD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5DBE3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57B46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執行計畫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B18F0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七個月工作項目、時程、分工及風險管理。</w:t>
            </w:r>
          </w:p>
        </w:tc>
      </w:tr>
      <w:tr w:rsidR="00674861" w:rsidRPr="0052419B" w14:paraId="12964837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70984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8E20D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里程碑與績效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8E1A5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可驗收成果、量化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KPI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及補助權重合計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100%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</w:tr>
      <w:tr w:rsidR="00674861" w:rsidRPr="0052419B" w14:paraId="5C85B250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5D251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63FB2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經費與自籌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A607C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申請補助、自籌來源、主要用途及必要性。</w:t>
            </w:r>
          </w:p>
        </w:tc>
      </w:tr>
      <w:tr w:rsidR="00674861" w:rsidRPr="0052419B" w14:paraId="786C1215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16906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9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AEF4D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團隊能力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F2EC9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核心成員、專長、實績及缺口補強。</w:t>
            </w:r>
          </w:p>
        </w:tc>
      </w:tr>
      <w:tr w:rsidR="00674861" w:rsidRPr="0052419B" w14:paraId="334F9688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FEA1B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8FE87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花蓮效益與永續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4F88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在地連結、就業、營運持續性及核定後一年規劃。</w:t>
            </w:r>
          </w:p>
        </w:tc>
      </w:tr>
      <w:tr w:rsidR="00674861" w:rsidRPr="0052419B" w14:paraId="5992DE27" w14:textId="77777777" w:rsidTr="009F53D1">
        <w:trPr>
          <w:cantSplit/>
          <w:trHeight w:val="1514"/>
        </w:trPr>
        <w:tc>
          <w:tcPr>
            <w:tcW w:w="9441" w:type="dxa"/>
            <w:gridSpan w:val="3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4EB56D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簡報提醒：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請用可驗證資料支持主張，明確說明「七個月內要完成什麼、如何驗收、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100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萬元以內如何使用」，並準備回答市場需求、現金流、自籌款、法規及執行風險。</w:t>
            </w:r>
          </w:p>
        </w:tc>
      </w:tr>
    </w:tbl>
    <w:p w14:paraId="726169E9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B-01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計畫變更申請表</w:t>
      </w:r>
    </w:p>
    <w:p w14:paraId="1E29177E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計畫內容、期程、工作項目、經費科目或重要人員如需變更，應於執行前提出並經書面同意。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360"/>
        <w:gridCol w:w="3020"/>
        <w:gridCol w:w="10"/>
        <w:gridCol w:w="1200"/>
        <w:gridCol w:w="447"/>
        <w:gridCol w:w="2943"/>
      </w:tblGrid>
      <w:tr w:rsidR="00786CF0" w:rsidRPr="0052419B" w14:paraId="2EE07CE0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76FC64" w14:textId="0054D6FA" w:rsidR="00786CF0" w:rsidRPr="0052419B" w:rsidRDefault="00786CF0" w:rsidP="00786CF0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62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3CADB3" w14:textId="556A5D3F" w:rsidR="00786CF0" w:rsidRPr="0052419B" w:rsidRDefault="00786CF0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7EC4D883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2376D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0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5D6AB8" w14:textId="77777777" w:rsidR="00786CF0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6C92EB4C" w14:textId="6C882E19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657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214834" w14:textId="77777777" w:rsidR="00026F0C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5B59B0AD" w14:textId="74F5DCB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事業</w:t>
            </w:r>
            <w:proofErr w:type="spellEnd"/>
          </w:p>
        </w:tc>
        <w:tc>
          <w:tcPr>
            <w:tcW w:w="29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DBD69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CFAF16F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B3227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核定補助額</w:t>
            </w:r>
            <w:proofErr w:type="spellEnd"/>
          </w:p>
        </w:tc>
        <w:tc>
          <w:tcPr>
            <w:tcW w:w="303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3EC37D" w14:textId="4FEEB48E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新臺幣　　　　　</w:t>
            </w:r>
            <w:r w:rsidR="00786CF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元</w:t>
            </w:r>
          </w:p>
        </w:tc>
        <w:tc>
          <w:tcPr>
            <w:tcW w:w="164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DE877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核定總經費</w:t>
            </w:r>
            <w:proofErr w:type="spellEnd"/>
          </w:p>
        </w:tc>
        <w:tc>
          <w:tcPr>
            <w:tcW w:w="29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FF15F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3BD101BE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0D127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執行期間</w:t>
            </w:r>
            <w:proofErr w:type="spellEnd"/>
          </w:p>
        </w:tc>
        <w:tc>
          <w:tcPr>
            <w:tcW w:w="303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1CD39B" w14:textId="77777777" w:rsidR="00786CF0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日至</w:t>
            </w:r>
            <w:proofErr w:type="spellEnd"/>
          </w:p>
          <w:p w14:paraId="5A89D1E4" w14:textId="7B491E50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日</w:t>
            </w:r>
          </w:p>
        </w:tc>
        <w:tc>
          <w:tcPr>
            <w:tcW w:w="164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460B4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申請日期</w:t>
            </w:r>
          </w:p>
        </w:tc>
        <w:tc>
          <w:tcPr>
            <w:tcW w:w="29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2C1290" w14:textId="0F224A8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年　月　日</w:t>
            </w:r>
          </w:p>
        </w:tc>
      </w:tr>
      <w:tr w:rsidR="00674861" w:rsidRPr="0052419B" w14:paraId="78B1C922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3CB14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變更類型</w:t>
            </w:r>
            <w:proofErr w:type="spellEnd"/>
          </w:p>
        </w:tc>
        <w:tc>
          <w:tcPr>
            <w:tcW w:w="303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6A2081" w14:textId="4D2779EC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內容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期程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人員</w:t>
            </w:r>
          </w:p>
        </w:tc>
        <w:tc>
          <w:tcPr>
            <w:tcW w:w="164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6DA65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經費變更</w:t>
            </w:r>
            <w:proofErr w:type="spellEnd"/>
          </w:p>
        </w:tc>
        <w:tc>
          <w:tcPr>
            <w:tcW w:w="29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2F9683" w14:textId="77777777" w:rsidR="00786CF0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無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科目流用　</w:t>
            </w:r>
          </w:p>
          <w:p w14:paraId="1A9246C6" w14:textId="3191DF48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金額調整</w:t>
            </w:r>
          </w:p>
        </w:tc>
      </w:tr>
      <w:tr w:rsidR="00674861" w:rsidRPr="0052419B" w14:paraId="1606E8D3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7E07D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是否已執行</w:t>
            </w:r>
            <w:proofErr w:type="spellEnd"/>
          </w:p>
        </w:tc>
        <w:tc>
          <w:tcPr>
            <w:tcW w:w="303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1BB55F" w14:textId="77777777" w:rsidR="00786CF0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尚未執行　</w:t>
            </w:r>
          </w:p>
          <w:p w14:paraId="18FF07D7" w14:textId="72D3BD8D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部分已執行</w:t>
            </w:r>
          </w:p>
        </w:tc>
        <w:tc>
          <w:tcPr>
            <w:tcW w:w="164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960894" w14:textId="77777777" w:rsidR="00786CF0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是否影響</w:t>
            </w:r>
            <w:proofErr w:type="spellEnd"/>
          </w:p>
          <w:p w14:paraId="0ADC82F3" w14:textId="282ACA0C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里程碑</w:t>
            </w:r>
            <w:proofErr w:type="spellEnd"/>
          </w:p>
        </w:tc>
        <w:tc>
          <w:tcPr>
            <w:tcW w:w="29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46EE24" w14:textId="77777777" w:rsidR="00786CF0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否　</w:t>
            </w:r>
          </w:p>
          <w:p w14:paraId="48984E76" w14:textId="70ADF2C2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是；應一併修正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A-05</w:t>
            </w:r>
          </w:p>
        </w:tc>
      </w:tr>
      <w:tr w:rsidR="00674861" w:rsidRPr="0052419B" w14:paraId="4F3856F1" w14:textId="77777777">
        <w:trPr>
          <w:tblHeader/>
        </w:trPr>
        <w:tc>
          <w:tcPr>
            <w:tcW w:w="1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1EA5F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339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D1E13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原核定內容</w:t>
            </w:r>
          </w:p>
        </w:tc>
        <w:tc>
          <w:tcPr>
            <w:tcW w:w="1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BA488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339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7C864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申請變更內容</w:t>
            </w:r>
          </w:p>
        </w:tc>
      </w:tr>
      <w:tr w:rsidR="00674861" w:rsidRPr="0052419B" w14:paraId="356661E8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6C2CC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FE7DE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2FBAF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245F3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439CBC7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C6C45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672D3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3FBC7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2D7DA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F5EED59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4B6AE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51296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AE86E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79F2A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CF06ED9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C452C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A7DE1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006E6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99236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E1F9395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D976D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B0E14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BE81E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B895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D54BF07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6DACF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90966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E5F8C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84E51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799F4A1" w14:textId="77777777">
        <w:trPr>
          <w:cantSplit/>
        </w:trPr>
        <w:tc>
          <w:tcPr>
            <w:tcW w:w="9180" w:type="dxa"/>
            <w:gridSpan w:val="7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314111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lastRenderedPageBreak/>
              <w:t>變更理由及必要性</w:t>
            </w:r>
          </w:p>
        </w:tc>
      </w:tr>
      <w:tr w:rsidR="00674861" w:rsidRPr="0052419B" w14:paraId="61277401" w14:textId="77777777" w:rsidTr="009F53D1">
        <w:trPr>
          <w:cantSplit/>
          <w:trHeight w:val="4593"/>
        </w:trPr>
        <w:tc>
          <w:tcPr>
            <w:tcW w:w="9180" w:type="dxa"/>
            <w:gridSpan w:val="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4A9AF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請說明變更原因、不可預見性、替代方案，以及為何仍可達成計畫目的。</w:t>
            </w:r>
          </w:p>
        </w:tc>
      </w:tr>
      <w:tr w:rsidR="00674861" w:rsidRPr="0052419B" w14:paraId="7373EB8F" w14:textId="77777777">
        <w:trPr>
          <w:cantSplit/>
        </w:trPr>
        <w:tc>
          <w:tcPr>
            <w:tcW w:w="9180" w:type="dxa"/>
            <w:gridSpan w:val="7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28B9FC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對里程碑、績效、經費比例與期程之影響</w:t>
            </w:r>
          </w:p>
        </w:tc>
      </w:tr>
      <w:tr w:rsidR="00674861" w:rsidRPr="0052419B" w14:paraId="215FCF05" w14:textId="77777777" w:rsidTr="009F53D1">
        <w:trPr>
          <w:cantSplit/>
          <w:trHeight w:val="4641"/>
        </w:trPr>
        <w:tc>
          <w:tcPr>
            <w:tcW w:w="9180" w:type="dxa"/>
            <w:gridSpan w:val="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20C62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請量化說明；如有修正里程碑、經費或時程，應附修正版對照表。</w:t>
            </w:r>
          </w:p>
        </w:tc>
      </w:tr>
    </w:tbl>
    <w:p w14:paraId="7395B367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74861" w:rsidRPr="0052419B" w14:paraId="7D30DFB3" w14:textId="77777777">
        <w:trPr>
          <w:cantSplit/>
        </w:trPr>
        <w:tc>
          <w:tcPr>
            <w:tcW w:w="9180" w:type="dxa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106649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附件檢核：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變更前後對照表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修正計畫書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修正經費表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修正里程碑表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報價或證明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其他：　　　　　　　　　。</w:t>
            </w:r>
          </w:p>
        </w:tc>
      </w:tr>
    </w:tbl>
    <w:p w14:paraId="2082E265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57B6836A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340944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5467F8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256F02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20785D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150F63AD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DC6EA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8C9FE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E042F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756E2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0A6F9C59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B-02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期中進度報告暨查核表</w:t>
      </w:r>
    </w:p>
    <w:p w14:paraId="76CDB428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原則於執行第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3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至第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4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個月辦理；進度達成率＝截至查核日已完成之補助權重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÷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截至查核日應完成之補助權重。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919"/>
        <w:gridCol w:w="331"/>
        <w:gridCol w:w="150"/>
        <w:gridCol w:w="700"/>
        <w:gridCol w:w="850"/>
        <w:gridCol w:w="1250"/>
        <w:gridCol w:w="121"/>
        <w:gridCol w:w="1179"/>
        <w:gridCol w:w="238"/>
        <w:gridCol w:w="253"/>
        <w:gridCol w:w="1309"/>
        <w:gridCol w:w="1381"/>
      </w:tblGrid>
      <w:tr w:rsidR="00026F0C" w:rsidRPr="0052419B" w14:paraId="543989B3" w14:textId="77777777" w:rsidTr="00026F0C">
        <w:trPr>
          <w:cantSplit/>
        </w:trPr>
        <w:tc>
          <w:tcPr>
            <w:tcW w:w="1418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855AB7" w14:textId="0099816D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762" w:type="dxa"/>
            <w:gridSpan w:val="1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F98393" w14:textId="2620F0C1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6814B39A" w14:textId="77777777" w:rsidTr="00026F0C">
        <w:trPr>
          <w:cantSplit/>
        </w:trPr>
        <w:tc>
          <w:tcPr>
            <w:tcW w:w="1418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64761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402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076A8D" w14:textId="77777777" w:rsidR="00026F0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2F121C14" w14:textId="58C0F1C1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41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914707" w14:textId="77777777" w:rsidR="00026F0C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64CC040E" w14:textId="18749553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事業</w:t>
            </w:r>
            <w:proofErr w:type="spellEnd"/>
          </w:p>
        </w:tc>
        <w:tc>
          <w:tcPr>
            <w:tcW w:w="2943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C4704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E68A6F2" w14:textId="77777777" w:rsidTr="00026F0C">
        <w:trPr>
          <w:cantSplit/>
        </w:trPr>
        <w:tc>
          <w:tcPr>
            <w:tcW w:w="1418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3B0A4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核定執行期間</w:t>
            </w:r>
            <w:proofErr w:type="spellEnd"/>
          </w:p>
        </w:tc>
        <w:tc>
          <w:tcPr>
            <w:tcW w:w="3402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CA5D73" w14:textId="77777777" w:rsidR="00026F0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日至</w:t>
            </w:r>
            <w:proofErr w:type="spellEnd"/>
          </w:p>
          <w:p w14:paraId="5D06A694" w14:textId="73758DB5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日</w:t>
            </w:r>
          </w:p>
        </w:tc>
        <w:tc>
          <w:tcPr>
            <w:tcW w:w="141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31529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本次報告期間</w:t>
            </w:r>
          </w:p>
        </w:tc>
        <w:tc>
          <w:tcPr>
            <w:tcW w:w="2943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088D6A" w14:textId="77777777" w:rsidR="00026F0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日至</w:t>
            </w:r>
            <w:proofErr w:type="spellEnd"/>
          </w:p>
          <w:p w14:paraId="763AF227" w14:textId="2F0DF1F8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日</w:t>
            </w:r>
          </w:p>
        </w:tc>
      </w:tr>
      <w:tr w:rsidR="00674861" w:rsidRPr="0052419B" w14:paraId="2317BA70" w14:textId="77777777" w:rsidTr="00026F0C">
        <w:trPr>
          <w:cantSplit/>
        </w:trPr>
        <w:tc>
          <w:tcPr>
            <w:tcW w:w="1418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D9779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查核日期</w:t>
            </w:r>
          </w:p>
        </w:tc>
        <w:tc>
          <w:tcPr>
            <w:tcW w:w="3402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CDC85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  <w:tc>
          <w:tcPr>
            <w:tcW w:w="141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8BFF2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查核方式</w:t>
            </w:r>
            <w:proofErr w:type="spellEnd"/>
          </w:p>
        </w:tc>
        <w:tc>
          <w:tcPr>
            <w:tcW w:w="2943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C79E7C" w14:textId="7425EF93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書面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實地</w:t>
            </w:r>
          </w:p>
        </w:tc>
      </w:tr>
      <w:tr w:rsidR="00674861" w:rsidRPr="0052419B" w14:paraId="5B0A7D2F" w14:textId="77777777" w:rsidTr="00026F0C">
        <w:trPr>
          <w:cantSplit/>
        </w:trPr>
        <w:tc>
          <w:tcPr>
            <w:tcW w:w="1418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0F8147" w14:textId="77777777" w:rsidR="00026F0C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</w:t>
            </w:r>
            <w:proofErr w:type="spellEnd"/>
          </w:p>
          <w:p w14:paraId="605827C9" w14:textId="74CF196E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補助額</w:t>
            </w:r>
            <w:proofErr w:type="spellEnd"/>
          </w:p>
        </w:tc>
        <w:tc>
          <w:tcPr>
            <w:tcW w:w="3402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FB46B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141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D4247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累計補助支出</w:t>
            </w:r>
            <w:proofErr w:type="spellEnd"/>
          </w:p>
        </w:tc>
        <w:tc>
          <w:tcPr>
            <w:tcW w:w="2943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8777C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53DE61F0" w14:textId="77777777" w:rsidTr="00026F0C">
        <w:trPr>
          <w:tblHeader/>
        </w:trPr>
        <w:tc>
          <w:tcPr>
            <w:tcW w:w="49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714BE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2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793F2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里程碑</w:t>
            </w:r>
          </w:p>
        </w:tc>
        <w:tc>
          <w:tcPr>
            <w:tcW w:w="8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9508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完成月份</w:t>
            </w:r>
          </w:p>
        </w:tc>
        <w:tc>
          <w:tcPr>
            <w:tcW w:w="8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141BB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補助權重</w:t>
            </w:r>
          </w:p>
        </w:tc>
        <w:tc>
          <w:tcPr>
            <w:tcW w:w="12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7759C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應達成果</w:t>
            </w:r>
          </w:p>
        </w:tc>
        <w:tc>
          <w:tcPr>
            <w:tcW w:w="1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BBE02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實際完成</w:t>
            </w:r>
          </w:p>
        </w:tc>
        <w:tc>
          <w:tcPr>
            <w:tcW w:w="18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93800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佐證文件</w:t>
            </w:r>
          </w:p>
        </w:tc>
        <w:tc>
          <w:tcPr>
            <w:tcW w:w="138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A26A8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查核認定</w:t>
            </w:r>
          </w:p>
        </w:tc>
      </w:tr>
      <w:tr w:rsidR="00674861" w:rsidRPr="0052419B" w14:paraId="498498C2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600F4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7D20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80C38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D94D2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72E0C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2566C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E4437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FC48E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1F8099D0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E52D1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FF59F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2B42C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ACC0C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6C63E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40F43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E70D9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01720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02E6F053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99928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9760A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64643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65D25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42780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04193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46FC2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4493C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0A38271C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9E534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ECB9D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A118D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428D0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2923B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4C7CC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5B887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F944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1A13D07C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41234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F441C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8C2BF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80415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572B1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1D5A6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216EE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A8F6E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0D25B6A6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31E81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A2437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02855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C2506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92FAD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AE2D9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182D7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94CA6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2F00929A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DCC0F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7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E49D1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6AC2C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BF6D8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DA33C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0141A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4117F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400B5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0928C1BD" w14:textId="77777777" w:rsidTr="00026F0C">
        <w:trPr>
          <w:cantSplit/>
        </w:trPr>
        <w:tc>
          <w:tcPr>
            <w:tcW w:w="1899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04F10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截至查核日應完成權重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(A)</w:t>
            </w:r>
          </w:p>
        </w:tc>
        <w:tc>
          <w:tcPr>
            <w:tcW w:w="2921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9FF75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67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0448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已完成認列權重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(B)</w:t>
            </w:r>
          </w:p>
        </w:tc>
        <w:tc>
          <w:tcPr>
            <w:tcW w:w="26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B1E84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</w:tr>
      <w:tr w:rsidR="00674861" w:rsidRPr="0052419B" w14:paraId="78DAB6BC" w14:textId="77777777" w:rsidTr="00026F0C">
        <w:trPr>
          <w:cantSplit/>
        </w:trPr>
        <w:tc>
          <w:tcPr>
            <w:tcW w:w="1899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9D303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進度達成率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(B÷A)</w:t>
            </w:r>
          </w:p>
        </w:tc>
        <w:tc>
          <w:tcPr>
            <w:tcW w:w="2921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50D0C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67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655D4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經費執行率</w:t>
            </w:r>
          </w:p>
        </w:tc>
        <w:tc>
          <w:tcPr>
            <w:tcW w:w="26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B8F6A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</w:tr>
      <w:tr w:rsidR="00674861" w:rsidRPr="0052419B" w14:paraId="41A5C32F" w14:textId="77777777" w:rsidTr="00026F0C">
        <w:trPr>
          <w:cantSplit/>
        </w:trPr>
        <w:tc>
          <w:tcPr>
            <w:tcW w:w="1899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A13D3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受補助者自評</w:t>
            </w:r>
          </w:p>
        </w:tc>
        <w:tc>
          <w:tcPr>
            <w:tcW w:w="2921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42B7E7" w14:textId="77777777" w:rsidR="00026F0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正常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應改善　</w:t>
            </w:r>
          </w:p>
          <w:p w14:paraId="39B71937" w14:textId="15DF656D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狀況不佳</w:t>
            </w:r>
          </w:p>
        </w:tc>
        <w:tc>
          <w:tcPr>
            <w:tcW w:w="167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4F148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查核認定</w:t>
            </w:r>
            <w:proofErr w:type="spellEnd"/>
          </w:p>
        </w:tc>
        <w:tc>
          <w:tcPr>
            <w:tcW w:w="26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D3EFD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正常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應改善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狀況不佳</w:t>
            </w:r>
          </w:p>
        </w:tc>
      </w:tr>
      <w:tr w:rsidR="00674861" w:rsidRPr="0052419B" w14:paraId="1A6CCD8D" w14:textId="77777777" w:rsidTr="00026F0C">
        <w:trPr>
          <w:cantSplit/>
        </w:trPr>
        <w:tc>
          <w:tcPr>
            <w:tcW w:w="1899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3DAA0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門檻</w:t>
            </w:r>
            <w:proofErr w:type="spellEnd"/>
          </w:p>
        </w:tc>
        <w:tc>
          <w:tcPr>
            <w:tcW w:w="2921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AFD09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80%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以上：正常</w:t>
            </w:r>
          </w:p>
        </w:tc>
        <w:tc>
          <w:tcPr>
            <w:tcW w:w="167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E1FDB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60%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以上未滿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80%</w:t>
            </w:r>
          </w:p>
        </w:tc>
        <w:tc>
          <w:tcPr>
            <w:tcW w:w="26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CFD6B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改善；未滿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：不佳</w:t>
            </w:r>
          </w:p>
        </w:tc>
      </w:tr>
    </w:tbl>
    <w:p w14:paraId="5B164DFF" w14:textId="77777777" w:rsidR="00674861" w:rsidRPr="0052419B" w:rsidRDefault="00A24701">
      <w:pPr>
        <w:keepNext/>
        <w:spacing w:before="160"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必要參與義務完成情形</w:t>
      </w:r>
    </w:p>
    <w:tbl>
      <w:tblPr>
        <w:tblW w:w="9385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920"/>
        <w:gridCol w:w="1329"/>
        <w:gridCol w:w="2556"/>
        <w:gridCol w:w="1513"/>
        <w:gridCol w:w="1534"/>
      </w:tblGrid>
      <w:tr w:rsidR="00674861" w:rsidRPr="0052419B" w14:paraId="71CBA526" w14:textId="77777777" w:rsidTr="009F53D1">
        <w:trPr>
          <w:trHeight w:val="987"/>
          <w:tblHeader/>
        </w:trPr>
        <w:tc>
          <w:tcPr>
            <w:tcW w:w="153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BB1D3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項目</w:t>
            </w:r>
            <w:proofErr w:type="spellEnd"/>
          </w:p>
        </w:tc>
        <w:tc>
          <w:tcPr>
            <w:tcW w:w="92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5B5CF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應完成</w:t>
            </w:r>
          </w:p>
        </w:tc>
        <w:tc>
          <w:tcPr>
            <w:tcW w:w="132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0AD8E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已完成</w:t>
            </w:r>
          </w:p>
        </w:tc>
        <w:tc>
          <w:tcPr>
            <w:tcW w:w="255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30374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日期／名稱</w:t>
            </w:r>
          </w:p>
        </w:tc>
        <w:tc>
          <w:tcPr>
            <w:tcW w:w="151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C6ADA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</w:t>
            </w:r>
          </w:p>
        </w:tc>
        <w:tc>
          <w:tcPr>
            <w:tcW w:w="153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00A52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</w:t>
            </w:r>
          </w:p>
        </w:tc>
      </w:tr>
      <w:tr w:rsidR="00674861" w:rsidRPr="0052419B" w14:paraId="3E74722E" w14:textId="77777777" w:rsidTr="009F53D1">
        <w:trPr>
          <w:cantSplit/>
          <w:trHeight w:val="987"/>
        </w:trPr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8B8B8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培力工作坊</w:t>
            </w:r>
          </w:p>
        </w:tc>
        <w:tc>
          <w:tcPr>
            <w:tcW w:w="9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759E08" w14:textId="35A5239E" w:rsidR="00674861" w:rsidRPr="0052419B" w:rsidRDefault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</w:t>
            </w:r>
          </w:p>
        </w:tc>
        <w:tc>
          <w:tcPr>
            <w:tcW w:w="1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3C4B6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25BEF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1B8AB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已附</w:t>
            </w:r>
          </w:p>
        </w:tc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A5031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待補</w:t>
            </w:r>
          </w:p>
        </w:tc>
      </w:tr>
      <w:tr w:rsidR="00674861" w:rsidRPr="0052419B" w14:paraId="21B8E77D" w14:textId="77777777" w:rsidTr="009F53D1">
        <w:trPr>
          <w:cantSplit/>
          <w:trHeight w:val="987"/>
        </w:trPr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4D2D0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專業輔導</w:t>
            </w:r>
          </w:p>
        </w:tc>
        <w:tc>
          <w:tcPr>
            <w:tcW w:w="9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C5F32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次</w:t>
            </w:r>
          </w:p>
        </w:tc>
        <w:tc>
          <w:tcPr>
            <w:tcW w:w="1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0D4E0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次</w:t>
            </w:r>
          </w:p>
        </w:tc>
        <w:tc>
          <w:tcPr>
            <w:tcW w:w="25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76FA9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787ED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已附</w:t>
            </w:r>
          </w:p>
        </w:tc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A623D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待補</w:t>
            </w:r>
          </w:p>
        </w:tc>
      </w:tr>
      <w:tr w:rsidR="00674861" w:rsidRPr="0052419B" w14:paraId="6E3D21D7" w14:textId="77777777" w:rsidTr="009F53D1">
        <w:trPr>
          <w:cantSplit/>
          <w:trHeight w:val="960"/>
        </w:trPr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9562B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實地訪視</w:t>
            </w:r>
          </w:p>
        </w:tc>
        <w:tc>
          <w:tcPr>
            <w:tcW w:w="9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F95BE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</w:t>
            </w:r>
          </w:p>
        </w:tc>
        <w:tc>
          <w:tcPr>
            <w:tcW w:w="1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46863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974D0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732B7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已附</w:t>
            </w:r>
          </w:p>
        </w:tc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56210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待補</w:t>
            </w:r>
          </w:p>
        </w:tc>
      </w:tr>
      <w:tr w:rsidR="00674861" w:rsidRPr="0052419B" w14:paraId="55043161" w14:textId="77777777" w:rsidTr="009F53D1">
        <w:trPr>
          <w:cantSplit/>
          <w:trHeight w:val="987"/>
        </w:trPr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48265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成果發表會</w:t>
            </w:r>
          </w:p>
        </w:tc>
        <w:tc>
          <w:tcPr>
            <w:tcW w:w="9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F3034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</w:t>
            </w:r>
          </w:p>
        </w:tc>
        <w:tc>
          <w:tcPr>
            <w:tcW w:w="1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D2E0A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00BFA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C46B5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已附</w:t>
            </w:r>
          </w:p>
        </w:tc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56B90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待補</w:t>
            </w:r>
          </w:p>
        </w:tc>
      </w:tr>
      <w:tr w:rsidR="00674861" w:rsidRPr="0052419B" w14:paraId="6F2E9E47" w14:textId="77777777" w:rsidTr="009F53D1">
        <w:trPr>
          <w:cantSplit/>
          <w:trHeight w:val="480"/>
        </w:trPr>
        <w:tc>
          <w:tcPr>
            <w:tcW w:w="9385" w:type="dxa"/>
            <w:gridSpan w:val="6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E74429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本期成果、問題與下一階段工作</w:t>
            </w:r>
          </w:p>
        </w:tc>
      </w:tr>
      <w:tr w:rsidR="00674861" w:rsidRPr="0052419B" w14:paraId="08A0C269" w14:textId="77777777" w:rsidTr="009F53D1">
        <w:trPr>
          <w:cantSplit/>
          <w:trHeight w:val="1569"/>
        </w:trPr>
        <w:tc>
          <w:tcPr>
            <w:tcW w:w="9385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7AEB4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請說明主要成果、落後原因、風險、所需協助，以及下期可驗收工作。</w:t>
            </w:r>
          </w:p>
        </w:tc>
      </w:tr>
    </w:tbl>
    <w:p w14:paraId="1A4EF1CA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6980"/>
      </w:tblGrid>
      <w:tr w:rsidR="00674861" w:rsidRPr="0052419B" w14:paraId="69C729CE" w14:textId="77777777">
        <w:trPr>
          <w:cantSplit/>
        </w:trPr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9E9C5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lastRenderedPageBreak/>
              <w:t>查核結論</w:t>
            </w:r>
            <w:proofErr w:type="spellEnd"/>
          </w:p>
        </w:tc>
        <w:tc>
          <w:tcPr>
            <w:tcW w:w="6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6C43CC" w14:textId="77777777" w:rsidR="00026F0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80%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以上，執行正常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60%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以上未滿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80%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，應予改善　</w:t>
            </w:r>
          </w:p>
          <w:p w14:paraId="1CE073CC" w14:textId="1B542716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未滿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60%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，執行狀況不佳</w:t>
            </w:r>
          </w:p>
        </w:tc>
      </w:tr>
      <w:tr w:rsidR="00674861" w:rsidRPr="0052419B" w14:paraId="56C9D99C" w14:textId="77777777">
        <w:trPr>
          <w:cantSplit/>
        </w:trPr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9BB5B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其他不佳事由</w:t>
            </w:r>
            <w:proofErr w:type="spellEnd"/>
          </w:p>
        </w:tc>
        <w:tc>
          <w:tcPr>
            <w:tcW w:w="6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B634C6" w14:textId="5DCBEAFF" w:rsidR="00026F0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主要里程碑逾期</w:t>
            </w:r>
            <w:r w:rsidR="00026F0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15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日以上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未依限提送資料／無故缺席／拒絕訪視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成果無法驗收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無法如期完成　</w:t>
            </w:r>
          </w:p>
          <w:p w14:paraId="28977E02" w14:textId="6F15B463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重大違反</w:t>
            </w:r>
          </w:p>
        </w:tc>
      </w:tr>
      <w:tr w:rsidR="00674861" w:rsidRPr="0052419B" w14:paraId="4E07DF22" w14:textId="77777777">
        <w:trPr>
          <w:cantSplit/>
        </w:trPr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AE091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後續處理</w:t>
            </w:r>
            <w:proofErr w:type="spellEnd"/>
          </w:p>
        </w:tc>
        <w:tc>
          <w:tcPr>
            <w:tcW w:w="6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9EB162" w14:textId="5980D1A0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持續執行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提出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B-03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暫停後續撥款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辦理複查</w:t>
            </w:r>
          </w:p>
        </w:tc>
      </w:tr>
      <w:tr w:rsidR="00674861" w:rsidRPr="0052419B" w14:paraId="05940B55" w14:textId="77777777">
        <w:trPr>
          <w:cantSplit/>
        </w:trPr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07EFB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改善期限</w:t>
            </w:r>
            <w:proofErr w:type="spellEnd"/>
          </w:p>
        </w:tc>
        <w:tc>
          <w:tcPr>
            <w:tcW w:w="6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8453E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通知送達次日起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個工作日內提改善計畫；指定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15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日至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日內完成改善及複查。</w:t>
            </w:r>
          </w:p>
        </w:tc>
      </w:tr>
      <w:tr w:rsidR="00674861" w:rsidRPr="0052419B" w14:paraId="62EEDB32" w14:textId="77777777">
        <w:trPr>
          <w:cantSplit/>
        </w:trPr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836EC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查核意見</w:t>
            </w:r>
            <w:proofErr w:type="spellEnd"/>
          </w:p>
        </w:tc>
        <w:tc>
          <w:tcPr>
            <w:tcW w:w="6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3CC8C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　　　　　　　　　　　　　　　　　　　　　　　　　　　　　　　　</w:t>
            </w:r>
          </w:p>
        </w:tc>
      </w:tr>
    </w:tbl>
    <w:p w14:paraId="005BFEC2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4F33D147" w14:textId="77777777" w:rsidTr="00026F0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491A09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78C900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C3E549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FE4A9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7489E56D" w14:textId="77777777" w:rsidTr="00026F0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F07F3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4E16F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D3A00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AE088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69338440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B-03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限期改善計畫表</w:t>
      </w:r>
      <w:proofErr w:type="spellEnd"/>
    </w:p>
    <w:p w14:paraId="78657C9D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應於改善通知送達次日起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10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個工作日內提出，並於本中心指定之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15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日至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30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日內完成改善及接受複查。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50"/>
        <w:gridCol w:w="350"/>
        <w:gridCol w:w="400"/>
        <w:gridCol w:w="1900"/>
        <w:gridCol w:w="580"/>
        <w:gridCol w:w="10"/>
        <w:gridCol w:w="410"/>
        <w:gridCol w:w="930"/>
        <w:gridCol w:w="70"/>
        <w:gridCol w:w="290"/>
        <w:gridCol w:w="1290"/>
        <w:gridCol w:w="1600"/>
      </w:tblGrid>
      <w:tr w:rsidR="00026F0C" w:rsidRPr="0052419B" w14:paraId="23877FEC" w14:textId="77777777" w:rsidTr="00123D0E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6A8C6B" w14:textId="3722DFF2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1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04157" w14:textId="7FE73C71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  <w:lang w:eastAsia="zh-TW"/>
              </w:rPr>
              <w:t>請填寫</w:t>
            </w:r>
          </w:p>
        </w:tc>
      </w:tr>
      <w:tr w:rsidR="00674861" w:rsidRPr="0052419B" w14:paraId="08D1C234" w14:textId="7777777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4347F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50C0B5" w14:textId="77777777" w:rsidR="00026F0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502DAB25" w14:textId="6506A765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0B9C6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7C262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04E06D6" w14:textId="77777777">
        <w:trPr>
          <w:cantSplit/>
        </w:trPr>
        <w:tc>
          <w:tcPr>
            <w:tcW w:w="17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14094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通知文號</w:t>
            </w:r>
          </w:p>
        </w:tc>
        <w:tc>
          <w:tcPr>
            <w:tcW w:w="289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B5A29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2B6FF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通知送達日</w:t>
            </w:r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73534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45EAEE04" w14:textId="77777777">
        <w:trPr>
          <w:cantSplit/>
        </w:trPr>
        <w:tc>
          <w:tcPr>
            <w:tcW w:w="17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68FCE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改善計畫期限</w:t>
            </w:r>
            <w:proofErr w:type="spellEnd"/>
          </w:p>
        </w:tc>
        <w:tc>
          <w:tcPr>
            <w:tcW w:w="289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BA4C5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  <w:tc>
          <w:tcPr>
            <w:tcW w:w="170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0F37B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改善完成期限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DA25D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64F06058" w14:textId="77777777">
        <w:trPr>
          <w:cantSplit/>
        </w:trPr>
        <w:tc>
          <w:tcPr>
            <w:tcW w:w="17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B9F6C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本次複查日期</w:t>
            </w:r>
            <w:proofErr w:type="spellEnd"/>
          </w:p>
        </w:tc>
        <w:tc>
          <w:tcPr>
            <w:tcW w:w="289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3D1CA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  <w:tc>
          <w:tcPr>
            <w:tcW w:w="170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808C1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複查方式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8AC69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書面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線上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實地</w:t>
            </w:r>
          </w:p>
        </w:tc>
      </w:tr>
      <w:tr w:rsidR="00674861" w:rsidRPr="0052419B" w14:paraId="0483926E" w14:textId="77777777">
        <w:trPr>
          <w:tblHeader/>
        </w:trPr>
        <w:tc>
          <w:tcPr>
            <w:tcW w:w="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AD0E9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4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15DC6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缺失／未達標準</w:t>
            </w:r>
          </w:p>
        </w:tc>
        <w:tc>
          <w:tcPr>
            <w:tcW w:w="19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B40BC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改善措施及驗收標準</w:t>
            </w:r>
          </w:p>
        </w:tc>
        <w:tc>
          <w:tcPr>
            <w:tcW w:w="10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35381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</w:t>
            </w:r>
          </w:p>
        </w:tc>
        <w:tc>
          <w:tcPr>
            <w:tcW w:w="10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B4F5C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期限</w:t>
            </w:r>
          </w:p>
        </w:tc>
        <w:tc>
          <w:tcPr>
            <w:tcW w:w="158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4510F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佐證方式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A9508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複查結果</w:t>
            </w:r>
          </w:p>
        </w:tc>
      </w:tr>
      <w:tr w:rsidR="00674861" w:rsidRPr="0052419B" w14:paraId="3EBE02FC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9546B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C6187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A58C7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0A4EA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792B7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84A42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997F8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49428937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85462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E1206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A41DC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1639E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B7FCA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64732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A35D6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667DFB12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96CC3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2412A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ED240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C0EC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1F301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85001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60E6A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29B4CC15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15D05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E725B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9E1A6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68654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01F63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4F4FE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B94C6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024306DE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06121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F14C6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E01C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665B9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D4DA8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D0D7C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F363A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68AE4118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6B162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3E26D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65184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61B75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C319D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C2038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0EFA8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399BB2AE" w14:textId="77777777">
        <w:trPr>
          <w:cantSplit/>
        </w:trPr>
        <w:tc>
          <w:tcPr>
            <w:tcW w:w="9180" w:type="dxa"/>
            <w:gridSpan w:val="1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042212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lastRenderedPageBreak/>
              <w:t>落後原因、資源需求與預防再發措施</w:t>
            </w:r>
          </w:p>
        </w:tc>
      </w:tr>
      <w:tr w:rsidR="00674861" w:rsidRPr="0052419B" w14:paraId="37E7B157" w14:textId="77777777">
        <w:trPr>
          <w:cantSplit/>
          <w:trHeight w:val="1040"/>
        </w:trPr>
        <w:tc>
          <w:tcPr>
            <w:tcW w:w="9180" w:type="dxa"/>
            <w:gridSpan w:val="1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22822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請分析根本原因，說明所需輔導或協助，以及避免再度落後的管理方式。</w:t>
            </w:r>
          </w:p>
        </w:tc>
      </w:tr>
    </w:tbl>
    <w:p w14:paraId="4E8B1FA9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74861" w:rsidRPr="0052419B" w14:paraId="255318E0" w14:textId="77777777">
        <w:trPr>
          <w:cantSplit/>
        </w:trPr>
        <w:tc>
          <w:tcPr>
            <w:tcW w:w="9180" w:type="dxa"/>
            <w:shd w:val="clear" w:color="auto" w:fill="FFF4D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BA79EA" w14:textId="77777777" w:rsidR="00026F0C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複查判定：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達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80%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以上或完成指定改善事項，恢復後續撥款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仍未達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60%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或未完成重大改善事項，建議部分／全部廢止並結算追繳　</w:t>
            </w:r>
          </w:p>
          <w:p w14:paraId="4A4A740E" w14:textId="73FDB29F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其他：　　　　　　　　　。</w:t>
            </w:r>
          </w:p>
        </w:tc>
      </w:tr>
    </w:tbl>
    <w:p w14:paraId="6AF8471C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22D8E97F" w14:textId="77777777" w:rsidTr="00026F0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CCFB93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DC20BA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E04FBE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601381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133573BD" w14:textId="77777777" w:rsidTr="00026F0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82785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506FB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DA708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1CF6D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04A5DBE7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B-04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第一期款請領檢核表及領據</w:t>
      </w:r>
    </w:p>
    <w:p w14:paraId="69F1CFE8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第一期款為核定補助額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60%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。創業發展組應於核定通知送達次日起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30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日內提出；新創設立組依通知期限提出。</w:t>
      </w:r>
    </w:p>
    <w:tbl>
      <w:tblPr>
        <w:tblW w:w="9539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779"/>
        <w:gridCol w:w="364"/>
        <w:gridCol w:w="2992"/>
        <w:gridCol w:w="11"/>
        <w:gridCol w:w="738"/>
        <w:gridCol w:w="653"/>
        <w:gridCol w:w="375"/>
        <w:gridCol w:w="530"/>
        <w:gridCol w:w="2474"/>
      </w:tblGrid>
      <w:tr w:rsidR="00026F0C" w:rsidRPr="0052419B" w14:paraId="731DC8FB" w14:textId="77777777" w:rsidTr="00EB711F">
        <w:trPr>
          <w:cantSplit/>
          <w:trHeight w:val="530"/>
        </w:trPr>
        <w:tc>
          <w:tcPr>
            <w:tcW w:w="1402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C1F0D0" w14:textId="4FDF8346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8137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FEEED8" w14:textId="05B49382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7CAC8A67" w14:textId="77777777" w:rsidTr="00EB711F">
        <w:trPr>
          <w:cantSplit/>
          <w:trHeight w:val="1084"/>
        </w:trPr>
        <w:tc>
          <w:tcPr>
            <w:tcW w:w="1402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B4306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35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343DF8" w14:textId="77777777" w:rsidR="00026F0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13B1DCED" w14:textId="7B8B9DDE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402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752D1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377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4F9FA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E8C0732" w14:textId="77777777" w:rsidTr="00EB711F">
        <w:trPr>
          <w:trHeight w:val="1084"/>
          <w:tblHeader/>
        </w:trPr>
        <w:tc>
          <w:tcPr>
            <w:tcW w:w="62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468F3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4884" w:type="dxa"/>
            <w:gridSpan w:val="5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F156A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應備文件</w:t>
            </w:r>
          </w:p>
        </w:tc>
        <w:tc>
          <w:tcPr>
            <w:tcW w:w="1558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95E91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受補助者</w:t>
            </w:r>
          </w:p>
        </w:tc>
        <w:tc>
          <w:tcPr>
            <w:tcW w:w="247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1BC61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本中心查核</w:t>
            </w:r>
          </w:p>
        </w:tc>
      </w:tr>
      <w:tr w:rsidR="00674861" w:rsidRPr="0052419B" w14:paraId="3FB51BC5" w14:textId="77777777" w:rsidTr="00EB711F">
        <w:trPr>
          <w:cantSplit/>
          <w:trHeight w:val="530"/>
        </w:trPr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FD000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F5F41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核定通知函影本。</w:t>
            </w:r>
          </w:p>
        </w:tc>
        <w:tc>
          <w:tcPr>
            <w:tcW w:w="1558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A0F184" w14:textId="2D02CCA7" w:rsidR="00674861" w:rsidRPr="0052419B" w:rsidRDefault="00A24701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47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5E176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補正</w:t>
            </w:r>
          </w:p>
        </w:tc>
      </w:tr>
      <w:tr w:rsidR="00026F0C" w:rsidRPr="0052419B" w14:paraId="7C3759E0" w14:textId="77777777" w:rsidTr="00EB711F">
        <w:trPr>
          <w:cantSplit/>
          <w:trHeight w:val="530"/>
        </w:trPr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F71B60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E1FE4E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第一期補助款領據正本。</w:t>
            </w:r>
          </w:p>
        </w:tc>
        <w:tc>
          <w:tcPr>
            <w:tcW w:w="1558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E5B44D" w14:textId="3EF023D8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24EDF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47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42D020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5FF46E2A" w14:textId="77777777" w:rsidTr="00EB711F">
        <w:trPr>
          <w:cantSplit/>
          <w:trHeight w:val="1084"/>
        </w:trPr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7FE91F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1F491E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受補助公司或商業帳戶存摺封面影本；戶名與受補助事業名稱一致。</w:t>
            </w:r>
          </w:p>
        </w:tc>
        <w:tc>
          <w:tcPr>
            <w:tcW w:w="1558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4CB4E" w14:textId="01B72132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24EDF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47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384D25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797385E6" w14:textId="77777777" w:rsidTr="00EB711F">
        <w:trPr>
          <w:cantSplit/>
          <w:trHeight w:val="1084"/>
        </w:trPr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332669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556C3A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雙方契約及依審查意見修正後之核定計畫書、經費概算表。</w:t>
            </w:r>
          </w:p>
        </w:tc>
        <w:tc>
          <w:tcPr>
            <w:tcW w:w="1558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25BDFE" w14:textId="1AE18706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24EDF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47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F699B4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68F56E25" w14:textId="77777777" w:rsidTr="00EB711F">
        <w:trPr>
          <w:cantSplit/>
          <w:trHeight w:val="1615"/>
        </w:trPr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E4BDF7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589ED8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新創設立組另附公司或商業設立、稅籍登記及申請人為代表人或負責人之證明；公司型態另附出資比例證明。</w:t>
            </w:r>
          </w:p>
        </w:tc>
        <w:tc>
          <w:tcPr>
            <w:tcW w:w="1558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D2B6D0" w14:textId="4AA13AA6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24EDF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47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BC0416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674861" w:rsidRPr="0052419B" w14:paraId="28976CBE" w14:textId="77777777" w:rsidTr="00EB711F">
        <w:trPr>
          <w:cantSplit/>
          <w:trHeight w:val="530"/>
        </w:trPr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F7D7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核定補助額</w:t>
            </w:r>
            <w:proofErr w:type="spellEnd"/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CC6FD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EBFE8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第一期比例</w:t>
            </w:r>
            <w:proofErr w:type="spellEnd"/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91207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60%</w:t>
            </w:r>
          </w:p>
        </w:tc>
      </w:tr>
      <w:tr w:rsidR="00674861" w:rsidRPr="0052419B" w14:paraId="5DECDFB1" w14:textId="77777777" w:rsidTr="00EB711F">
        <w:trPr>
          <w:cantSplit/>
          <w:trHeight w:val="530"/>
        </w:trPr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3383F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本期應請領額</w:t>
            </w:r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5BB8B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C9E73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累計已撥額</w:t>
            </w:r>
            <w:proofErr w:type="spellEnd"/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B9408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57E0AF94" w14:textId="77777777" w:rsidTr="00EB711F">
        <w:trPr>
          <w:cantSplit/>
          <w:trHeight w:val="1084"/>
        </w:trPr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4E7E0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帳戶戶名</w:t>
            </w:r>
            <w:proofErr w:type="spellEnd"/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462AC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D6F898" w14:textId="77777777" w:rsidR="00026F0C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金融機構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7FE44319" w14:textId="2653CC72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帳號</w:t>
            </w:r>
            <w:proofErr w:type="spellEnd"/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EF0D5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</w:tbl>
    <w:p w14:paraId="61BCB846" w14:textId="77777777" w:rsidR="00674861" w:rsidRPr="00DE303F" w:rsidRDefault="00A24701" w:rsidP="00DE303F">
      <w:pPr>
        <w:keepNext/>
        <w:pageBreakBefore/>
        <w:spacing w:before="240"/>
        <w:rPr>
          <w:rFonts w:ascii="標楷體" w:eastAsia="標楷體" w:hAnsi="標楷體" w:cs="標楷體"/>
          <w:b/>
          <w:color w:val="17365D"/>
          <w:sz w:val="24"/>
          <w:szCs w:val="24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lastRenderedPageBreak/>
        <w:t>第一期補助款領據</w:t>
      </w:r>
    </w:p>
    <w:p w14:paraId="6265A487" w14:textId="57351073" w:rsidR="00DE303F" w:rsidRPr="00DE303F" w:rsidRDefault="00DE303F" w:rsidP="00DE303F">
      <w:pPr>
        <w:spacing w:line="480" w:lineRule="exact"/>
        <w:jc w:val="center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40"/>
          <w:szCs w:val="40"/>
        </w:rPr>
        <w:t>領        據</w:t>
      </w:r>
      <w: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br/>
      </w:r>
    </w:p>
    <w:p w14:paraId="093A5EB0" w14:textId="21C6E6A2" w:rsidR="00DE303F" w:rsidRPr="00DE303F" w:rsidRDefault="00DE303F" w:rsidP="00DE303F">
      <w:pPr>
        <w:spacing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茲收到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          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申請花蓮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縣政府補助辦理「</w:t>
      </w:r>
      <w:proofErr w:type="gram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115</w:t>
      </w:r>
      <w:proofErr w:type="gramEnd"/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年度花蓮縣青年創業發展補助計畫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」計畫經費第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一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期款，計新臺幣  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        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萬元整，確實無誤。</w:t>
      </w:r>
    </w:p>
    <w:p w14:paraId="1F4F3F1C" w14:textId="77777777" w:rsidR="00DE303F" w:rsidRPr="00DE303F" w:rsidRDefault="00DE303F" w:rsidP="00DE303F">
      <w:pPr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E34DF5A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具領者/單位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：　　　　                          （需與存摺封面影本名稱相同）</w:t>
      </w:r>
    </w:p>
    <w:p w14:paraId="0D6952CB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　　　　　　　　　　　　　　　　　　                        （簽名或蓋章）</w:t>
      </w:r>
    </w:p>
    <w:p w14:paraId="1C99FA15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身分證字號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/統一編號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：</w:t>
      </w:r>
    </w:p>
    <w:p w14:paraId="5A1BC447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受補助單位負責人：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           </w:t>
      </w:r>
    </w:p>
    <w:p w14:paraId="7645D106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地址：</w:t>
      </w:r>
    </w:p>
    <w:p w14:paraId="6F70CF55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  <w:proofErr w:type="spell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電話</w:t>
      </w:r>
      <w:proofErr w:type="spellEnd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：</w:t>
      </w:r>
    </w:p>
    <w:p w14:paraId="55CEEF55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  <w:proofErr w:type="spell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款項請撥入</w:t>
      </w:r>
      <w:proofErr w:type="spellEnd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：</w:t>
      </w:r>
    </w:p>
    <w:tbl>
      <w:tblPr>
        <w:tblW w:w="837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2520"/>
        <w:gridCol w:w="1620"/>
        <w:gridCol w:w="2684"/>
      </w:tblGrid>
      <w:tr w:rsidR="00DE303F" w:rsidRPr="00DE303F" w14:paraId="7C27DEBF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68AA" w14:textId="77777777" w:rsidR="00DE303F" w:rsidRPr="00DE303F" w:rsidRDefault="00DE303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行庫別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4B54" w14:textId="77777777" w:rsidR="00DE303F" w:rsidRPr="00DE303F" w:rsidRDefault="00DE303F" w:rsidP="002E2293">
            <w:pPr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            </w:t>
            </w: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銀行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9BDF" w14:textId="77777777" w:rsidR="00DE303F" w:rsidRPr="00DE303F" w:rsidRDefault="00DE303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分行別</w:t>
            </w:r>
            <w:proofErr w:type="spellEnd"/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2A95B" w14:textId="77777777" w:rsidR="00DE303F" w:rsidRPr="00DE303F" w:rsidRDefault="00DE303F" w:rsidP="002E2293">
            <w:pPr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           </w:t>
            </w: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分行</w:t>
            </w:r>
            <w:proofErr w:type="spellEnd"/>
          </w:p>
        </w:tc>
      </w:tr>
      <w:tr w:rsidR="00DE303F" w:rsidRPr="00DE303F" w14:paraId="597D2C93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94BA9" w14:textId="77777777" w:rsidR="00DE303F" w:rsidRPr="00DE303F" w:rsidRDefault="00DE303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存款帳號</w:t>
            </w:r>
            <w:proofErr w:type="spellEnd"/>
          </w:p>
        </w:tc>
        <w:tc>
          <w:tcPr>
            <w:tcW w:w="6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8590E" w14:textId="77777777" w:rsidR="00DE303F" w:rsidRPr="00DE303F" w:rsidRDefault="00DE303F" w:rsidP="002E2293">
            <w:pPr>
              <w:snapToGrid w:val="0"/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</w:p>
        </w:tc>
      </w:tr>
      <w:tr w:rsidR="00DE303F" w:rsidRPr="00DE303F" w14:paraId="26597139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EFF9" w14:textId="77777777" w:rsidR="00DE303F" w:rsidRPr="00DE303F" w:rsidRDefault="00DE303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存款戶名</w:t>
            </w:r>
            <w:proofErr w:type="spellEnd"/>
          </w:p>
        </w:tc>
        <w:tc>
          <w:tcPr>
            <w:tcW w:w="6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04DE" w14:textId="77777777" w:rsidR="00DE303F" w:rsidRPr="00DE303F" w:rsidRDefault="00DE303F" w:rsidP="002E2293">
            <w:pPr>
              <w:snapToGrid w:val="0"/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</w:p>
        </w:tc>
      </w:tr>
    </w:tbl>
    <w:p w14:paraId="50595081" w14:textId="77777777" w:rsidR="00DE303F" w:rsidRPr="00DE303F" w:rsidRDefault="00DE303F" w:rsidP="00DE303F">
      <w:pPr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0D723291" w14:textId="77777777" w:rsidR="00DE303F" w:rsidRPr="00DE303F" w:rsidRDefault="00DE303F" w:rsidP="00DE303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710AA603" w14:textId="77777777" w:rsidR="00DE303F" w:rsidRPr="00DE303F" w:rsidRDefault="00DE303F" w:rsidP="00DE303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408FA9EA" w14:textId="77777777" w:rsidR="00DE303F" w:rsidRPr="00DE303F" w:rsidRDefault="00DE303F" w:rsidP="00DE303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708E81BE" w14:textId="77777777" w:rsidR="00DE303F" w:rsidRDefault="00DE303F" w:rsidP="00DE303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33AD459" w14:textId="77777777" w:rsidR="00EB711F" w:rsidRDefault="00EB711F" w:rsidP="00DE303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61444B2" w14:textId="77777777" w:rsidR="00DE303F" w:rsidRPr="00DE303F" w:rsidRDefault="00DE303F" w:rsidP="00EB711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729C1F14" w14:textId="77777777" w:rsidR="00DE303F" w:rsidRPr="00DE303F" w:rsidRDefault="00DE303F" w:rsidP="00EB711F">
      <w:pPr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中      華      民      國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年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月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日</w:t>
      </w:r>
    </w:p>
    <w:p w14:paraId="6A6127DE" w14:textId="71C703E8" w:rsidR="00DE303F" w:rsidRPr="00DE303F" w:rsidRDefault="00DE303F" w:rsidP="00DE303F">
      <w:pPr>
        <w:spacing w:line="400" w:lineRule="exac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備註：</w:t>
      </w:r>
      <w:proofErr w:type="gram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請於領據</w:t>
      </w:r>
      <w:proofErr w:type="gramEnd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背面黏貼存摺封面影本，</w:t>
      </w:r>
      <w:proofErr w:type="gram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俾</w:t>
      </w:r>
      <w:proofErr w:type="gramEnd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憑核對。</w:t>
      </w:r>
    </w:p>
    <w:tbl>
      <w:tblPr>
        <w:tblStyle w:val="aff2"/>
        <w:tblpPr w:leftFromText="180" w:rightFromText="180" w:vertAnchor="text" w:horzAnchor="margin" w:tblpY="223"/>
        <w:tblW w:w="9702" w:type="dxa"/>
        <w:tblLook w:val="04A0" w:firstRow="1" w:lastRow="0" w:firstColumn="1" w:lastColumn="0" w:noHBand="0" w:noVBand="1"/>
      </w:tblPr>
      <w:tblGrid>
        <w:gridCol w:w="9702"/>
      </w:tblGrid>
      <w:tr w:rsidR="00EB711F" w14:paraId="12898021" w14:textId="77777777" w:rsidTr="00EB711F">
        <w:trPr>
          <w:trHeight w:val="5925"/>
        </w:trPr>
        <w:tc>
          <w:tcPr>
            <w:tcW w:w="9702" w:type="dxa"/>
            <w:vAlign w:val="bottom"/>
          </w:tcPr>
          <w:p w14:paraId="34BEB098" w14:textId="1EF7095D" w:rsidR="00EB711F" w:rsidRDefault="00EB711F" w:rsidP="00EB711F">
            <w:pPr>
              <w:spacing w:before="120" w:after="0"/>
              <w:jc w:val="right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EB711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lastRenderedPageBreak/>
              <w:t>存摺封面影本黏貼處</w:t>
            </w:r>
          </w:p>
        </w:tc>
      </w:tr>
    </w:tbl>
    <w:p w14:paraId="7856CAEA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640148CF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C55FB67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1A06037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0FF857B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FABA1A2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5BC62F32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A44A3EA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22D4C44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52C6B7EF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72C8EA10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1C444CA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46231FF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A4C7CCD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014DBE9A" w14:textId="77777777" w:rsidR="00EB711F" w:rsidRDefault="00EB711F" w:rsidP="00EB711F">
      <w:pPr>
        <w:spacing w:before="120" w:after="0"/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7EC5766E" w14:textId="51F00DC9" w:rsidR="00674861" w:rsidRPr="00DE303F" w:rsidRDefault="00A24701" w:rsidP="00EB711F">
      <w:pPr>
        <w:spacing w:before="120" w:after="0"/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此據　　中華民國　　年　　月　　日</w:t>
      </w:r>
    </w:p>
    <w:p w14:paraId="785D43D5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B-05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第二</w:t>
      </w:r>
      <w:proofErr w:type="gramStart"/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期款請領</w:t>
      </w:r>
      <w:proofErr w:type="gramEnd"/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檢核表及領據</w:t>
      </w:r>
    </w:p>
    <w:p w14:paraId="2D00358C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受補助者應於七個月計畫期程結束後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10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日內提出；第二期款以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40%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為上限，依實際核銷及成果審查核定。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750"/>
        <w:gridCol w:w="3230"/>
        <w:gridCol w:w="720"/>
        <w:gridCol w:w="630"/>
        <w:gridCol w:w="870"/>
        <w:gridCol w:w="2380"/>
      </w:tblGrid>
      <w:tr w:rsidR="00026F0C" w:rsidRPr="0052419B" w14:paraId="1EE7428B" w14:textId="77777777" w:rsidTr="004B4C30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12F660" w14:textId="58AC4486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E8B6B" w14:textId="2C39E51D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5EDA596A" w14:textId="7777777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F08A9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68B022" w14:textId="77777777" w:rsidR="00026F0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2F019042" w14:textId="1F0D1EF0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07FFC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ED54C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5E97DEF" w14:textId="77777777">
        <w:trPr>
          <w:tblHeader/>
        </w:trPr>
        <w:tc>
          <w:tcPr>
            <w:tcW w:w="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A532C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47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995B5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應備文件</w:t>
            </w:r>
          </w:p>
        </w:tc>
        <w:tc>
          <w:tcPr>
            <w:tcW w:w="15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515BF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受補助者</w:t>
            </w:r>
          </w:p>
        </w:tc>
        <w:tc>
          <w:tcPr>
            <w:tcW w:w="23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42D4C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本中心查核</w:t>
            </w:r>
          </w:p>
        </w:tc>
      </w:tr>
      <w:tr w:rsidR="00026F0C" w:rsidRPr="0052419B" w14:paraId="14682773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9107AD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E04720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第二期補助款領據正本及受補助公司或商業帳戶存摺封面影本。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1550D8" w14:textId="4C95F0FD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CB4D7A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59409DB6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BE306E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54DB01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經費支出明細表及經費收支結算表（B-06）。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6296B1" w14:textId="6A9B113A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3C02B5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16D1880C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EF45A8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4FFF24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補助款支用原始憑證，依核定會計科目分類、編號並裝訂成冊。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FC025D" w14:textId="08B9F309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F36E0B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602338E8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5CE522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CF5312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自籌款憑證影本，依核定會計科目分類、編號並另冊裝訂；必要時提供原件。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B2ADFD" w14:textId="75FF4635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C96B3A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100B30E7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4AF5E5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C83552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公司或商業最新之設立、變更登記及代表人、負責人或出資情形證明。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B2708B" w14:textId="648D5263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945198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34DC8463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5FCAFD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FB00D0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稅籍登記證明、最近一期營業稅申報、免稅證明或其他足資證明文件。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5AE82F" w14:textId="078B3BD0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A0486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35B0F7D9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CF9F89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280EE1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結案成果報告書紙本一式2份及電子檔（C-01）。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CFABD9" w14:textId="38940BD5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08311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052D1951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20FD0C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989E8F" w14:textId="2745B935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核定績效佐證，以及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場培力、3次輔導、1場實地訪視、1場成果發表會完成紀錄。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07AEAF" w14:textId="0B7F9AB4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C56E80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78BB65F0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30F2B9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9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DC62D3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如含活動：活動企劃、宣傳資料、簽到表、活動照片及成果紀錄。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C7F44B" w14:textId="0E3367E6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D0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F3D190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55603F0B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42A637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EF79E7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如含空間改善：契約、報價／明細、發票或收據、付款證明、施工前後照片（至少1張可辨識門牌與店面）及必要許可。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24584D" w14:textId="6D0DCD2E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D0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5C6374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</w:tbl>
    <w:p w14:paraId="685F6408" w14:textId="77777777" w:rsidR="00674861" w:rsidRPr="0052419B" w:rsidRDefault="00A24701">
      <w:pPr>
        <w:keepNext/>
        <w:pageBreakBefore/>
        <w:spacing w:before="160"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lastRenderedPageBreak/>
        <w:t>第二期核定與請領計算</w:t>
      </w:r>
    </w:p>
    <w:tbl>
      <w:tblPr>
        <w:tblW w:w="9845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2036"/>
        <w:gridCol w:w="2884"/>
        <w:gridCol w:w="2036"/>
        <w:gridCol w:w="2889"/>
      </w:tblGrid>
      <w:tr w:rsidR="00674861" w:rsidRPr="0052419B" w14:paraId="1417CBA1" w14:textId="77777777" w:rsidTr="00EB711F">
        <w:trPr>
          <w:cantSplit/>
          <w:trHeight w:val="1007"/>
        </w:trPr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8D7B5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核定補助額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(A)</w:t>
            </w:r>
          </w:p>
        </w:tc>
        <w:tc>
          <w:tcPr>
            <w:tcW w:w="28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C1C32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685D0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第一期已撥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(B)</w:t>
            </w:r>
          </w:p>
        </w:tc>
        <w:tc>
          <w:tcPr>
            <w:tcW w:w="28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C58F4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3CA8093A" w14:textId="77777777" w:rsidTr="00EB711F">
        <w:trPr>
          <w:cantSplit/>
          <w:trHeight w:val="2078"/>
        </w:trPr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B91C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實際合格總經費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(C)</w:t>
            </w:r>
          </w:p>
        </w:tc>
        <w:tc>
          <w:tcPr>
            <w:tcW w:w="28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3E17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2DADB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核定補助比例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(D)</w:t>
            </w:r>
          </w:p>
        </w:tc>
        <w:tc>
          <w:tcPr>
            <w:tcW w:w="28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6DCEE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</w:tr>
      <w:tr w:rsidR="00674861" w:rsidRPr="0052419B" w14:paraId="14A75186" w14:textId="77777777" w:rsidTr="00EB711F">
        <w:trPr>
          <w:cantSplit/>
          <w:trHeight w:val="2078"/>
        </w:trPr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76D99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實際合格補助支出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(E)</w:t>
            </w:r>
          </w:p>
        </w:tc>
        <w:tc>
          <w:tcPr>
            <w:tcW w:w="28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85BEA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EF2BB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成果／里程碑認列</w:t>
            </w:r>
            <w:proofErr w:type="spellEnd"/>
          </w:p>
        </w:tc>
        <w:tc>
          <w:tcPr>
            <w:tcW w:w="28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6CBD5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</w:tr>
      <w:tr w:rsidR="00674861" w:rsidRPr="0052419B" w14:paraId="61A6258E" w14:textId="77777777" w:rsidTr="00EB711F">
        <w:trPr>
          <w:cantSplit/>
          <w:trHeight w:val="2016"/>
        </w:trPr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EF42A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本中心審定補助額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(F)</w:t>
            </w:r>
          </w:p>
        </w:tc>
        <w:tc>
          <w:tcPr>
            <w:tcW w:w="28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DC79E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3E45B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本期請領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(F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－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B)</w:t>
            </w:r>
          </w:p>
        </w:tc>
        <w:tc>
          <w:tcPr>
            <w:tcW w:w="28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06A99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058344C7" w14:textId="77777777" w:rsidTr="00EB711F">
        <w:trPr>
          <w:cantSplit/>
          <w:trHeight w:val="3087"/>
        </w:trPr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FBAEE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成果審查</w:t>
            </w:r>
            <w:proofErr w:type="spellEnd"/>
          </w:p>
        </w:tc>
        <w:tc>
          <w:tcPr>
            <w:tcW w:w="28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71801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75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分以上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70–74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分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未達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70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分</w:t>
            </w:r>
          </w:p>
        </w:tc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4D2BE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2-3-1-1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義務</w:t>
            </w:r>
          </w:p>
        </w:tc>
        <w:tc>
          <w:tcPr>
            <w:tcW w:w="28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9A4CD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全部完成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核准例外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45176FC9" w14:textId="77777777" w:rsidTr="00EB711F">
        <w:trPr>
          <w:cantSplit/>
          <w:trHeight w:val="2204"/>
        </w:trPr>
        <w:tc>
          <w:tcPr>
            <w:tcW w:w="9845" w:type="dxa"/>
            <w:gridSpan w:val="4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F24A41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撥付原則：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第二期款＝本中心審定之實際可核銷補助額－第一期已撥款；如第一期已撥金額較高，應於通知期限內繳回差額。</w:t>
            </w:r>
          </w:p>
        </w:tc>
      </w:tr>
    </w:tbl>
    <w:p w14:paraId="7AA9ED0E" w14:textId="77777777" w:rsidR="00EB711F" w:rsidRDefault="00EB711F">
      <w:pPr>
        <w:spacing w:after="200"/>
        <w:rPr>
          <w:rFonts w:ascii="標楷體" w:eastAsia="標楷體" w:hAnsi="標楷體" w:cs="標楷體"/>
          <w:b/>
          <w:sz w:val="24"/>
          <w:szCs w:val="24"/>
          <w:lang w:eastAsia="zh-TW"/>
        </w:rPr>
      </w:pPr>
      <w:r>
        <w:rPr>
          <w:rFonts w:ascii="標楷體" w:eastAsia="標楷體" w:hAnsi="標楷體" w:cs="標楷體"/>
          <w:b/>
          <w:sz w:val="24"/>
          <w:szCs w:val="24"/>
          <w:lang w:eastAsia="zh-TW"/>
        </w:rPr>
        <w:br w:type="page"/>
      </w:r>
    </w:p>
    <w:p w14:paraId="63F8289F" w14:textId="2AF6A737" w:rsidR="00EB711F" w:rsidRPr="00DE303F" w:rsidRDefault="00EB711F" w:rsidP="00EB711F">
      <w:pPr>
        <w:keepNext/>
        <w:pageBreakBefore/>
        <w:spacing w:before="2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lastRenderedPageBreak/>
        <w:t>第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二</w:t>
      </w: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期</w:t>
      </w:r>
      <w:proofErr w:type="gram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補助款領據</w:t>
      </w:r>
      <w:proofErr w:type="gramEnd"/>
    </w:p>
    <w:p w14:paraId="423B4363" w14:textId="77777777" w:rsidR="00EB711F" w:rsidRPr="00DE303F" w:rsidRDefault="00EB711F" w:rsidP="00EB711F">
      <w:pPr>
        <w:spacing w:line="480" w:lineRule="exact"/>
        <w:jc w:val="center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40"/>
          <w:szCs w:val="40"/>
          <w:lang w:eastAsia="zh-TW"/>
        </w:rPr>
        <w:t>領        據</w:t>
      </w:r>
      <w: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br/>
      </w:r>
    </w:p>
    <w:p w14:paraId="76950ED1" w14:textId="5D9C5FD1" w:rsidR="00EB711F" w:rsidRPr="00DE303F" w:rsidRDefault="00EB711F" w:rsidP="00EB711F">
      <w:pPr>
        <w:spacing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茲收到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          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申請花蓮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縣政府補助辦理「</w:t>
      </w:r>
      <w:proofErr w:type="gram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115</w:t>
      </w:r>
      <w:proofErr w:type="gramEnd"/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年度花蓮縣青年創業發展補助計畫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」計畫經費第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二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期款，計新臺幣  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        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萬元整，確實無誤。</w:t>
      </w:r>
    </w:p>
    <w:p w14:paraId="4F6670AB" w14:textId="77777777" w:rsidR="00EB711F" w:rsidRPr="00DE303F" w:rsidRDefault="00EB711F" w:rsidP="00EB711F">
      <w:pPr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7FD3CFE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具領者/單位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：　　　　                          （需與存摺封面影本名稱相同）</w:t>
      </w:r>
    </w:p>
    <w:p w14:paraId="3919B331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　　　　　　　　　　　　　　　　　　                        （簽名或蓋章）</w:t>
      </w:r>
    </w:p>
    <w:p w14:paraId="29FC2D41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身分證字號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/統一編號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：</w:t>
      </w:r>
    </w:p>
    <w:p w14:paraId="4A60D0E8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受補助單位負責人：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           </w:t>
      </w:r>
    </w:p>
    <w:p w14:paraId="7F3B3A41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地址：</w:t>
      </w:r>
    </w:p>
    <w:p w14:paraId="1E36D7FC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  <w:proofErr w:type="spell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電話</w:t>
      </w:r>
      <w:proofErr w:type="spellEnd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：</w:t>
      </w:r>
    </w:p>
    <w:p w14:paraId="3908A880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  <w:proofErr w:type="spell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款項請撥入</w:t>
      </w:r>
      <w:proofErr w:type="spellEnd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：</w:t>
      </w:r>
    </w:p>
    <w:tbl>
      <w:tblPr>
        <w:tblW w:w="837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2520"/>
        <w:gridCol w:w="1620"/>
        <w:gridCol w:w="2684"/>
      </w:tblGrid>
      <w:tr w:rsidR="00EB711F" w:rsidRPr="00DE303F" w14:paraId="1371F47F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1B0E" w14:textId="77777777" w:rsidR="00EB711F" w:rsidRPr="00DE303F" w:rsidRDefault="00EB711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行庫別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BB8C9" w14:textId="77777777" w:rsidR="00EB711F" w:rsidRPr="00DE303F" w:rsidRDefault="00EB711F" w:rsidP="002E2293">
            <w:pPr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            </w:t>
            </w: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銀行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CC28D" w14:textId="77777777" w:rsidR="00EB711F" w:rsidRPr="00DE303F" w:rsidRDefault="00EB711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分行別</w:t>
            </w:r>
            <w:proofErr w:type="spellEnd"/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524C" w14:textId="77777777" w:rsidR="00EB711F" w:rsidRPr="00DE303F" w:rsidRDefault="00EB711F" w:rsidP="002E2293">
            <w:pPr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           </w:t>
            </w: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分行</w:t>
            </w:r>
            <w:proofErr w:type="spellEnd"/>
          </w:p>
        </w:tc>
      </w:tr>
      <w:tr w:rsidR="00EB711F" w:rsidRPr="00DE303F" w14:paraId="1296F58D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592C" w14:textId="77777777" w:rsidR="00EB711F" w:rsidRPr="00DE303F" w:rsidRDefault="00EB711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存款帳號</w:t>
            </w:r>
            <w:proofErr w:type="spellEnd"/>
          </w:p>
        </w:tc>
        <w:tc>
          <w:tcPr>
            <w:tcW w:w="6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2A6D5" w14:textId="77777777" w:rsidR="00EB711F" w:rsidRPr="00DE303F" w:rsidRDefault="00EB711F" w:rsidP="002E2293">
            <w:pPr>
              <w:snapToGrid w:val="0"/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</w:p>
        </w:tc>
      </w:tr>
      <w:tr w:rsidR="00EB711F" w:rsidRPr="00DE303F" w14:paraId="17404B67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D03B" w14:textId="77777777" w:rsidR="00EB711F" w:rsidRPr="00DE303F" w:rsidRDefault="00EB711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存款戶名</w:t>
            </w:r>
            <w:proofErr w:type="spellEnd"/>
          </w:p>
        </w:tc>
        <w:tc>
          <w:tcPr>
            <w:tcW w:w="6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F2F24" w14:textId="77777777" w:rsidR="00EB711F" w:rsidRPr="00DE303F" w:rsidRDefault="00EB711F" w:rsidP="002E2293">
            <w:pPr>
              <w:snapToGrid w:val="0"/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</w:p>
        </w:tc>
      </w:tr>
    </w:tbl>
    <w:p w14:paraId="1899614C" w14:textId="77777777" w:rsidR="00EB711F" w:rsidRPr="00DE303F" w:rsidRDefault="00EB711F" w:rsidP="00EB711F">
      <w:pPr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4F3660E6" w14:textId="77777777" w:rsidR="00EB711F" w:rsidRPr="00DE303F" w:rsidRDefault="00EB711F" w:rsidP="00EB711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74302B8C" w14:textId="77777777" w:rsidR="00EB711F" w:rsidRPr="00DE303F" w:rsidRDefault="00EB711F" w:rsidP="00EB711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77038B73" w14:textId="77777777" w:rsidR="00EB711F" w:rsidRPr="00DE303F" w:rsidRDefault="00EB711F" w:rsidP="00EB711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5E09A2B4" w14:textId="77777777" w:rsidR="00EB711F" w:rsidRDefault="00EB711F" w:rsidP="00EB711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2B3AAD5" w14:textId="77777777" w:rsidR="00EB711F" w:rsidRDefault="00EB711F" w:rsidP="00EB711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1AD863F" w14:textId="77777777" w:rsidR="00EB711F" w:rsidRPr="00DE303F" w:rsidRDefault="00EB711F" w:rsidP="00EB711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6903E2B2" w14:textId="77777777" w:rsidR="00EB711F" w:rsidRPr="00DE303F" w:rsidRDefault="00EB711F" w:rsidP="00EB711F">
      <w:pPr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中      華      民      國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年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月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日</w:t>
      </w:r>
    </w:p>
    <w:p w14:paraId="551CAF43" w14:textId="77777777" w:rsidR="00EB711F" w:rsidRPr="00DE303F" w:rsidRDefault="00EB711F" w:rsidP="00EB711F">
      <w:pPr>
        <w:spacing w:line="400" w:lineRule="exac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備註：</w:t>
      </w:r>
      <w:proofErr w:type="gram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請於領據</w:t>
      </w:r>
      <w:proofErr w:type="gramEnd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背面黏貼存摺封面影本，</w:t>
      </w:r>
      <w:proofErr w:type="gram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俾</w:t>
      </w:r>
      <w:proofErr w:type="gramEnd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憑核對。</w:t>
      </w:r>
    </w:p>
    <w:tbl>
      <w:tblPr>
        <w:tblStyle w:val="aff2"/>
        <w:tblpPr w:leftFromText="180" w:rightFromText="180" w:vertAnchor="text" w:horzAnchor="margin" w:tblpY="223"/>
        <w:tblW w:w="9702" w:type="dxa"/>
        <w:tblLook w:val="04A0" w:firstRow="1" w:lastRow="0" w:firstColumn="1" w:lastColumn="0" w:noHBand="0" w:noVBand="1"/>
      </w:tblPr>
      <w:tblGrid>
        <w:gridCol w:w="9702"/>
      </w:tblGrid>
      <w:tr w:rsidR="00EB711F" w14:paraId="6D3C4B9E" w14:textId="77777777" w:rsidTr="002E2293">
        <w:trPr>
          <w:trHeight w:val="5925"/>
        </w:trPr>
        <w:tc>
          <w:tcPr>
            <w:tcW w:w="9702" w:type="dxa"/>
            <w:vAlign w:val="bottom"/>
          </w:tcPr>
          <w:p w14:paraId="487C8D0F" w14:textId="77777777" w:rsidR="00EB711F" w:rsidRDefault="00EB711F" w:rsidP="002E2293">
            <w:pPr>
              <w:spacing w:before="120" w:after="0"/>
              <w:jc w:val="right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EB711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lastRenderedPageBreak/>
              <w:t>存摺封面影本黏貼處</w:t>
            </w:r>
          </w:p>
        </w:tc>
      </w:tr>
    </w:tbl>
    <w:p w14:paraId="3D2DDE11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3ACFAC9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E1DA4DF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24ACD2A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5AAD890A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E6F3B18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C3AE83B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AEBD11D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63C2096B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5F03D71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0C71DD4A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07430D12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2590CF5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D52ED4C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1662B5E" w14:textId="77777777" w:rsidR="00EB711F" w:rsidRDefault="00EB711F" w:rsidP="00EB711F">
      <w:pPr>
        <w:spacing w:before="120" w:after="0"/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79A75D0" w14:textId="77777777" w:rsidR="00EB711F" w:rsidRPr="00DE303F" w:rsidRDefault="00EB711F" w:rsidP="00EB711F">
      <w:pPr>
        <w:spacing w:before="120" w:after="0"/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此據　　中華民國　　年　　月　　日</w:t>
      </w:r>
    </w:p>
    <w:p w14:paraId="65682838" w14:textId="77777777" w:rsidR="00674861" w:rsidRPr="00EB711F" w:rsidRDefault="00674861">
      <w:pPr>
        <w:spacing w:before="120" w:after="0"/>
        <w:jc w:val="right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DE3DB53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B-06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經費支出明細及收支結算表</w:t>
      </w:r>
    </w:p>
    <w:p w14:paraId="7961BB2B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補助款與自籌款均應列入；憑證依核定會計科目分類、編號，並與本表順序一致。</w:t>
      </w:r>
    </w:p>
    <w:tbl>
      <w:tblPr>
        <w:tblW w:w="9781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850"/>
        <w:gridCol w:w="50"/>
        <w:gridCol w:w="1550"/>
        <w:gridCol w:w="1200"/>
        <w:gridCol w:w="430"/>
        <w:gridCol w:w="807"/>
        <w:gridCol w:w="543"/>
        <w:gridCol w:w="449"/>
        <w:gridCol w:w="1071"/>
        <w:gridCol w:w="2331"/>
      </w:tblGrid>
      <w:tr w:rsidR="00026F0C" w:rsidRPr="0052419B" w14:paraId="03F45B65" w14:textId="77777777" w:rsidTr="0061538C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564D6B" w14:textId="7C6F9AAD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8431" w:type="dxa"/>
            <w:gridSpan w:val="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35D335" w14:textId="70204D30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7DBCE470" w14:textId="77777777" w:rsidTr="0061538C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62DB9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2527B6" w14:textId="77777777" w:rsidR="00026F0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7B8E84D8" w14:textId="223E17D6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8B48A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851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6E338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28A0F4A" w14:textId="77777777" w:rsidTr="0061538C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94A7A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9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F195F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日期／憑證號</w:t>
            </w:r>
          </w:p>
        </w:tc>
        <w:tc>
          <w:tcPr>
            <w:tcW w:w="15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12800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支付對象及摘要</w:t>
            </w:r>
          </w:p>
        </w:tc>
        <w:tc>
          <w:tcPr>
            <w:tcW w:w="1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E88148" w14:textId="77777777" w:rsidR="0061538C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</w:t>
            </w:r>
            <w:proofErr w:type="spellEnd"/>
          </w:p>
          <w:p w14:paraId="56C5F324" w14:textId="52DEF84D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123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0D964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支出總額</w:t>
            </w:r>
          </w:p>
        </w:tc>
        <w:tc>
          <w:tcPr>
            <w:tcW w:w="992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9FDD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補助款</w:t>
            </w:r>
          </w:p>
        </w:tc>
        <w:tc>
          <w:tcPr>
            <w:tcW w:w="107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9C5D8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自籌款</w:t>
            </w:r>
          </w:p>
        </w:tc>
        <w:tc>
          <w:tcPr>
            <w:tcW w:w="233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BDD46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佐證／付款方式</w:t>
            </w:r>
          </w:p>
        </w:tc>
      </w:tr>
      <w:tr w:rsidR="00674861" w:rsidRPr="0052419B" w14:paraId="22DD5DBD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79799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3ADC3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1E161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419B5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F01FA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FC4B52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E2855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21704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5E29611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61DE8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A188E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0CD1F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DED8D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31F5E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B4003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79925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EF718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A39A0EA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A3DE1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8C295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1ADAA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430FA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BC9BD0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B2571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C4406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E8C0D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03D64C1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DEF11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D324F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3EFC0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56F3D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D4E5B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7D147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87E10B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D1307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02C029A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4F0EF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FCEA5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B6438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494F8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7DFFA9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C5C0A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7C7A5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6F4EB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14397CC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6C76E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B700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A4FDF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B0466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89842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9FC8D9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E9104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21B5A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AD3AFB3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2340C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79F48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A7BDA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22C5B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0803D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87A9A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83D94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3498B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985604A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082C3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95DB3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0738D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1BD5C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E65A4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21A41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A1DC5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8E5CA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0162BDAA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CBC6C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94CC1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65FFA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0E2C4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C440A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F149B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A5E5C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6C8CD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BC364D4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12DBC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643E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E7B55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2545F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FAE44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13A0A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06F6F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3E3D5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8C78D1B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00048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11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BAEEC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767E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096BA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728BC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69230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7216F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E8D88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54453D5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7D2B8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FC01B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DB506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A867B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9FD1B0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3C309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21012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36D98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1C3B6AB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50E95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13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15B6E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17A50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21B11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92984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E8404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F77B0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387A9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600C899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43805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14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A0212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245EA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513C0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7904C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BA1D0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F7F58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93E68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58814A3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1C8ED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15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9FBDB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3E14D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B30DA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20397B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9EDC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342A8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4FAC0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0A3B2FB6" w14:textId="77777777" w:rsidTr="0061538C">
        <w:trPr>
          <w:cantSplit/>
        </w:trPr>
        <w:tc>
          <w:tcPr>
            <w:tcW w:w="9781" w:type="dxa"/>
            <w:gridSpan w:val="11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8C879B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續頁方式：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支出超過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15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筆者請複印本頁續填，項次連續編號；各續頁小計應彙入下列科目結算表。</w:t>
            </w:r>
          </w:p>
        </w:tc>
      </w:tr>
    </w:tbl>
    <w:p w14:paraId="1BA209E6" w14:textId="77777777" w:rsidR="00674861" w:rsidRPr="0052419B" w:rsidRDefault="00A24701">
      <w:pPr>
        <w:keepNext/>
        <w:spacing w:before="160" w:after="100"/>
        <w:rPr>
          <w:rFonts w:ascii="標楷體" w:eastAsia="標楷體" w:hAnsi="標楷體" w:cs="標楷體"/>
          <w:sz w:val="24"/>
          <w:szCs w:val="24"/>
        </w:rPr>
      </w:pPr>
      <w:proofErr w:type="spell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t>經費收支結算</w:t>
      </w:r>
      <w:proofErr w:type="spellEnd"/>
    </w:p>
    <w:tbl>
      <w:tblPr>
        <w:tblW w:w="9639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690"/>
        <w:gridCol w:w="1862"/>
        <w:gridCol w:w="1338"/>
        <w:gridCol w:w="788"/>
        <w:gridCol w:w="2551"/>
      </w:tblGrid>
      <w:tr w:rsidR="00674861" w:rsidRPr="0052419B" w14:paraId="64EEBD87" w14:textId="77777777" w:rsidTr="0061538C">
        <w:trPr>
          <w:tblHeader/>
        </w:trPr>
        <w:tc>
          <w:tcPr>
            <w:tcW w:w="85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62798C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2249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DC428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核定科目</w:t>
            </w:r>
          </w:p>
        </w:tc>
        <w:tc>
          <w:tcPr>
            <w:tcW w:w="186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BAF346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核定總額</w:t>
            </w:r>
          </w:p>
        </w:tc>
        <w:tc>
          <w:tcPr>
            <w:tcW w:w="1338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137583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實際總額</w:t>
            </w:r>
          </w:p>
        </w:tc>
        <w:tc>
          <w:tcPr>
            <w:tcW w:w="3339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8FD517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差異原因／本中心認列</w:t>
            </w:r>
          </w:p>
        </w:tc>
      </w:tr>
      <w:tr w:rsidR="00674861" w:rsidRPr="0052419B" w14:paraId="5EE676B4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E9CCB8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5F7F2A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產品／服務開發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9E63AC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62892A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34D545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DFF4FD5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64D1E6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D53DB9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品牌與市場推廣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AD9B87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346228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A689BF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D7DB7A1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A68A7F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1C2E88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專業服務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32161C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871000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7DDC6B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CA6E872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FA959F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4AD173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智慧財產與認證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51F6B3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722DA2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4D7C50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70A4004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304006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14DB27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營業場所租金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28511E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BCBFBE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14BFAF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2A0E59F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46B013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DD891D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空間改善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E210ED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B02372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4CB3F6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2A2BF92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95C4F9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B277D9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營業用設備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AC8F2E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FDBF44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9F483A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5748278" w14:textId="77777777" w:rsidTr="0061538C">
        <w:trPr>
          <w:cantSplit/>
        </w:trPr>
        <w:tc>
          <w:tcPr>
            <w:tcW w:w="85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9C3075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合計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FBF269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總經費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8F944A" w14:textId="77777777" w:rsidR="00674861" w:rsidRPr="0052419B" w:rsidRDefault="0067486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8B52C" w14:textId="77777777" w:rsidR="00674861" w:rsidRPr="0052419B" w:rsidRDefault="0067486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8B2E1B" w14:textId="77777777" w:rsidR="00674861" w:rsidRPr="0052419B" w:rsidRDefault="0067486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2DD2C59A" w14:textId="77777777" w:rsidTr="0061538C">
        <w:trPr>
          <w:cantSplit/>
          <w:trHeight w:val="20"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BE2C6F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實際合格總經費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(A)</w:t>
            </w:r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BB5519" w14:textId="064333AA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元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BC7173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實際補助支出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(B)</w:t>
            </w:r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595304" w14:textId="4341AF5C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元</w:t>
            </w:r>
          </w:p>
        </w:tc>
      </w:tr>
      <w:tr w:rsidR="00674861" w:rsidRPr="0052419B" w14:paraId="5A21C7BB" w14:textId="77777777" w:rsidTr="0061538C">
        <w:trPr>
          <w:cantSplit/>
          <w:trHeight w:val="20"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F3763F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實際自籌支出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(C)</w:t>
            </w:r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0C056F" w14:textId="5B21B9C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元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395627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補助比例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(B÷A)</w:t>
            </w:r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AB0669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</w:tr>
      <w:tr w:rsidR="00674861" w:rsidRPr="0052419B" w14:paraId="6FCC86B2" w14:textId="77777777" w:rsidTr="0061538C">
        <w:trPr>
          <w:cantSplit/>
          <w:trHeight w:val="20"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F825C0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品牌與市場推廣</w:t>
            </w:r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337A1" w14:textId="26062B5A" w:rsidR="0061538C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補助款合計　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</w:p>
          <w:p w14:paraId="36CD2844" w14:textId="465AD8FD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30%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8E99A8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專業服務</w:t>
            </w:r>
            <w:proofErr w:type="spellEnd"/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A88625" w14:textId="1CFAE338" w:rsidR="0061538C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補助款合計　　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</w:p>
          <w:p w14:paraId="34A9C3E2" w14:textId="53A6FF9A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20%</w:t>
            </w:r>
          </w:p>
        </w:tc>
      </w:tr>
      <w:tr w:rsidR="00674861" w:rsidRPr="0052419B" w14:paraId="53928669" w14:textId="77777777" w:rsidTr="0061538C">
        <w:trPr>
          <w:cantSplit/>
          <w:trHeight w:val="20"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585374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營業場所租金</w:t>
            </w:r>
            <w:proofErr w:type="spellEnd"/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8718A3" w14:textId="77777777" w:rsidR="0061538C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補助款合計　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</w:p>
          <w:p w14:paraId="1B863520" w14:textId="07BF7F66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；最長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6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個月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B0D802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空間改善</w:t>
            </w:r>
            <w:proofErr w:type="spellEnd"/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435701" w14:textId="5BCA5374" w:rsidR="0061538C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補助款合計　　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</w:p>
          <w:p w14:paraId="495B6DDD" w14:textId="613D0706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0%</w:t>
            </w:r>
          </w:p>
        </w:tc>
      </w:tr>
      <w:tr w:rsidR="00674861" w:rsidRPr="0052419B" w14:paraId="31434FE1" w14:textId="77777777" w:rsidTr="0061538C">
        <w:trPr>
          <w:cantSplit/>
          <w:trHeight w:val="20"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3B3CCB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空間改善＋設備</w:t>
            </w:r>
            <w:proofErr w:type="spellEnd"/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47723" w14:textId="77777777" w:rsidR="0061538C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補助款合計　　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</w:p>
          <w:p w14:paraId="7697F8A2" w14:textId="2187D574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60%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2A443B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單筆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10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萬元以上</w:t>
            </w:r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A430CD" w14:textId="77777777" w:rsidR="0061538C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二家報價　</w:t>
            </w:r>
          </w:p>
          <w:p w14:paraId="53885C21" w14:textId="7F144B93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無替代性說明</w:t>
            </w:r>
          </w:p>
        </w:tc>
      </w:tr>
      <w:tr w:rsidR="00674861" w:rsidRPr="0052419B" w14:paraId="40750D05" w14:textId="77777777" w:rsidTr="0061538C">
        <w:trPr>
          <w:cantSplit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5C482C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核對結果</w:t>
            </w:r>
            <w:proofErr w:type="spellEnd"/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49AD3B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比例及上限符合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需調整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8783FA" w14:textId="77777777" w:rsidR="00674861" w:rsidRPr="0052419B" w:rsidRDefault="00A2470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重複補助</w:t>
            </w:r>
            <w:proofErr w:type="spellEnd"/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9BB8FA" w14:textId="77777777" w:rsidR="0061538C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無　</w:t>
            </w:r>
          </w:p>
          <w:p w14:paraId="77DEFBF6" w14:textId="7529FB54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已揭露並區隔</w:t>
            </w:r>
          </w:p>
        </w:tc>
      </w:tr>
      <w:tr w:rsidR="00674861" w:rsidRPr="0052419B" w14:paraId="2C9A90B9" w14:textId="77777777" w:rsidTr="0061538C">
        <w:trPr>
          <w:cantSplit/>
        </w:trPr>
        <w:tc>
          <w:tcPr>
            <w:tcW w:w="9639" w:type="dxa"/>
            <w:gridSpan w:val="7"/>
            <w:shd w:val="clear" w:color="auto" w:fill="FFF4D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814E02" w14:textId="77777777" w:rsidR="00674861" w:rsidRPr="0052419B" w:rsidRDefault="00A2470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切結事項：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本人確認本表與憑證、</w:t>
            </w:r>
            <w:proofErr w:type="gramStart"/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帳冊</w:t>
            </w:r>
            <w:proofErr w:type="gramEnd"/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及付款資料相符，支出與核定計畫直接相關，未列報不予補助項目，並同意接受原件查驗、刪除不合格支出及依核定比例重新計算補助額。</w:t>
            </w:r>
          </w:p>
        </w:tc>
      </w:tr>
    </w:tbl>
    <w:p w14:paraId="40AED58F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500"/>
        <w:gridCol w:w="3180"/>
      </w:tblGrid>
      <w:tr w:rsidR="00674861" w:rsidRPr="0052419B" w14:paraId="2441EBF5" w14:textId="77777777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43AC50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3638FA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34A657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1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DE1114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38E839CE" w14:textId="77777777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05D89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53EB3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741B5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1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4A8BF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3FFE5AB8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B-07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主動終止及補助款結算申請表</w:t>
      </w:r>
    </w:p>
    <w:p w14:paraId="1BEB183E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受補助者無法繼續執行時，應於計畫期程屆滿前提出；終止以本中心書面同意之日生效。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79"/>
        <w:gridCol w:w="10"/>
        <w:gridCol w:w="1506"/>
        <w:gridCol w:w="3084"/>
      </w:tblGrid>
      <w:tr w:rsidR="0061538C" w:rsidRPr="0052419B" w14:paraId="58276723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0DBC5F" w14:textId="22AA6240" w:rsidR="0061538C" w:rsidRPr="0052419B" w:rsidRDefault="0061538C" w:rsidP="0061538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479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F86AD5" w14:textId="66BF66B7" w:rsidR="0061538C" w:rsidRPr="0052419B" w:rsidRDefault="0061538C" w:rsidP="0061538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5A87C3E2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AC89E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C150C7" w14:textId="77777777" w:rsidR="0061538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48340544" w14:textId="57D46F5E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51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BAD62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B63E7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51B7259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728EB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核定執行期間</w:t>
            </w:r>
            <w:proofErr w:type="spellEnd"/>
          </w:p>
        </w:tc>
        <w:tc>
          <w:tcPr>
            <w:tcW w:w="288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C76AEE" w14:textId="77777777" w:rsidR="0061538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日至</w:t>
            </w:r>
            <w:proofErr w:type="spellEnd"/>
          </w:p>
          <w:p w14:paraId="36D9E59D" w14:textId="4F0C3E86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日</w:t>
            </w:r>
          </w:p>
        </w:tc>
        <w:tc>
          <w:tcPr>
            <w:tcW w:w="150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4A776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預定終止日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45DB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1274D2EE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FE7D6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核定補助額</w:t>
            </w:r>
            <w:proofErr w:type="spellEnd"/>
          </w:p>
        </w:tc>
        <w:tc>
          <w:tcPr>
            <w:tcW w:w="288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1D8D5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150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C33F6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已撥款額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64509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212B059B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CCA3A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終止事由</w:t>
            </w:r>
            <w:proofErr w:type="spellEnd"/>
          </w:p>
        </w:tc>
        <w:tc>
          <w:tcPr>
            <w:tcW w:w="288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7B484C" w14:textId="77777777" w:rsidR="0061538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營運調整　</w:t>
            </w:r>
          </w:p>
          <w:p w14:paraId="13AF9B3C" w14:textId="345DF48B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團隊異動</w:t>
            </w:r>
          </w:p>
        </w:tc>
        <w:tc>
          <w:tcPr>
            <w:tcW w:w="150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E3048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其他事由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C0430D" w14:textId="77777777" w:rsidR="0061538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不可抗力　</w:t>
            </w:r>
          </w:p>
          <w:p w14:paraId="6A3227BA" w14:textId="7B91503E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其他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</w:tc>
      </w:tr>
      <w:tr w:rsidR="00674861" w:rsidRPr="0052419B" w14:paraId="43224DC4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82C88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可歸責性自評</w:t>
            </w:r>
          </w:p>
        </w:tc>
        <w:tc>
          <w:tcPr>
            <w:tcW w:w="288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53A5E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可歸責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不可歸責</w:t>
            </w:r>
          </w:p>
        </w:tc>
        <w:tc>
          <w:tcPr>
            <w:tcW w:w="150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0F837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是否有重大違規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B54556" w14:textId="77777777" w:rsidR="0061538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無　</w:t>
            </w:r>
          </w:p>
          <w:p w14:paraId="0833B7E4" w14:textId="3AD90C2F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有；說明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</w:tc>
      </w:tr>
      <w:tr w:rsidR="00674861" w:rsidRPr="0052419B" w14:paraId="313DAAA0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0E2AE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後續營運</w:t>
            </w:r>
          </w:p>
        </w:tc>
        <w:tc>
          <w:tcPr>
            <w:tcW w:w="288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918DF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持續營運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停歇業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其他</w:t>
            </w:r>
          </w:p>
        </w:tc>
        <w:tc>
          <w:tcPr>
            <w:tcW w:w="150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FFAAE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設備／財產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4C0A8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留用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依指示處理</w:t>
            </w:r>
          </w:p>
        </w:tc>
      </w:tr>
      <w:tr w:rsidR="00674861" w:rsidRPr="0052419B" w14:paraId="72E28CA5" w14:textId="77777777">
        <w:trPr>
          <w:cantSplit/>
        </w:trPr>
        <w:tc>
          <w:tcPr>
            <w:tcW w:w="9180" w:type="dxa"/>
            <w:gridSpan w:val="5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C78914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終止理由及已採取之替代方案</w:t>
            </w:r>
          </w:p>
        </w:tc>
      </w:tr>
      <w:tr w:rsidR="00674861" w:rsidRPr="0052419B" w14:paraId="778B3E9F" w14:textId="77777777">
        <w:trPr>
          <w:cantSplit/>
          <w:trHeight w:val="1160"/>
        </w:trPr>
        <w:tc>
          <w:tcPr>
            <w:tcW w:w="91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3A819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請具體說明事件、發生時間、影響、已採取措施及無法繼續執行之原因；不可歸責事由請附證明。</w:t>
            </w:r>
          </w:p>
        </w:tc>
      </w:tr>
    </w:tbl>
    <w:p w14:paraId="33EE4AD4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650"/>
        <w:gridCol w:w="1100"/>
        <w:gridCol w:w="1800"/>
        <w:gridCol w:w="2150"/>
        <w:gridCol w:w="1980"/>
      </w:tblGrid>
      <w:tr w:rsidR="00674861" w:rsidRPr="0052419B" w14:paraId="33E811CA" w14:textId="77777777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B9849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6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20DCC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里程碑</w:t>
            </w:r>
          </w:p>
        </w:tc>
        <w:tc>
          <w:tcPr>
            <w:tcW w:w="11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2165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核定權重</w:t>
            </w:r>
          </w:p>
        </w:tc>
        <w:tc>
          <w:tcPr>
            <w:tcW w:w="18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E0820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完成程度</w:t>
            </w:r>
          </w:p>
        </w:tc>
        <w:tc>
          <w:tcPr>
            <w:tcW w:w="21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E8C5F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已完成成果</w:t>
            </w:r>
          </w:p>
        </w:tc>
        <w:tc>
          <w:tcPr>
            <w:tcW w:w="19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FE9D5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佐證文件</w:t>
            </w:r>
          </w:p>
        </w:tc>
      </w:tr>
      <w:tr w:rsidR="00674861" w:rsidRPr="0052419B" w14:paraId="1F1F167E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FF48C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97BE5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6D73A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FAD76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25C56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131BD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01DC970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AE930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4B304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892C7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B2B6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3C7F9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F7525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3A618E7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C5A9A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09341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2055C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8BEE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10F33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50825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710AFB2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163E1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57FE7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C9474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C1911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E9099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208EB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1F71635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30FAA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0BF0D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22653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916F9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726BF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A59FF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AEFA8CE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1BC7B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CAB1B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10B6B0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3D456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9CFEA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E20BE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2A6418C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2BEBC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005FB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6410E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E9FEB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DE335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64373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</w:tbl>
    <w:p w14:paraId="2F2D5D2B" w14:textId="77777777" w:rsidR="00674861" w:rsidRPr="0052419B" w:rsidRDefault="00A24701">
      <w:pPr>
        <w:keepNext/>
        <w:spacing w:before="160"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可認列補助額及應繳回金額試算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1990"/>
        <w:gridCol w:w="2600"/>
        <w:gridCol w:w="1990"/>
      </w:tblGrid>
      <w:tr w:rsidR="00674861" w:rsidRPr="0052419B" w14:paraId="156A7940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5C152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① </w:t>
            </w: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實際合格補助支出</w:t>
            </w:r>
            <w:proofErr w:type="spellEnd"/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A3A360" w14:textId="7DF902BA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BF749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 xml:space="preserve">② 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實際合格總經費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×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核定補助比例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E9839A" w14:textId="453CE825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</w:p>
        </w:tc>
      </w:tr>
      <w:tr w:rsidR="00674861" w:rsidRPr="0052419B" w14:paraId="269BFF3D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BA389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 xml:space="preserve">③ 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核定補助額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×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實際里程碑完成比例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A8086" w14:textId="54EA8D55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C19C4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④ 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已撥款額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96071F" w14:textId="4CA2AD5B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</w:tr>
      <w:tr w:rsidR="00674861" w:rsidRPr="0052419B" w14:paraId="28FF6183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9B8BD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可認列補助額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51B32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取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①②③④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之最低值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5250B5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本中心核定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EF077E" w14:textId="17E154B4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</w:tr>
      <w:tr w:rsidR="00674861" w:rsidRPr="0052419B" w14:paraId="39EB2281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4CB86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應繳回金額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4C25A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已撥款額－可認列補助額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4C913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受補助者試算</w:t>
            </w:r>
            <w:proofErr w:type="spellEnd"/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6CC5BF" w14:textId="3A7B2C4C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</w:tr>
      <w:tr w:rsidR="00674861" w:rsidRPr="0052419B" w14:paraId="6CF089C1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977AE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本中心核定應繳回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534ADC" w14:textId="225F2E36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6BAA5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繳回期限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71E1C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08A09D80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E19CD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是否申請分期</w:t>
            </w:r>
            <w:proofErr w:type="spellEnd"/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E1AE27" w14:textId="77777777" w:rsidR="0061538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否　</w:t>
            </w:r>
          </w:p>
          <w:p w14:paraId="044B858F" w14:textId="4C31BB0D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是；另附原因及計畫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4F660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財產處理</w:t>
            </w:r>
            <w:proofErr w:type="spellEnd"/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BE1682" w14:textId="77777777" w:rsidR="0061538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無　</w:t>
            </w:r>
          </w:p>
          <w:p w14:paraId="610B469B" w14:textId="2EE2CC23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已附清冊及處理說明</w:t>
            </w:r>
          </w:p>
        </w:tc>
      </w:tr>
      <w:tr w:rsidR="00674861" w:rsidRPr="0052419B" w14:paraId="0F29BF0A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C6EE4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未撥款項</w:t>
            </w:r>
            <w:proofErr w:type="spellEnd"/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AFC4C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終止生效後不再撥付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1DD05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重大違規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CEEB6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得依情節不認列並全部或部分追繳</w:t>
            </w:r>
          </w:p>
        </w:tc>
      </w:tr>
      <w:tr w:rsidR="00674861" w:rsidRPr="0052419B" w14:paraId="459E2175" w14:textId="77777777">
        <w:trPr>
          <w:cantSplit/>
        </w:trPr>
        <w:tc>
          <w:tcPr>
            <w:tcW w:w="9180" w:type="dxa"/>
            <w:gridSpan w:val="4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929655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計算公式：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可認列補助額＝下列四者最低值：實際合格補助支出、實際合格總經費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×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核定補助比例、核定補助額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×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實際里程碑完成比例、已撥款額；應繳回金額＝已撥款</w:t>
            </w:r>
            <w:proofErr w:type="gramStart"/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額－可認</w:t>
            </w:r>
            <w:proofErr w:type="gramEnd"/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列補助額。</w:t>
            </w:r>
          </w:p>
        </w:tc>
      </w:tr>
      <w:tr w:rsidR="00674861" w:rsidRPr="0052419B" w14:paraId="7C48FAC1" w14:textId="77777777">
        <w:trPr>
          <w:cantSplit/>
        </w:trPr>
        <w:tc>
          <w:tcPr>
            <w:tcW w:w="9180" w:type="dxa"/>
            <w:gridSpan w:val="4"/>
            <w:shd w:val="clear" w:color="auto" w:fill="FFF4D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765287" w14:textId="77777777" w:rsidR="00674861" w:rsidRPr="0052419B" w:rsidRDefault="00A24701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附件檢核：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終止理由及證明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里程碑成果佐證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截至終止日支出明細、結算與憑證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財產／設備清冊及處理說明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預計繳回款項或分期計畫。</w:t>
            </w:r>
          </w:p>
        </w:tc>
      </w:tr>
    </w:tbl>
    <w:p w14:paraId="16C8A5AB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4EDB5483" w14:textId="77777777" w:rsidTr="0061538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845CC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EA712F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04FC40" w14:textId="77777777" w:rsidR="00674861" w:rsidRPr="0052419B" w:rsidRDefault="00A24701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4E1DD6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0F7272FE" w14:textId="77777777" w:rsidTr="0061538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46012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A70DA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C3D3B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9E5D6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34B238B1" w14:textId="77777777" w:rsidR="00674861" w:rsidRPr="0052419B" w:rsidRDefault="00A24701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C-01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結案成果報告書格式</w:t>
      </w:r>
    </w:p>
    <w:p w14:paraId="34359D8B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紙本一式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2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份及電子檔；內容可增列頁數，佐證應依索引編號並與績效、里程碑及經費明細互相勾稽。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2879"/>
        <w:gridCol w:w="11"/>
        <w:gridCol w:w="1646"/>
        <w:gridCol w:w="54"/>
        <w:gridCol w:w="2890"/>
      </w:tblGrid>
      <w:tr w:rsidR="0061538C" w:rsidRPr="0052419B" w14:paraId="0CFB168D" w14:textId="77777777" w:rsidTr="0061538C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E99CAA" w14:textId="51121F40" w:rsidR="0061538C" w:rsidRPr="0052419B" w:rsidRDefault="0061538C" w:rsidP="0061538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4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1F6DCE" w14:textId="18780F71" w:rsidR="0061538C" w:rsidRPr="0052419B" w:rsidRDefault="0061538C" w:rsidP="0061538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  <w:p w14:paraId="22BB7819" w14:textId="4CC44FCD" w:rsidR="0061538C" w:rsidRPr="0052419B" w:rsidRDefault="0061538C" w:rsidP="0061538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79A1906B" w14:textId="77777777" w:rsidTr="0061538C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9CCCE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E28FB6" w14:textId="77777777" w:rsidR="0061538C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756E98A8" w14:textId="50F526E9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65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E348D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294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6E117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BEC4DAC" w14:textId="77777777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2E58E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受補助事業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163FE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9E8FE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統一編號</w:t>
            </w:r>
          </w:p>
        </w:tc>
        <w:tc>
          <w:tcPr>
            <w:tcW w:w="28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029A7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232E1B3" w14:textId="77777777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90CE9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核定補助額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53251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17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3BFD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核定總經費</w:t>
            </w:r>
            <w:proofErr w:type="spellEnd"/>
          </w:p>
        </w:tc>
        <w:tc>
          <w:tcPr>
            <w:tcW w:w="28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A3BA6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3AABE310" w14:textId="77777777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09798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執行期間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8004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日至　年　月　日</w:t>
            </w:r>
          </w:p>
        </w:tc>
        <w:tc>
          <w:tcPr>
            <w:tcW w:w="17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0055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報告日期</w:t>
            </w:r>
          </w:p>
        </w:tc>
        <w:tc>
          <w:tcPr>
            <w:tcW w:w="28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59375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4E9B9938" w14:textId="77777777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329EF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聯絡人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099F36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0F551A" w14:textId="77777777" w:rsidR="0061538C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電話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002D8BB3" w14:textId="78773A95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  <w:proofErr w:type="spellEnd"/>
          </w:p>
        </w:tc>
        <w:tc>
          <w:tcPr>
            <w:tcW w:w="28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55048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4EE44FE" w14:textId="77777777">
        <w:trPr>
          <w:cantSplit/>
        </w:trPr>
        <w:tc>
          <w:tcPr>
            <w:tcW w:w="9180" w:type="dxa"/>
            <w:gridSpan w:val="6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6918EE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一、執行摘要（建議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500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字內）</w:t>
            </w:r>
          </w:p>
        </w:tc>
      </w:tr>
      <w:tr w:rsidR="00674861" w:rsidRPr="0052419B" w14:paraId="2DC1B9A6" w14:textId="77777777">
        <w:trPr>
          <w:cantSplit/>
          <w:trHeight w:val="2000"/>
        </w:trPr>
        <w:tc>
          <w:tcPr>
            <w:tcW w:w="9180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D998A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請說明創業題目、七個月主要工作、代表性成果、經費運用及對花蓮之效益。</w:t>
            </w:r>
          </w:p>
        </w:tc>
      </w:tr>
      <w:tr w:rsidR="00674861" w:rsidRPr="0052419B" w14:paraId="59DEA583" w14:textId="77777777">
        <w:trPr>
          <w:cantSplit/>
        </w:trPr>
        <w:tc>
          <w:tcPr>
            <w:tcW w:w="9180" w:type="dxa"/>
            <w:gridSpan w:val="6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181B5E" w14:textId="77777777" w:rsidR="00674861" w:rsidRPr="0052419B" w:rsidRDefault="00A24701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二、執行歷程與重要調整</w:t>
            </w:r>
          </w:p>
        </w:tc>
      </w:tr>
      <w:tr w:rsidR="00674861" w:rsidRPr="0052419B" w14:paraId="52F7A7B1" w14:textId="77777777">
        <w:trPr>
          <w:cantSplit/>
          <w:trHeight w:val="1800"/>
        </w:trPr>
        <w:tc>
          <w:tcPr>
            <w:tcW w:w="9180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806D8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按月份或階段說明工作內容、重要決策、問題與調整；核准變更請註明文號及日期。</w:t>
            </w:r>
          </w:p>
        </w:tc>
      </w:tr>
    </w:tbl>
    <w:p w14:paraId="202A7D21" w14:textId="77777777" w:rsidR="00367BD3" w:rsidRPr="0052419B" w:rsidRDefault="00367BD3" w:rsidP="00367BD3">
      <w:pPr>
        <w:keepNext/>
        <w:pageBreakBefore/>
        <w:spacing w:before="160" w:after="100"/>
        <w:rPr>
          <w:rFonts w:ascii="標楷體" w:eastAsia="標楷體" w:hAnsi="標楷體" w:cs="標楷體"/>
          <w:sz w:val="24"/>
          <w:szCs w:val="24"/>
        </w:rPr>
      </w:pPr>
      <w:proofErr w:type="spell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lastRenderedPageBreak/>
        <w:t>三、量化績效達成情形</w:t>
      </w:r>
      <w:proofErr w:type="spellEnd"/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800"/>
        <w:gridCol w:w="1100"/>
        <w:gridCol w:w="1100"/>
        <w:gridCol w:w="2200"/>
        <w:gridCol w:w="2480"/>
      </w:tblGrid>
      <w:tr w:rsidR="00367BD3" w:rsidRPr="0052419B" w14:paraId="6694E623" w14:textId="77777777" w:rsidTr="00F95893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0F0B8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8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3AA1F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績效指標</w:t>
            </w:r>
            <w:proofErr w:type="spellEnd"/>
          </w:p>
        </w:tc>
        <w:tc>
          <w:tcPr>
            <w:tcW w:w="11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63A19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目標值</w:t>
            </w:r>
            <w:proofErr w:type="spellEnd"/>
          </w:p>
        </w:tc>
        <w:tc>
          <w:tcPr>
            <w:tcW w:w="11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3A442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實際值</w:t>
            </w:r>
            <w:proofErr w:type="spellEnd"/>
          </w:p>
        </w:tc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55EF4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計算／成果說明</w:t>
            </w:r>
            <w:proofErr w:type="spellEnd"/>
          </w:p>
        </w:tc>
        <w:tc>
          <w:tcPr>
            <w:tcW w:w="24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C93F7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佐證編號</w:t>
            </w:r>
            <w:proofErr w:type="spellEnd"/>
          </w:p>
        </w:tc>
      </w:tr>
      <w:tr w:rsidR="00367BD3" w:rsidRPr="0052419B" w14:paraId="7DFC5AC1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4DBD2E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5F8034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C6135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E1099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A7C11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B65C3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0E059FE3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32A7D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5D6AD3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7EF5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0538B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5D9E18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86F8D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55AF8139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D36F0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5735C9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B73C7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981A1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2CE0C8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B833FF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1F737609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FD3B6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DCB423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F774C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732B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7129E4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60C507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6A970A43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83FE9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CB30C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1B7CD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920F1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58D56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00465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77C1513D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718EF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85B541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87423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03723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41E16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7201F0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7EBF99E5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56978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FF23E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1222C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CDD4F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6EB31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D919C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</w:tbl>
    <w:p w14:paraId="177FF0E3" w14:textId="77777777" w:rsidR="00367BD3" w:rsidRPr="0052419B" w:rsidRDefault="00367BD3" w:rsidP="00367BD3">
      <w:pPr>
        <w:keepNext/>
        <w:spacing w:before="160" w:after="100"/>
        <w:rPr>
          <w:rFonts w:ascii="標楷體" w:eastAsia="標楷體" w:hAnsi="標楷體" w:cs="標楷體"/>
          <w:sz w:val="24"/>
          <w:szCs w:val="24"/>
        </w:rPr>
      </w:pPr>
      <w:proofErr w:type="spell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t>四、必要參與義務</w:t>
      </w:r>
      <w:proofErr w:type="spellEnd"/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900"/>
        <w:gridCol w:w="1300"/>
        <w:gridCol w:w="2500"/>
        <w:gridCol w:w="1480"/>
        <w:gridCol w:w="1500"/>
      </w:tblGrid>
      <w:tr w:rsidR="00367BD3" w:rsidRPr="0052419B" w14:paraId="26AE9015" w14:textId="77777777" w:rsidTr="00F95893">
        <w:trPr>
          <w:tblHeader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48F05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項目</w:t>
            </w:r>
            <w:proofErr w:type="spellEnd"/>
          </w:p>
        </w:tc>
        <w:tc>
          <w:tcPr>
            <w:tcW w:w="9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38CBB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應完成</w:t>
            </w:r>
            <w:proofErr w:type="spellEnd"/>
          </w:p>
        </w:tc>
        <w:tc>
          <w:tcPr>
            <w:tcW w:w="13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ECE9D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實際完成</w:t>
            </w:r>
            <w:proofErr w:type="spellEnd"/>
          </w:p>
        </w:tc>
        <w:tc>
          <w:tcPr>
            <w:tcW w:w="2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D4220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日期／名稱</w:t>
            </w:r>
            <w:proofErr w:type="spellEnd"/>
          </w:p>
        </w:tc>
        <w:tc>
          <w:tcPr>
            <w:tcW w:w="14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29DAC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佐證編號</w:t>
            </w:r>
            <w:proofErr w:type="spellEnd"/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BAF0A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本中心認定</w:t>
            </w:r>
            <w:proofErr w:type="spellEnd"/>
          </w:p>
        </w:tc>
      </w:tr>
      <w:tr w:rsidR="00367BD3" w:rsidRPr="0052419B" w14:paraId="054FEA2C" w14:textId="77777777" w:rsidTr="00F95893">
        <w:trPr>
          <w:cantSplit/>
        </w:trPr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DA3A9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培力工作坊</w:t>
            </w:r>
            <w:proofErr w:type="spellEnd"/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058458" w14:textId="2DACD37F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7BD3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B3229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43208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37F89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806FDB" w14:textId="7777777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367BD3" w:rsidRPr="0052419B" w14:paraId="45BF8E6D" w14:textId="77777777" w:rsidTr="00F95893">
        <w:trPr>
          <w:cantSplit/>
        </w:trPr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D743A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專業輔導</w:t>
            </w:r>
            <w:proofErr w:type="spellEnd"/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4AEA7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3次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124CD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次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1AE458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B6D0C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73F65F" w14:textId="7777777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367BD3" w:rsidRPr="0052419B" w14:paraId="47DB9007" w14:textId="77777777" w:rsidTr="00F95893">
        <w:trPr>
          <w:cantSplit/>
        </w:trPr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C7C55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實地訪視</w:t>
            </w:r>
            <w:proofErr w:type="spellEnd"/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EB4B7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1場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BBD7E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57469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3BB7C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05BACA" w14:textId="7777777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367BD3" w:rsidRPr="0052419B" w14:paraId="67526159" w14:textId="77777777" w:rsidTr="00F95893">
        <w:trPr>
          <w:cantSplit/>
        </w:trPr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3142A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成果發表會</w:t>
            </w:r>
            <w:proofErr w:type="spellEnd"/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D78A1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1場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D86FE3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493CD8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AFFB1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408C48" w14:textId="7777777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</w:tbl>
    <w:p w14:paraId="71C7F02F" w14:textId="77777777" w:rsidR="00367BD3" w:rsidRPr="0052419B" w:rsidRDefault="00367BD3" w:rsidP="00367BD3">
      <w:pPr>
        <w:keepNext/>
        <w:spacing w:after="100"/>
        <w:rPr>
          <w:rFonts w:ascii="標楷體" w:eastAsia="標楷體" w:hAnsi="標楷體" w:cs="標楷體"/>
          <w:sz w:val="24"/>
          <w:szCs w:val="24"/>
        </w:rPr>
      </w:pPr>
      <w:proofErr w:type="spell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t>五、經費運用摘要</w:t>
      </w:r>
      <w:proofErr w:type="spellEnd"/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500"/>
        <w:gridCol w:w="1600"/>
        <w:gridCol w:w="1600"/>
        <w:gridCol w:w="2880"/>
      </w:tblGrid>
      <w:tr w:rsidR="00367BD3" w:rsidRPr="0052419B" w14:paraId="3E0414D8" w14:textId="77777777" w:rsidTr="00F95893">
        <w:trPr>
          <w:tblHeader/>
        </w:trPr>
        <w:tc>
          <w:tcPr>
            <w:tcW w:w="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56202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2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1C535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核定科目</w:t>
            </w:r>
            <w:proofErr w:type="spellEnd"/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B6A61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核定總額</w:t>
            </w:r>
            <w:proofErr w:type="spellEnd"/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0DDC7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實際總額</w:t>
            </w:r>
            <w:proofErr w:type="spellEnd"/>
          </w:p>
        </w:tc>
        <w:tc>
          <w:tcPr>
            <w:tcW w:w="28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D0095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差異與成果關聯</w:t>
            </w:r>
            <w:proofErr w:type="spellEnd"/>
          </w:p>
        </w:tc>
      </w:tr>
      <w:tr w:rsidR="00367BD3" w:rsidRPr="0052419B" w14:paraId="17C14882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A0773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0A3D2A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產品／服務開發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D9595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45135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045F1A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07351E33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07517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CCD21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品牌與市場推廣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A58FD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8C9EE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B99FD2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7420BB28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D4350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28D8E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專業服務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FD55C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D0A14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C8603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14250B9C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B8D3F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A84389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智慧財產與認證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396F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336469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9FF273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242D5AB4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3B0D73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7FF44E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營業場所租金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CC342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FA3BA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D01E7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06331F17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FD69F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D6A92E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空間改善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25272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5BA3B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A36A5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27001F7E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3C718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DBF60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營業用設備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7B1893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6AC70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62025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5A0DAEA0" w14:textId="77777777" w:rsidTr="00F95893">
        <w:trPr>
          <w:cantSplit/>
        </w:trPr>
        <w:tc>
          <w:tcPr>
            <w:tcW w:w="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C4E97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合計</w:t>
            </w:r>
            <w:proofErr w:type="spellEnd"/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3E032C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總經費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0CB9F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478390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8EF9AF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67BD3" w:rsidRPr="0052419B" w14:paraId="118ABE36" w14:textId="77777777" w:rsidTr="00F95893">
        <w:trPr>
          <w:cantSplit/>
        </w:trPr>
        <w:tc>
          <w:tcPr>
            <w:tcW w:w="9180" w:type="dxa"/>
            <w:gridSpan w:val="5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F11A4C" w14:textId="77777777" w:rsidR="00367BD3" w:rsidRPr="0052419B" w:rsidRDefault="00367BD3" w:rsidP="00F95893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六、市場、營運與在地效益</w:t>
            </w:r>
          </w:p>
        </w:tc>
      </w:tr>
      <w:tr w:rsidR="00367BD3" w:rsidRPr="0052419B" w14:paraId="013CB1A2" w14:textId="77777777" w:rsidTr="00F95893">
        <w:trPr>
          <w:cantSplit/>
          <w:trHeight w:val="1800"/>
        </w:trPr>
        <w:tc>
          <w:tcPr>
            <w:tcW w:w="91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AFE6FA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請說明產品／服務、客戶、訂單、營收、合作、通路、數位成效、就業、在地採購或其他效益，並標示佐證編號。</w:t>
            </w:r>
          </w:p>
        </w:tc>
      </w:tr>
      <w:tr w:rsidR="00367BD3" w:rsidRPr="0052419B" w14:paraId="48CA8C47" w14:textId="77777777" w:rsidTr="00F95893">
        <w:trPr>
          <w:cantSplit/>
        </w:trPr>
        <w:tc>
          <w:tcPr>
            <w:tcW w:w="9180" w:type="dxa"/>
            <w:gridSpan w:val="5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7738CB" w14:textId="77777777" w:rsidR="00367BD3" w:rsidRPr="0052419B" w:rsidRDefault="00367BD3" w:rsidP="00F95893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七、問題、調整與學習</w:t>
            </w:r>
          </w:p>
        </w:tc>
      </w:tr>
      <w:tr w:rsidR="00367BD3" w:rsidRPr="0052419B" w14:paraId="145BB518" w14:textId="77777777" w:rsidTr="00F95893">
        <w:trPr>
          <w:cantSplit/>
          <w:trHeight w:val="1500"/>
        </w:trPr>
        <w:tc>
          <w:tcPr>
            <w:tcW w:w="91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745E8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請說明執行困難、核准變更、未達項目、改善結果及後續管理措施。</w:t>
            </w:r>
          </w:p>
        </w:tc>
      </w:tr>
      <w:tr w:rsidR="00367BD3" w:rsidRPr="0052419B" w14:paraId="172945FE" w14:textId="77777777" w:rsidTr="00F95893">
        <w:trPr>
          <w:cantSplit/>
        </w:trPr>
        <w:tc>
          <w:tcPr>
            <w:tcW w:w="9180" w:type="dxa"/>
            <w:gridSpan w:val="5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3F0ED8" w14:textId="77777777" w:rsidR="00367BD3" w:rsidRPr="0052419B" w:rsidRDefault="00367BD3" w:rsidP="00F95893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八、後續一年營運規劃</w:t>
            </w:r>
          </w:p>
        </w:tc>
      </w:tr>
      <w:tr w:rsidR="00367BD3" w:rsidRPr="0052419B" w14:paraId="2B7C720A" w14:textId="77777777" w:rsidTr="00F95893">
        <w:trPr>
          <w:cantSplit/>
          <w:trHeight w:val="1500"/>
        </w:trPr>
        <w:tc>
          <w:tcPr>
            <w:tcW w:w="91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6EECBA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請說明花蓮持續營運、財務、客戶、產品、團隊、設備與風險管理規劃。</w:t>
            </w:r>
          </w:p>
        </w:tc>
      </w:tr>
    </w:tbl>
    <w:p w14:paraId="602FB4A2" w14:textId="77777777" w:rsidR="00367BD3" w:rsidRPr="0052419B" w:rsidRDefault="00367BD3" w:rsidP="00367BD3">
      <w:pPr>
        <w:keepNext/>
        <w:spacing w:before="160" w:after="100"/>
        <w:rPr>
          <w:rFonts w:ascii="標楷體" w:eastAsia="標楷體" w:hAnsi="標楷體" w:cs="標楷體"/>
          <w:sz w:val="24"/>
          <w:szCs w:val="24"/>
        </w:rPr>
      </w:pPr>
      <w:proofErr w:type="spell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t>九、成果佐證索引</w:t>
      </w:r>
      <w:proofErr w:type="spellEnd"/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607"/>
        <w:gridCol w:w="3100"/>
        <w:gridCol w:w="1800"/>
        <w:gridCol w:w="1680"/>
      </w:tblGrid>
      <w:tr w:rsidR="00367BD3" w:rsidRPr="0052419B" w14:paraId="271FD07B" w14:textId="77777777" w:rsidTr="00F27482">
        <w:trPr>
          <w:tblHeader/>
        </w:trPr>
        <w:tc>
          <w:tcPr>
            <w:tcW w:w="99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1A43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編號</w:t>
            </w:r>
            <w:proofErr w:type="spellEnd"/>
          </w:p>
        </w:tc>
        <w:tc>
          <w:tcPr>
            <w:tcW w:w="1607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76758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對應章節／指標</w:t>
            </w:r>
            <w:proofErr w:type="spellEnd"/>
          </w:p>
        </w:tc>
        <w:tc>
          <w:tcPr>
            <w:tcW w:w="31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878CD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文件或成果名稱</w:t>
            </w:r>
            <w:proofErr w:type="spellEnd"/>
          </w:p>
        </w:tc>
        <w:tc>
          <w:tcPr>
            <w:tcW w:w="18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32006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日期／頁碼</w:t>
            </w:r>
            <w:proofErr w:type="spellEnd"/>
          </w:p>
        </w:tc>
        <w:tc>
          <w:tcPr>
            <w:tcW w:w="16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47088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公開限制</w:t>
            </w:r>
            <w:proofErr w:type="spellEnd"/>
          </w:p>
        </w:tc>
      </w:tr>
      <w:tr w:rsidR="00367BD3" w:rsidRPr="0052419B" w14:paraId="61A30E80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8DCE9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附件1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3A0F8C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7378A1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77B3F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701A0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61943185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7038C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附件2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3F73A0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439D97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0162DF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3B0DF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730D9BEC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3CA54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附件3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9CF56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7F1FC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F2C0F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E20CB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1F704932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23915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附件4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8C7487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5F2D7E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611B6E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6630F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393FC9EF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B4CD1F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附件5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2DDC7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6F1ED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FEE9A3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55D7A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422D2178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32B79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附件6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BA90B9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4ED3C4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1EAF69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3C4B9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1C15CA72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69E03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附件7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CBA633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B3D4E8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FBB527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61701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6708E291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0431B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附件8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F3D2B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E831F1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D0B482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A99D6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50E05A2D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E8C69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附件9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16861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23CD6C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8C554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AFF1E9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3EC2CF6C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F044B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附件10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890E8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000A8C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A14FBC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7CC5F3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4E9F97BD" w14:textId="77777777" w:rsidTr="00F95893">
        <w:trPr>
          <w:cantSplit/>
        </w:trPr>
        <w:tc>
          <w:tcPr>
            <w:tcW w:w="9180" w:type="dxa"/>
            <w:gridSpan w:val="5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D74475" w14:textId="77777777" w:rsidR="00367BD3" w:rsidRDefault="00367BD3" w:rsidP="00F95893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結案自評：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計畫執行　/40　　□ 報告完整　/25　　□ 經費合理　/20　　</w:t>
            </w:r>
          </w:p>
          <w:p w14:paraId="5A1B77B3" w14:textId="77777777" w:rsidR="00367BD3" w:rsidRDefault="00367BD3" w:rsidP="00367BD3">
            <w:pPr>
              <w:spacing w:before="20" w:after="20"/>
              <w:ind w:firstLineChars="500" w:firstLine="120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計畫效益　/15　　自評總分：　　　/100。</w:t>
            </w:r>
          </w:p>
          <w:p w14:paraId="529C3B66" w14:textId="6ACBFEB8" w:rsidR="00367BD3" w:rsidRPr="0052419B" w:rsidRDefault="00367BD3" w:rsidP="00367BD3">
            <w:pPr>
              <w:spacing w:before="20" w:after="20"/>
              <w:ind w:firstLineChars="500" w:firstLine="120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成果審查及撥款仍以本中心審定為準。</w:t>
            </w:r>
          </w:p>
        </w:tc>
      </w:tr>
    </w:tbl>
    <w:p w14:paraId="4C236E25" w14:textId="77777777" w:rsidR="00367BD3" w:rsidRPr="0052419B" w:rsidRDefault="00367BD3" w:rsidP="00367BD3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367BD3" w:rsidRPr="0052419B" w14:paraId="09538032" w14:textId="77777777" w:rsidTr="00367BD3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456CE4" w14:textId="77777777" w:rsidR="00367BD3" w:rsidRPr="0052419B" w:rsidRDefault="00367BD3" w:rsidP="00F95893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6F2C70" w14:textId="77777777" w:rsidR="00367BD3" w:rsidRPr="0052419B" w:rsidRDefault="00367BD3" w:rsidP="00F95893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0894B6" w14:textId="77777777" w:rsidR="00367BD3" w:rsidRPr="0052419B" w:rsidRDefault="00367BD3" w:rsidP="00F95893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3DE3A8" w14:textId="77777777" w:rsidR="00367BD3" w:rsidRPr="0052419B" w:rsidRDefault="00367BD3" w:rsidP="00F95893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367BD3" w:rsidRPr="0052419B" w14:paraId="410E3A6D" w14:textId="77777777" w:rsidTr="00367BD3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69C1A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37D692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2F9F3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FCDF4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59E431B3" w14:textId="77777777" w:rsidR="00367BD3" w:rsidRPr="0052419B" w:rsidRDefault="00367BD3" w:rsidP="00367BD3">
      <w:pPr>
        <w:rPr>
          <w:rFonts w:ascii="標楷體" w:eastAsia="標楷體" w:hAnsi="標楷體" w:cs="標楷體"/>
          <w:sz w:val="24"/>
          <w:szCs w:val="24"/>
        </w:rPr>
      </w:pPr>
    </w:p>
    <w:p w14:paraId="5E6D8034" w14:textId="421D1BFF" w:rsidR="00367BD3" w:rsidRPr="0052419B" w:rsidRDefault="00367BD3" w:rsidP="00367BD3">
      <w:pPr>
        <w:spacing w:after="0"/>
        <w:rPr>
          <w:rFonts w:ascii="標楷體" w:eastAsia="標楷體" w:hAnsi="標楷體" w:cs="標楷體"/>
          <w:sz w:val="24"/>
          <w:szCs w:val="24"/>
        </w:rPr>
      </w:pPr>
    </w:p>
    <w:p w14:paraId="01E9199B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687FCCA" w14:textId="77777777" w:rsidR="00674861" w:rsidRPr="0052419B" w:rsidRDefault="00A24701">
      <w:pPr>
        <w:spacing w:after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br w:type="page"/>
      </w:r>
    </w:p>
    <w:p w14:paraId="09F9B50B" w14:textId="77777777" w:rsidR="00674861" w:rsidRPr="0052419B" w:rsidRDefault="00A24701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F4E78"/>
          <w:sz w:val="24"/>
          <w:szCs w:val="24"/>
          <w:lang w:eastAsia="zh-TW"/>
        </w:rPr>
        <w:lastRenderedPageBreak/>
        <w:t>C-01</w:t>
      </w:r>
      <w:r w:rsidRPr="0052419B">
        <w:rPr>
          <w:rFonts w:ascii="標楷體" w:eastAsia="標楷體" w:hAnsi="標楷體" w:cs="標楷體"/>
          <w:b/>
          <w:color w:val="1F4E78"/>
          <w:sz w:val="24"/>
          <w:szCs w:val="24"/>
          <w:lang w:eastAsia="zh-TW"/>
        </w:rPr>
        <w:t xml:space="preserve">　結案成果報告書｜里程碑與績效</w:t>
      </w:r>
    </w:p>
    <w:tbl>
      <w:tblPr>
        <w:tblW w:w="9422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872"/>
        <w:gridCol w:w="462"/>
        <w:gridCol w:w="873"/>
        <w:gridCol w:w="872"/>
        <w:gridCol w:w="1108"/>
        <w:gridCol w:w="944"/>
        <w:gridCol w:w="441"/>
        <w:gridCol w:w="1406"/>
        <w:gridCol w:w="1931"/>
      </w:tblGrid>
      <w:tr w:rsidR="00367BD3" w:rsidRPr="0052419B" w14:paraId="4C31D7CD" w14:textId="77777777" w:rsidTr="001A6881">
        <w:trPr>
          <w:cantSplit/>
          <w:trHeight w:val="766"/>
        </w:trPr>
        <w:tc>
          <w:tcPr>
            <w:tcW w:w="1385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A32171" w14:textId="67D1A508" w:rsidR="00367BD3" w:rsidRPr="0052419B" w:rsidRDefault="00367BD3" w:rsidP="00367BD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8037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E660BF" w14:textId="7777777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  <w:p w14:paraId="6D7F6AD1" w14:textId="5D1A7ED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A4941D7" w14:textId="77777777" w:rsidTr="001A6881">
        <w:trPr>
          <w:cantSplit/>
          <w:trHeight w:val="766"/>
        </w:trPr>
        <w:tc>
          <w:tcPr>
            <w:tcW w:w="1385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30A15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31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C0F265" w14:textId="77777777" w:rsidR="00367BD3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77A9BC6C" w14:textId="5C80D6E5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85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AE822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33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C4FDC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6CE128B" w14:textId="77777777" w:rsidTr="001A6881">
        <w:trPr>
          <w:trHeight w:val="766"/>
          <w:tblHeader/>
        </w:trPr>
        <w:tc>
          <w:tcPr>
            <w:tcW w:w="51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6FC0E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1334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492C8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里程碑</w:t>
            </w:r>
          </w:p>
        </w:tc>
        <w:tc>
          <w:tcPr>
            <w:tcW w:w="87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3ED8A4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核定權重</w:t>
            </w:r>
          </w:p>
        </w:tc>
        <w:tc>
          <w:tcPr>
            <w:tcW w:w="87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09E6F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完成比例</w:t>
            </w:r>
          </w:p>
        </w:tc>
        <w:tc>
          <w:tcPr>
            <w:tcW w:w="2052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F68D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實際成果</w:t>
            </w:r>
          </w:p>
        </w:tc>
        <w:tc>
          <w:tcPr>
            <w:tcW w:w="184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955C97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佐證編號</w:t>
            </w:r>
          </w:p>
        </w:tc>
        <w:tc>
          <w:tcPr>
            <w:tcW w:w="192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DE31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本中心認定</w:t>
            </w:r>
          </w:p>
        </w:tc>
      </w:tr>
      <w:tr w:rsidR="00674861" w:rsidRPr="0052419B" w14:paraId="54D152C5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AA3DE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14C35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96E24F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74B44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352837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549BB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05A7BC" w14:textId="77777777" w:rsidR="007E213F" w:rsidRDefault="00A24701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7B15146C" w14:textId="77777777" w:rsidR="007E213F" w:rsidRDefault="00A24701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14E5F414" w14:textId="5203E92C" w:rsidR="00674861" w:rsidRPr="0052419B" w:rsidRDefault="00A24701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05B50EA3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612F8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6A01DA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D5C291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95FB4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D4F0DC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29189E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03F0E" w14:textId="77777777" w:rsidR="007E213F" w:rsidRDefault="00A24701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0102C3DB" w14:textId="77777777" w:rsidR="007E213F" w:rsidRDefault="00A24701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2BA22012" w14:textId="4B25B7A3" w:rsidR="00674861" w:rsidRPr="0052419B" w:rsidRDefault="00A24701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4DAEC818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FF2A4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04CB7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FD80FE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A9366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5851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CFF02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878634" w14:textId="77777777" w:rsidR="007E213F" w:rsidRDefault="00A24701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7E974E57" w14:textId="77777777" w:rsidR="007E213F" w:rsidRDefault="00A24701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693C69AC" w14:textId="789B72FD" w:rsidR="00674861" w:rsidRPr="0052419B" w:rsidRDefault="00A24701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5A018608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3F2E0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61000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3085B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86ED1C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434262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568324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02B341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7CA397B5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75F1D83D" w14:textId="2AFFE574" w:rsidR="00674861" w:rsidRPr="0052419B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618429F9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7FD41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F7975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5FEE2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BFFDDD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AF85B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967248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B7E737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662E2283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69AB08F9" w14:textId="12EEED69" w:rsidR="00674861" w:rsidRPr="0052419B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54A20E56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B166B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A7BBFF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E3F729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DAB5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F34BCD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AFC279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E7F4BE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46A51D13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14C49558" w14:textId="47594C13" w:rsidR="00674861" w:rsidRPr="0052419B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453B1D4E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0CCA03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AECDF3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1FBC98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92DA7A" w14:textId="77777777" w:rsidR="00674861" w:rsidRPr="0052419B" w:rsidRDefault="00A2470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D44A31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2F2BC5" w14:textId="77777777" w:rsidR="00674861" w:rsidRPr="0052419B" w:rsidRDefault="00A24701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BBFF00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5E32605D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79AEE2AE" w14:textId="4DA7C6EC" w:rsidR="00674861" w:rsidRPr="0052419B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361527E7" w14:textId="77777777" w:rsidTr="001A6881">
        <w:trPr>
          <w:cantSplit/>
          <w:trHeight w:val="766"/>
        </w:trPr>
        <w:tc>
          <w:tcPr>
            <w:tcW w:w="272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1BC7DE" w14:textId="77777777" w:rsidR="007E213F" w:rsidRDefault="00A24701" w:rsidP="007E213F">
            <w:pPr>
              <w:spacing w:after="0" w:line="269" w:lineRule="auto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加權完成比例／</w:t>
            </w:r>
          </w:p>
          <w:p w14:paraId="07E008FD" w14:textId="4165F95A" w:rsidR="00674861" w:rsidRPr="0052419B" w:rsidRDefault="00A24701" w:rsidP="007E213F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結案認列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C5889C" w14:textId="77777777" w:rsidR="00674861" w:rsidRPr="0052419B" w:rsidRDefault="00A24701" w:rsidP="007E213F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%</w:t>
            </w:r>
          </w:p>
        </w:tc>
        <w:tc>
          <w:tcPr>
            <w:tcW w:w="583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169314" w14:textId="6E2F9D60" w:rsidR="00674861" w:rsidRPr="0052419B" w:rsidRDefault="007E213F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填寫：　　　　　　　　　　　</w:t>
            </w:r>
          </w:p>
        </w:tc>
      </w:tr>
    </w:tbl>
    <w:p w14:paraId="60B82B64" w14:textId="77777777" w:rsidR="00D54FC8" w:rsidRPr="0052419B" w:rsidRDefault="00D54FC8" w:rsidP="00367BD3">
      <w:pPr>
        <w:keepNext/>
        <w:spacing w:after="100"/>
        <w:rPr>
          <w:rFonts w:ascii="標楷體" w:eastAsia="標楷體" w:hAnsi="標楷體" w:cs="標楷體"/>
          <w:sz w:val="24"/>
          <w:szCs w:val="24"/>
          <w:lang w:eastAsia="zh-TW"/>
        </w:rPr>
      </w:pPr>
    </w:p>
    <w:sectPr w:rsidR="00D54FC8" w:rsidRPr="0052419B" w:rsidSect="0052419B">
      <w:footerReference w:type="default" r:id="rId8"/>
      <w:pgSz w:w="11906" w:h="16838"/>
      <w:pgMar w:top="1134" w:right="1134" w:bottom="1134" w:left="1134" w:header="709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340AB" w14:textId="77777777" w:rsidR="00046768" w:rsidRDefault="00046768">
      <w:pPr>
        <w:spacing w:after="0" w:line="240" w:lineRule="auto"/>
      </w:pPr>
      <w:r>
        <w:separator/>
      </w:r>
    </w:p>
  </w:endnote>
  <w:endnote w:type="continuationSeparator" w:id="0">
    <w:p w14:paraId="26F46378" w14:textId="77777777" w:rsidR="00046768" w:rsidRDefault="0004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C1282" w14:textId="77777777" w:rsidR="00674861" w:rsidRDefault="00A24701">
    <w:pPr>
      <w:pStyle w:val="a7"/>
      <w:jc w:val="center"/>
    </w:pPr>
    <w:r>
      <w:rPr>
        <w:rFonts w:cs="Calibri"/>
        <w:color w:val="5F6B7A"/>
        <w:sz w:val="17"/>
      </w:rPr>
      <w:t xml:space="preserve">— </w:t>
    </w:r>
    <w:r>
      <w:rPr>
        <w:rFonts w:cs="Calibri"/>
        <w:color w:val="5F6B7A"/>
        <w:sz w:val="17"/>
      </w:rPr>
      <w:fldChar w:fldCharType="begin"/>
    </w:r>
    <w:r>
      <w:rPr>
        <w:rFonts w:cs="Calibri"/>
        <w:color w:val="5F6B7A"/>
        <w:sz w:val="17"/>
      </w:rPr>
      <w:instrText>PAGE</w:instrText>
    </w:r>
    <w:r>
      <w:rPr>
        <w:rFonts w:cs="Calibri"/>
        <w:color w:val="5F6B7A"/>
        <w:sz w:val="17"/>
      </w:rPr>
      <w:fldChar w:fldCharType="separate"/>
    </w:r>
    <w:r>
      <w:rPr>
        <w:rFonts w:cs="Calibri"/>
        <w:color w:val="5F6B7A"/>
        <w:sz w:val="17"/>
      </w:rPr>
      <w:t>1</w:t>
    </w:r>
    <w:r>
      <w:rPr>
        <w:rFonts w:cs="Calibri"/>
        <w:color w:val="5F6B7A"/>
        <w:sz w:val="17"/>
      </w:rPr>
      <w:fldChar w:fldCharType="end"/>
    </w:r>
    <w:r>
      <w:rPr>
        <w:rFonts w:cs="Calibri"/>
        <w:color w:val="5F6B7A"/>
        <w:sz w:val="17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3D02A" w14:textId="77777777" w:rsidR="00046768" w:rsidRDefault="00046768">
      <w:pPr>
        <w:spacing w:after="0" w:line="240" w:lineRule="auto"/>
      </w:pPr>
      <w:r>
        <w:separator/>
      </w:r>
    </w:p>
  </w:footnote>
  <w:footnote w:type="continuationSeparator" w:id="0">
    <w:p w14:paraId="0294D984" w14:textId="77777777" w:rsidR="00046768" w:rsidRDefault="00046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2279FA"/>
    <w:multiLevelType w:val="hybridMultilevel"/>
    <w:tmpl w:val="76FC28B8"/>
    <w:lvl w:ilvl="0" w:tplc="A0184942">
      <w:start w:val="1"/>
      <w:numFmt w:val="chineseCountingThousand"/>
      <w:lvlText w:val="%1、"/>
      <w:lvlJc w:val="left"/>
      <w:pPr>
        <w:ind w:left="700" w:hanging="537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27"/>
        <w:w w:val="100"/>
        <w:sz w:val="26"/>
        <w:szCs w:val="26"/>
        <w:lang w:val="en-US" w:eastAsia="zh-TW" w:bidi="ar-SA"/>
      </w:rPr>
    </w:lvl>
    <w:lvl w:ilvl="1" w:tplc="F6E66CBC">
      <w:start w:val="1"/>
      <w:numFmt w:val="chineseCountingThousand"/>
      <w:lvlText w:val="(%2)"/>
      <w:lvlJc w:val="left"/>
      <w:pPr>
        <w:ind w:left="1300" w:hanging="5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8"/>
        <w:szCs w:val="28"/>
        <w:lang w:val="en-US" w:eastAsia="zh-TW" w:bidi="ar-SA"/>
      </w:rPr>
    </w:lvl>
    <w:lvl w:ilvl="2" w:tplc="E2B84B28">
      <w:numFmt w:val="bullet"/>
      <w:lvlText w:val="•"/>
      <w:lvlJc w:val="left"/>
      <w:pPr>
        <w:ind w:left="2258" w:hanging="560"/>
      </w:pPr>
      <w:rPr>
        <w:rFonts w:hint="default"/>
        <w:lang w:val="en-US" w:eastAsia="zh-TW" w:bidi="ar-SA"/>
      </w:rPr>
    </w:lvl>
    <w:lvl w:ilvl="3" w:tplc="9558F4A8">
      <w:numFmt w:val="bullet"/>
      <w:lvlText w:val="•"/>
      <w:lvlJc w:val="left"/>
      <w:pPr>
        <w:ind w:left="3216" w:hanging="560"/>
      </w:pPr>
      <w:rPr>
        <w:rFonts w:hint="default"/>
        <w:lang w:val="en-US" w:eastAsia="zh-TW" w:bidi="ar-SA"/>
      </w:rPr>
    </w:lvl>
    <w:lvl w:ilvl="4" w:tplc="5226D956">
      <w:numFmt w:val="bullet"/>
      <w:lvlText w:val="•"/>
      <w:lvlJc w:val="left"/>
      <w:pPr>
        <w:ind w:left="4174" w:hanging="560"/>
      </w:pPr>
      <w:rPr>
        <w:rFonts w:hint="default"/>
        <w:lang w:val="en-US" w:eastAsia="zh-TW" w:bidi="ar-SA"/>
      </w:rPr>
    </w:lvl>
    <w:lvl w:ilvl="5" w:tplc="38B01B76">
      <w:numFmt w:val="bullet"/>
      <w:lvlText w:val="•"/>
      <w:lvlJc w:val="left"/>
      <w:pPr>
        <w:ind w:left="5132" w:hanging="560"/>
      </w:pPr>
      <w:rPr>
        <w:rFonts w:hint="default"/>
        <w:lang w:val="en-US" w:eastAsia="zh-TW" w:bidi="ar-SA"/>
      </w:rPr>
    </w:lvl>
    <w:lvl w:ilvl="6" w:tplc="D23CF098">
      <w:numFmt w:val="bullet"/>
      <w:lvlText w:val="•"/>
      <w:lvlJc w:val="left"/>
      <w:pPr>
        <w:ind w:left="6090" w:hanging="560"/>
      </w:pPr>
      <w:rPr>
        <w:rFonts w:hint="default"/>
        <w:lang w:val="en-US" w:eastAsia="zh-TW" w:bidi="ar-SA"/>
      </w:rPr>
    </w:lvl>
    <w:lvl w:ilvl="7" w:tplc="AC0A6584">
      <w:numFmt w:val="bullet"/>
      <w:lvlText w:val="•"/>
      <w:lvlJc w:val="left"/>
      <w:pPr>
        <w:ind w:left="7048" w:hanging="560"/>
      </w:pPr>
      <w:rPr>
        <w:rFonts w:hint="default"/>
        <w:lang w:val="en-US" w:eastAsia="zh-TW" w:bidi="ar-SA"/>
      </w:rPr>
    </w:lvl>
    <w:lvl w:ilvl="8" w:tplc="E3223BEC">
      <w:numFmt w:val="bullet"/>
      <w:lvlText w:val="•"/>
      <w:lvlJc w:val="left"/>
      <w:pPr>
        <w:ind w:left="8006" w:hanging="560"/>
      </w:pPr>
      <w:rPr>
        <w:rFonts w:hint="default"/>
        <w:lang w:val="en-US" w:eastAsia="zh-TW" w:bidi="ar-SA"/>
      </w:rPr>
    </w:lvl>
  </w:abstractNum>
  <w:abstractNum w:abstractNumId="10" w15:restartNumberingAfterBreak="0">
    <w:nsid w:val="323269C2"/>
    <w:multiLevelType w:val="hybridMultilevel"/>
    <w:tmpl w:val="02502FD8"/>
    <w:lvl w:ilvl="0" w:tplc="BD2E2438">
      <w:start w:val="2"/>
      <w:numFmt w:val="decimal"/>
      <w:lvlText w:val="%1."/>
      <w:lvlJc w:val="left"/>
      <w:pPr>
        <w:ind w:left="59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D5A49EA2">
      <w:numFmt w:val="bullet"/>
      <w:lvlText w:val="•"/>
      <w:lvlJc w:val="left"/>
      <w:pPr>
        <w:ind w:left="1390" w:hanging="152"/>
      </w:pPr>
      <w:rPr>
        <w:rFonts w:hint="default"/>
        <w:lang w:val="en-US" w:eastAsia="zh-TW" w:bidi="ar-SA"/>
      </w:rPr>
    </w:lvl>
    <w:lvl w:ilvl="2" w:tplc="34564EA6">
      <w:numFmt w:val="bullet"/>
      <w:lvlText w:val="•"/>
      <w:lvlJc w:val="left"/>
      <w:pPr>
        <w:ind w:left="2181" w:hanging="152"/>
      </w:pPr>
      <w:rPr>
        <w:rFonts w:hint="default"/>
        <w:lang w:val="en-US" w:eastAsia="zh-TW" w:bidi="ar-SA"/>
      </w:rPr>
    </w:lvl>
    <w:lvl w:ilvl="3" w:tplc="C012EF68">
      <w:numFmt w:val="bullet"/>
      <w:lvlText w:val="•"/>
      <w:lvlJc w:val="left"/>
      <w:pPr>
        <w:ind w:left="2971" w:hanging="152"/>
      </w:pPr>
      <w:rPr>
        <w:rFonts w:hint="default"/>
        <w:lang w:val="en-US" w:eastAsia="zh-TW" w:bidi="ar-SA"/>
      </w:rPr>
    </w:lvl>
    <w:lvl w:ilvl="4" w:tplc="F246EDCC">
      <w:numFmt w:val="bullet"/>
      <w:lvlText w:val="•"/>
      <w:lvlJc w:val="left"/>
      <w:pPr>
        <w:ind w:left="3762" w:hanging="152"/>
      </w:pPr>
      <w:rPr>
        <w:rFonts w:hint="default"/>
        <w:lang w:val="en-US" w:eastAsia="zh-TW" w:bidi="ar-SA"/>
      </w:rPr>
    </w:lvl>
    <w:lvl w:ilvl="5" w:tplc="307ED10A">
      <w:numFmt w:val="bullet"/>
      <w:lvlText w:val="•"/>
      <w:lvlJc w:val="left"/>
      <w:pPr>
        <w:ind w:left="4553" w:hanging="152"/>
      </w:pPr>
      <w:rPr>
        <w:rFonts w:hint="default"/>
        <w:lang w:val="en-US" w:eastAsia="zh-TW" w:bidi="ar-SA"/>
      </w:rPr>
    </w:lvl>
    <w:lvl w:ilvl="6" w:tplc="F490FA7C">
      <w:numFmt w:val="bullet"/>
      <w:lvlText w:val="•"/>
      <w:lvlJc w:val="left"/>
      <w:pPr>
        <w:ind w:left="5343" w:hanging="152"/>
      </w:pPr>
      <w:rPr>
        <w:rFonts w:hint="default"/>
        <w:lang w:val="en-US" w:eastAsia="zh-TW" w:bidi="ar-SA"/>
      </w:rPr>
    </w:lvl>
    <w:lvl w:ilvl="7" w:tplc="EAC643AE">
      <w:numFmt w:val="bullet"/>
      <w:lvlText w:val="•"/>
      <w:lvlJc w:val="left"/>
      <w:pPr>
        <w:ind w:left="6134" w:hanging="152"/>
      </w:pPr>
      <w:rPr>
        <w:rFonts w:hint="default"/>
        <w:lang w:val="en-US" w:eastAsia="zh-TW" w:bidi="ar-SA"/>
      </w:rPr>
    </w:lvl>
    <w:lvl w:ilvl="8" w:tplc="FE0CD9BE">
      <w:numFmt w:val="bullet"/>
      <w:lvlText w:val="•"/>
      <w:lvlJc w:val="left"/>
      <w:pPr>
        <w:ind w:left="6925" w:hanging="152"/>
      </w:pPr>
      <w:rPr>
        <w:rFonts w:hint="default"/>
        <w:lang w:val="en-US" w:eastAsia="zh-TW" w:bidi="ar-SA"/>
      </w:rPr>
    </w:lvl>
  </w:abstractNum>
  <w:abstractNum w:abstractNumId="11" w15:restartNumberingAfterBreak="0">
    <w:nsid w:val="55DB6AB9"/>
    <w:multiLevelType w:val="hybridMultilevel"/>
    <w:tmpl w:val="A04AA822"/>
    <w:lvl w:ilvl="0" w:tplc="A7E21714">
      <w:start w:val="1"/>
      <w:numFmt w:val="chineseCountingThousand"/>
      <w:lvlText w:val="%1、"/>
      <w:lvlJc w:val="left"/>
      <w:pPr>
        <w:ind w:left="703" w:hanging="563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53C0E16">
      <w:numFmt w:val="bullet"/>
      <w:lvlText w:val="•"/>
      <w:lvlJc w:val="left"/>
      <w:pPr>
        <w:ind w:left="1622" w:hanging="563"/>
      </w:pPr>
      <w:rPr>
        <w:rFonts w:hint="default"/>
        <w:lang w:val="en-US" w:eastAsia="zh-TW" w:bidi="ar-SA"/>
      </w:rPr>
    </w:lvl>
    <w:lvl w:ilvl="2" w:tplc="A8E029FA">
      <w:numFmt w:val="bullet"/>
      <w:lvlText w:val="•"/>
      <w:lvlJc w:val="left"/>
      <w:pPr>
        <w:ind w:left="2544" w:hanging="563"/>
      </w:pPr>
      <w:rPr>
        <w:rFonts w:hint="default"/>
        <w:lang w:val="en-US" w:eastAsia="zh-TW" w:bidi="ar-SA"/>
      </w:rPr>
    </w:lvl>
    <w:lvl w:ilvl="3" w:tplc="AB928896">
      <w:numFmt w:val="bullet"/>
      <w:lvlText w:val="•"/>
      <w:lvlJc w:val="left"/>
      <w:pPr>
        <w:ind w:left="3466" w:hanging="563"/>
      </w:pPr>
      <w:rPr>
        <w:rFonts w:hint="default"/>
        <w:lang w:val="en-US" w:eastAsia="zh-TW" w:bidi="ar-SA"/>
      </w:rPr>
    </w:lvl>
    <w:lvl w:ilvl="4" w:tplc="7D849066">
      <w:numFmt w:val="bullet"/>
      <w:lvlText w:val="•"/>
      <w:lvlJc w:val="left"/>
      <w:pPr>
        <w:ind w:left="4388" w:hanging="563"/>
      </w:pPr>
      <w:rPr>
        <w:rFonts w:hint="default"/>
        <w:lang w:val="en-US" w:eastAsia="zh-TW" w:bidi="ar-SA"/>
      </w:rPr>
    </w:lvl>
    <w:lvl w:ilvl="5" w:tplc="1DD0FDEE">
      <w:numFmt w:val="bullet"/>
      <w:lvlText w:val="•"/>
      <w:lvlJc w:val="left"/>
      <w:pPr>
        <w:ind w:left="5311" w:hanging="563"/>
      </w:pPr>
      <w:rPr>
        <w:rFonts w:hint="default"/>
        <w:lang w:val="en-US" w:eastAsia="zh-TW" w:bidi="ar-SA"/>
      </w:rPr>
    </w:lvl>
    <w:lvl w:ilvl="6" w:tplc="31C84F4A">
      <w:numFmt w:val="bullet"/>
      <w:lvlText w:val="•"/>
      <w:lvlJc w:val="left"/>
      <w:pPr>
        <w:ind w:left="6233" w:hanging="563"/>
      </w:pPr>
      <w:rPr>
        <w:rFonts w:hint="default"/>
        <w:lang w:val="en-US" w:eastAsia="zh-TW" w:bidi="ar-SA"/>
      </w:rPr>
    </w:lvl>
    <w:lvl w:ilvl="7" w:tplc="5C8A9840">
      <w:numFmt w:val="bullet"/>
      <w:lvlText w:val="•"/>
      <w:lvlJc w:val="left"/>
      <w:pPr>
        <w:ind w:left="7155" w:hanging="563"/>
      </w:pPr>
      <w:rPr>
        <w:rFonts w:hint="default"/>
        <w:lang w:val="en-US" w:eastAsia="zh-TW" w:bidi="ar-SA"/>
      </w:rPr>
    </w:lvl>
    <w:lvl w:ilvl="8" w:tplc="7884F992">
      <w:numFmt w:val="bullet"/>
      <w:lvlText w:val="•"/>
      <w:lvlJc w:val="left"/>
      <w:pPr>
        <w:ind w:left="8077" w:hanging="563"/>
      </w:pPr>
      <w:rPr>
        <w:rFonts w:hint="default"/>
        <w:lang w:val="en-US" w:eastAsia="zh-TW" w:bidi="ar-SA"/>
      </w:rPr>
    </w:lvl>
  </w:abstractNum>
  <w:abstractNum w:abstractNumId="12" w15:restartNumberingAfterBreak="0">
    <w:nsid w:val="6DBF0CCC"/>
    <w:multiLevelType w:val="hybridMultilevel"/>
    <w:tmpl w:val="56404A3E"/>
    <w:lvl w:ilvl="0" w:tplc="2FF06A3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微軟正黑體" w:hint="default"/>
        <w:b w:val="0"/>
        <w:bCs w:val="0"/>
        <w:i w:val="0"/>
        <w:iCs w:val="0"/>
        <w:spacing w:val="0"/>
        <w:w w:val="85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8614747">
    <w:abstractNumId w:val="8"/>
  </w:num>
  <w:num w:numId="2" w16cid:durableId="319164367">
    <w:abstractNumId w:val="6"/>
  </w:num>
  <w:num w:numId="3" w16cid:durableId="1560701163">
    <w:abstractNumId w:val="5"/>
  </w:num>
  <w:num w:numId="4" w16cid:durableId="666590590">
    <w:abstractNumId w:val="4"/>
  </w:num>
  <w:num w:numId="5" w16cid:durableId="727266733">
    <w:abstractNumId w:val="7"/>
  </w:num>
  <w:num w:numId="6" w16cid:durableId="810562891">
    <w:abstractNumId w:val="3"/>
  </w:num>
  <w:num w:numId="7" w16cid:durableId="649361180">
    <w:abstractNumId w:val="2"/>
  </w:num>
  <w:num w:numId="8" w16cid:durableId="25299282">
    <w:abstractNumId w:val="1"/>
  </w:num>
  <w:num w:numId="9" w16cid:durableId="356975747">
    <w:abstractNumId w:val="0"/>
  </w:num>
  <w:num w:numId="10" w16cid:durableId="1348094766">
    <w:abstractNumId w:val="12"/>
  </w:num>
  <w:num w:numId="11" w16cid:durableId="1352142581">
    <w:abstractNumId w:val="11"/>
  </w:num>
  <w:num w:numId="12" w16cid:durableId="42145137">
    <w:abstractNumId w:val="9"/>
  </w:num>
  <w:num w:numId="13" w16cid:durableId="211114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F0C"/>
    <w:rsid w:val="00034616"/>
    <w:rsid w:val="00046768"/>
    <w:rsid w:val="0006063C"/>
    <w:rsid w:val="000E66B6"/>
    <w:rsid w:val="0015074B"/>
    <w:rsid w:val="001629F5"/>
    <w:rsid w:val="001A6881"/>
    <w:rsid w:val="0029639D"/>
    <w:rsid w:val="002E6D00"/>
    <w:rsid w:val="002F03F4"/>
    <w:rsid w:val="00326F90"/>
    <w:rsid w:val="00367BD3"/>
    <w:rsid w:val="0052419B"/>
    <w:rsid w:val="00531CB5"/>
    <w:rsid w:val="0061538C"/>
    <w:rsid w:val="00674861"/>
    <w:rsid w:val="006E2B0C"/>
    <w:rsid w:val="007349CC"/>
    <w:rsid w:val="00786CF0"/>
    <w:rsid w:val="007E213F"/>
    <w:rsid w:val="008F041E"/>
    <w:rsid w:val="009F53D1"/>
    <w:rsid w:val="00A24701"/>
    <w:rsid w:val="00AA1D8D"/>
    <w:rsid w:val="00B47730"/>
    <w:rsid w:val="00BA1726"/>
    <w:rsid w:val="00CB0664"/>
    <w:rsid w:val="00D54FC8"/>
    <w:rsid w:val="00DE303F"/>
    <w:rsid w:val="00E27AB3"/>
    <w:rsid w:val="00E6563C"/>
    <w:rsid w:val="00E93756"/>
    <w:rsid w:val="00EA7E24"/>
    <w:rsid w:val="00EB711F"/>
    <w:rsid w:val="00EC388B"/>
    <w:rsid w:val="00F27482"/>
    <w:rsid w:val="00F4478C"/>
    <w:rsid w:val="00FB49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7A91F2"/>
  <w14:defaultImageDpi w14:val="300"/>
  <w15:docId w15:val="{5018369D-EBBE-0047-87AD-621979F8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Calibri" w:eastAsia="Noto Sans TC" w:hAnsi="Calibri"/>
      <w:color w:val="17233A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1F4E78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Theme="majorHAnsi" w:eastAsiaTheme="majorEastAsia" w:hAnsiTheme="majorHAnsi" w:cstheme="majorBidi"/>
      <w:b/>
      <w:bCs/>
      <w:color w:val="1F4E78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80" w:after="100"/>
      <w:outlineLvl w:val="2"/>
    </w:pPr>
    <w:rPr>
      <w:rFonts w:asciiTheme="majorHAnsi" w:eastAsiaTheme="majorEastAsia" w:hAnsiTheme="majorHAnsi" w:cstheme="majorBidi"/>
      <w:b/>
      <w:bCs/>
      <w:color w:val="17365D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160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8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b/>
      <w:i/>
      <w:iCs/>
      <w:color w:val="1F4E78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80"/>
      <w:ind w:left="539" w:hanging="255"/>
      <w:contextualSpacing/>
    </w:pPr>
    <w:rPr>
      <w:sz w:val="20"/>
    </w:r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80"/>
      <w:ind w:left="539" w:hanging="255"/>
      <w:contextualSpacing/>
    </w:pPr>
    <w:rPr>
      <w:sz w:val="20"/>
    </w:r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basedOn w:val="a1"/>
    <w:rPr>
      <w:b/>
      <w:color w:val="17365D"/>
      <w:sz w:val="18"/>
    </w:rPr>
  </w:style>
  <w:style w:type="table" w:customStyle="1" w:styleId="TableNormal">
    <w:name w:val="Table Normal"/>
    <w:uiPriority w:val="2"/>
    <w:semiHidden/>
    <w:unhideWhenUsed/>
    <w:qFormat/>
    <w:rsid w:val="009F53D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9F53D1"/>
    <w:pPr>
      <w:widowControl w:val="0"/>
      <w:autoSpaceDE w:val="0"/>
      <w:autoSpaceDN w:val="0"/>
      <w:spacing w:after="0" w:line="240" w:lineRule="auto"/>
    </w:pPr>
    <w:rPr>
      <w:rFonts w:ascii="SimSun" w:eastAsia="SimSun" w:hAnsi="SimSun" w:cs="SimSun"/>
      <w:color w:val="auto"/>
      <w:sz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115年度花蓮縣青年創業發展補助計畫申請及執行表單冊</dc:title>
  <dc:subject>申請、期中查核、兩期請款、結案及終止結算表單</dc:subject>
  <dc:creator>花蓮縣政府青年發展中心</dc:creator>
  <cp:keywords>青年創業, 花蓮縣, 補助, 申請表, 計畫書, 請款, 結案</cp:keywords>
  <dc:description>generated by python-docx</dc:description>
  <cp:lastModifiedBy>邱文秀</cp:lastModifiedBy>
  <cp:revision>2</cp:revision>
  <cp:lastPrinted>2026-08-13T08:36:00Z</cp:lastPrinted>
  <dcterms:created xsi:type="dcterms:W3CDTF">2026-08-20T06:11:00Z</dcterms:created>
  <dcterms:modified xsi:type="dcterms:W3CDTF">2026-08-20T06:11:00Z</dcterms:modified>
  <cp:category/>
</cp:coreProperties>
</file>